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3DCC" w14:textId="32CA16AB" w:rsidR="00BA3C91" w:rsidRPr="00054FDA" w:rsidRDefault="00E44238" w:rsidP="009C01A0">
      <w:pPr>
        <w:pStyle w:val="Kop1"/>
        <w:spacing w:before="240"/>
        <w:rPr>
          <w:rFonts w:ascii="Oranda BT" w:hAnsi="Oranda BT"/>
          <w:bCs w:val="0"/>
          <w:color w:val="A90A2E"/>
          <w:sz w:val="36"/>
          <w:szCs w:val="36"/>
          <w:lang w:val="nl-NL"/>
        </w:rPr>
      </w:pPr>
      <w:r w:rsidRPr="00054FDA">
        <w:rPr>
          <w:rFonts w:ascii="Oranda BT" w:hAnsi="Oranda BT"/>
          <w:bCs w:val="0"/>
          <w:color w:val="A90A2E"/>
          <w:sz w:val="36"/>
          <w:szCs w:val="36"/>
          <w:lang w:val="nl-NL"/>
        </w:rPr>
        <w:t>Aanvraagformulier Commissie Passende Verwijzing (CPV)</w:t>
      </w:r>
      <w:r w:rsidR="007375E3">
        <w:rPr>
          <w:rFonts w:ascii="Oranda BT" w:hAnsi="Oranda BT"/>
          <w:bCs w:val="0"/>
          <w:color w:val="A90A2E"/>
          <w:sz w:val="36"/>
          <w:szCs w:val="36"/>
          <w:lang w:val="nl-NL"/>
        </w:rPr>
        <w:t xml:space="preserve"> (versiedatum 13 juli 2026)</w:t>
      </w:r>
    </w:p>
    <w:p w14:paraId="02066843" w14:textId="5DF50E02" w:rsidR="00AB6AA7" w:rsidRPr="005D05AF" w:rsidRDefault="00487E14" w:rsidP="00CE4349">
      <w:pPr>
        <w:rPr>
          <w:rFonts w:ascii="Source Sans Pro" w:hAnsi="Source Sans Pro"/>
          <w:sz w:val="19"/>
          <w:szCs w:val="19"/>
          <w:lang w:val="nl-NL"/>
        </w:rPr>
      </w:pPr>
      <w:r>
        <w:rPr>
          <w:lang w:val="nl-NL"/>
        </w:rPr>
        <w:br/>
      </w:r>
      <w:r w:rsidR="00AB6AA7" w:rsidRPr="005D05AF">
        <w:rPr>
          <w:rFonts w:ascii="Source Sans Pro" w:hAnsi="Source Sans Pro"/>
          <w:sz w:val="19"/>
          <w:szCs w:val="19"/>
          <w:lang w:val="nl-NL"/>
        </w:rPr>
        <w:t xml:space="preserve">Een verwijzer kan een aanvraag indienen door dit </w:t>
      </w:r>
      <w:r w:rsidRPr="005D05AF">
        <w:rPr>
          <w:rFonts w:ascii="Source Sans Pro" w:hAnsi="Source Sans Pro"/>
          <w:sz w:val="19"/>
          <w:szCs w:val="19"/>
          <w:lang w:val="nl-NL"/>
        </w:rPr>
        <w:t xml:space="preserve">formulier via een beveiligde omgeving </w:t>
      </w:r>
      <w:r w:rsidR="00AB6AA7" w:rsidRPr="005D05AF">
        <w:rPr>
          <w:rFonts w:ascii="Source Sans Pro" w:hAnsi="Source Sans Pro"/>
          <w:sz w:val="19"/>
          <w:szCs w:val="19"/>
          <w:lang w:val="nl-NL"/>
        </w:rPr>
        <w:t xml:space="preserve">te sturen </w:t>
      </w:r>
      <w:r w:rsidRPr="005D05AF">
        <w:rPr>
          <w:rFonts w:ascii="Source Sans Pro" w:hAnsi="Source Sans Pro"/>
          <w:sz w:val="19"/>
          <w:szCs w:val="19"/>
          <w:lang w:val="nl-NL"/>
        </w:rPr>
        <w:t xml:space="preserve">naar </w:t>
      </w:r>
      <w:hyperlink r:id="rId12" w:history="1">
        <w:r w:rsidR="00306131" w:rsidRPr="005D05AF">
          <w:rPr>
            <w:rStyle w:val="Hyperlink"/>
            <w:rFonts w:ascii="Source Sans Pro" w:hAnsi="Source Sans Pro"/>
            <w:sz w:val="19"/>
            <w:szCs w:val="19"/>
            <w:lang w:val="nl-NL"/>
          </w:rPr>
          <w:t>passendeverwijzing@nijmegen.nl</w:t>
        </w:r>
      </w:hyperlink>
    </w:p>
    <w:p w14:paraId="5D9D745A" w14:textId="2494E41C" w:rsidR="00BA3C91" w:rsidRPr="005D05AF" w:rsidRDefault="00AB6AA7" w:rsidP="00CE4349">
      <w:pPr>
        <w:rPr>
          <w:rFonts w:ascii="Source Sans Pro" w:hAnsi="Source Sans Pro"/>
          <w:sz w:val="19"/>
          <w:szCs w:val="19"/>
          <w:lang w:val="nl-NL"/>
        </w:rPr>
      </w:pPr>
      <w:r w:rsidRPr="005D05AF">
        <w:rPr>
          <w:rFonts w:ascii="Source Sans Pro" w:hAnsi="Source Sans Pro"/>
          <w:sz w:val="19"/>
          <w:szCs w:val="19"/>
          <w:lang w:val="nl-NL"/>
        </w:rPr>
        <w:t>De delen A</w:t>
      </w:r>
      <w:r w:rsidR="00E35FA5" w:rsidRPr="005D05AF">
        <w:rPr>
          <w:rFonts w:ascii="Source Sans Pro" w:hAnsi="Source Sans Pro"/>
          <w:sz w:val="19"/>
          <w:szCs w:val="19"/>
          <w:lang w:val="nl-NL"/>
        </w:rPr>
        <w:t>, B en C1 (Begeleiding) of C2 (Zorg Binnen Onderwijs) of C3 (Voorschoolse Dagbehandeling)</w:t>
      </w:r>
      <w:r w:rsidRPr="005D05AF">
        <w:rPr>
          <w:rFonts w:ascii="Source Sans Pro" w:hAnsi="Source Sans Pro"/>
          <w:sz w:val="19"/>
          <w:szCs w:val="19"/>
          <w:lang w:val="nl-NL"/>
        </w:rPr>
        <w:t xml:space="preserve"> moet</w:t>
      </w:r>
      <w:r w:rsidR="00E35FA5" w:rsidRPr="005D05AF">
        <w:rPr>
          <w:rFonts w:ascii="Source Sans Pro" w:hAnsi="Source Sans Pro"/>
          <w:sz w:val="19"/>
          <w:szCs w:val="19"/>
          <w:lang w:val="nl-NL"/>
        </w:rPr>
        <w:t>en</w:t>
      </w:r>
      <w:r w:rsidRPr="005D05AF">
        <w:rPr>
          <w:rFonts w:ascii="Source Sans Pro" w:hAnsi="Source Sans Pro"/>
          <w:sz w:val="19"/>
          <w:szCs w:val="19"/>
          <w:lang w:val="nl-NL"/>
        </w:rPr>
        <w:t xml:space="preserve"> volledig en geanonimiseerd worden ingevuld.</w:t>
      </w:r>
      <w:r w:rsidR="00E35FA5" w:rsidRPr="005D05AF">
        <w:rPr>
          <w:rFonts w:ascii="Source Sans Pro" w:hAnsi="Source Sans Pro"/>
          <w:sz w:val="19"/>
          <w:szCs w:val="19"/>
          <w:lang w:val="nl-NL"/>
        </w:rPr>
        <w:t xml:space="preserve"> Deel D wordt door de CPV ingevuld. </w:t>
      </w:r>
      <w:r w:rsidRPr="005D05AF">
        <w:rPr>
          <w:rFonts w:ascii="Source Sans Pro" w:hAnsi="Source Sans Pro"/>
          <w:sz w:val="19"/>
          <w:szCs w:val="19"/>
          <w:lang w:val="nl-NL"/>
        </w:rPr>
        <w:t xml:space="preserve">   </w:t>
      </w:r>
    </w:p>
    <w:p w14:paraId="08947174" w14:textId="4552C127" w:rsidR="00BA3C91" w:rsidRPr="00C650D7" w:rsidRDefault="00E44238" w:rsidP="00C650D7">
      <w:pPr>
        <w:pStyle w:val="Kop2"/>
        <w:spacing w:before="40"/>
        <w:rPr>
          <w:rFonts w:ascii="Oranda BT" w:hAnsi="Oranda BT"/>
          <w:bCs w:val="0"/>
          <w:color w:val="A90A2E"/>
          <w:sz w:val="28"/>
          <w:lang w:val="nl-NL"/>
        </w:rPr>
      </w:pPr>
      <w:r w:rsidRPr="00C650D7">
        <w:rPr>
          <w:rFonts w:ascii="Oranda BT" w:hAnsi="Oranda BT"/>
          <w:bCs w:val="0"/>
          <w:color w:val="A90A2E"/>
          <w:sz w:val="28"/>
          <w:lang w:val="nl-NL"/>
        </w:rPr>
        <w:t>Deel A – Algemene gegevens</w:t>
      </w:r>
      <w:r w:rsidR="00735771" w:rsidRPr="00C650D7">
        <w:rPr>
          <w:rFonts w:ascii="Oranda BT" w:hAnsi="Oranda BT"/>
          <w:bCs w:val="0"/>
          <w:color w:val="A90A2E"/>
          <w:sz w:val="28"/>
          <w:lang w:val="nl-NL"/>
        </w:rPr>
        <w:t xml:space="preserve"> </w:t>
      </w:r>
      <w:r w:rsidRPr="00C650D7">
        <w:rPr>
          <w:rFonts w:ascii="Oranda BT" w:hAnsi="Oranda BT"/>
          <w:bCs w:val="0"/>
          <w:color w:val="A90A2E"/>
          <w:sz w:val="28"/>
          <w:lang w:val="nl-NL"/>
        </w:rPr>
        <w:t>(voor alle aanvragen)</w:t>
      </w:r>
    </w:p>
    <w:tbl>
      <w:tblPr>
        <w:tblStyle w:val="Tabelraster"/>
        <w:tblW w:w="0" w:type="auto"/>
        <w:tblLook w:val="04A0" w:firstRow="1" w:lastRow="0" w:firstColumn="1" w:lastColumn="0" w:noHBand="0" w:noVBand="1"/>
      </w:tblPr>
      <w:tblGrid>
        <w:gridCol w:w="4318"/>
        <w:gridCol w:w="4312"/>
      </w:tblGrid>
      <w:tr w:rsidR="00627254" w:rsidRPr="005C72ED" w14:paraId="6EC06322" w14:textId="77777777" w:rsidTr="1492FD82">
        <w:tc>
          <w:tcPr>
            <w:tcW w:w="8630" w:type="dxa"/>
            <w:gridSpan w:val="2"/>
          </w:tcPr>
          <w:p w14:paraId="6117F289" w14:textId="1E849AC2" w:rsidR="00627254" w:rsidRPr="00CE4349" w:rsidRDefault="00627254">
            <w:pPr>
              <w:rPr>
                <w:rFonts w:ascii="Source Sans Pro" w:hAnsi="Source Sans Pro"/>
                <w:sz w:val="19"/>
                <w:szCs w:val="19"/>
                <w:lang w:val="nl-NL"/>
              </w:rPr>
            </w:pPr>
            <w:r w:rsidRPr="00CE4349">
              <w:rPr>
                <w:rFonts w:ascii="Source Sans Pro" w:hAnsi="Source Sans Pro"/>
                <w:b/>
                <w:bCs/>
                <w:sz w:val="19"/>
                <w:szCs w:val="19"/>
                <w:lang w:val="nl-NL"/>
              </w:rPr>
              <w:t>Gegevens aanvrager</w:t>
            </w:r>
          </w:p>
        </w:tc>
      </w:tr>
      <w:tr w:rsidR="00BA3C91" w:rsidRPr="005B7828" w14:paraId="243F8502" w14:textId="77777777" w:rsidTr="1492FD82">
        <w:tc>
          <w:tcPr>
            <w:tcW w:w="4318" w:type="dxa"/>
          </w:tcPr>
          <w:p w14:paraId="41D12131" w14:textId="49557EDB" w:rsidR="00BA3C91" w:rsidRPr="00CE4349" w:rsidRDefault="00C31645">
            <w:pPr>
              <w:rPr>
                <w:rFonts w:ascii="Source Sans Pro" w:hAnsi="Source Sans Pro"/>
                <w:sz w:val="19"/>
                <w:szCs w:val="19"/>
                <w:lang w:val="nl-NL"/>
              </w:rPr>
            </w:pPr>
            <w:r w:rsidRPr="00CE4349">
              <w:rPr>
                <w:rFonts w:ascii="Source Sans Pro" w:hAnsi="Source Sans Pro"/>
                <w:sz w:val="19"/>
                <w:szCs w:val="19"/>
                <w:lang w:val="nl-NL"/>
              </w:rPr>
              <w:t>Naam organisatie, verwijzer en telefoonnummer</w:t>
            </w:r>
          </w:p>
        </w:tc>
        <w:sdt>
          <w:sdtPr>
            <w:rPr>
              <w:rFonts w:ascii="Source Sans Pro" w:hAnsi="Source Sans Pro"/>
              <w:sz w:val="19"/>
              <w:szCs w:val="19"/>
              <w:lang w:val="nl-NL"/>
            </w:rPr>
            <w:id w:val="-649364099"/>
            <w:placeholder>
              <w:docPart w:val="606C4AAE39654EE9A29C8AAC2104E18F"/>
            </w:placeholder>
            <w:showingPlcHdr/>
          </w:sdtPr>
          <w:sdtEndPr/>
          <w:sdtContent>
            <w:tc>
              <w:tcPr>
                <w:tcW w:w="4312" w:type="dxa"/>
              </w:tcPr>
              <w:p w14:paraId="0EF33B88" w14:textId="46C49EB5" w:rsidR="00BA3C91" w:rsidRPr="00CE4349" w:rsidRDefault="00987C2B">
                <w:pPr>
                  <w:rPr>
                    <w:rFonts w:ascii="Source Sans Pro" w:hAnsi="Source Sans Pro"/>
                    <w:sz w:val="19"/>
                    <w:szCs w:val="19"/>
                    <w:lang w:val="nl-NL"/>
                  </w:rPr>
                </w:pPr>
                <w:r w:rsidRPr="00987C2B">
                  <w:rPr>
                    <w:rStyle w:val="Tekstvantijdelijkeaanduiding"/>
                    <w:lang w:val="nl-NL"/>
                  </w:rPr>
                  <w:t>Klik of tik om tekst in te voeren.</w:t>
                </w:r>
              </w:p>
            </w:tc>
          </w:sdtContent>
        </w:sdt>
      </w:tr>
      <w:tr w:rsidR="00F97333" w:rsidRPr="005B7828" w14:paraId="35D1D63A" w14:textId="77777777" w:rsidTr="1492FD82">
        <w:tc>
          <w:tcPr>
            <w:tcW w:w="4318" w:type="dxa"/>
          </w:tcPr>
          <w:p w14:paraId="526D1F47" w14:textId="77777777" w:rsidR="0014404F" w:rsidRDefault="00F97333">
            <w:pPr>
              <w:rPr>
                <w:rFonts w:ascii="Source Sans Pro" w:hAnsi="Source Sans Pro"/>
                <w:sz w:val="19"/>
                <w:szCs w:val="19"/>
                <w:lang w:val="nl-NL"/>
              </w:rPr>
            </w:pPr>
            <w:r w:rsidRPr="00CE4349">
              <w:rPr>
                <w:rFonts w:ascii="Source Sans Pro" w:hAnsi="Source Sans Pro"/>
                <w:sz w:val="19"/>
                <w:szCs w:val="19"/>
                <w:lang w:val="nl-NL"/>
              </w:rPr>
              <w:t xml:space="preserve">Indien verwijzer Buurtteams: </w:t>
            </w:r>
            <w:r w:rsidRPr="00CE4349">
              <w:rPr>
                <w:rFonts w:ascii="Source Sans Pro" w:hAnsi="Source Sans Pro"/>
                <w:sz w:val="19"/>
                <w:szCs w:val="19"/>
                <w:lang w:val="nl-NL"/>
              </w:rPr>
              <w:br/>
              <w:t xml:space="preserve">Is de aanvraag besproken met werkgroep aanvullende hulp? </w:t>
            </w:r>
            <w:r w:rsidR="00801F99">
              <w:rPr>
                <w:rFonts w:ascii="Source Sans Pro" w:hAnsi="Source Sans Pro"/>
                <w:sz w:val="19"/>
                <w:szCs w:val="19"/>
                <w:lang w:val="nl-NL"/>
              </w:rPr>
              <w:t>Met wie?</w:t>
            </w:r>
          </w:p>
          <w:p w14:paraId="5284BBB2" w14:textId="4A25B7D8" w:rsidR="00F97333" w:rsidRDefault="00A610DB">
            <w:pPr>
              <w:rPr>
                <w:rFonts w:ascii="Source Sans Pro" w:hAnsi="Source Sans Pro"/>
                <w:sz w:val="19"/>
                <w:szCs w:val="19"/>
                <w:lang w:val="nl-NL"/>
              </w:rPr>
            </w:pPr>
            <w:r>
              <w:rPr>
                <w:rFonts w:ascii="Source Sans Pro" w:hAnsi="Source Sans Pro"/>
                <w:sz w:val="19"/>
                <w:szCs w:val="19"/>
                <w:lang w:val="nl-NL"/>
              </w:rPr>
              <w:br/>
            </w:r>
            <w:r w:rsidR="00801F99" w:rsidRPr="00E415CD">
              <w:rPr>
                <w:rFonts w:ascii="Source Sans Pro" w:hAnsi="Source Sans Pro"/>
                <w:sz w:val="19"/>
                <w:szCs w:val="19"/>
                <w:lang w:val="nl-NL"/>
              </w:rPr>
              <w:t>W</w:t>
            </w:r>
            <w:r w:rsidR="00F97333" w:rsidRPr="00E415CD">
              <w:rPr>
                <w:rFonts w:ascii="Source Sans Pro" w:hAnsi="Source Sans Pro"/>
                <w:sz w:val="19"/>
                <w:szCs w:val="19"/>
                <w:lang w:val="nl-NL"/>
              </w:rPr>
              <w:t xml:space="preserve">at </w:t>
            </w:r>
            <w:r w:rsidR="00E415CD" w:rsidRPr="00E415CD">
              <w:rPr>
                <w:rFonts w:ascii="Source Sans Pro" w:hAnsi="Source Sans Pro"/>
                <w:sz w:val="19"/>
                <w:szCs w:val="19"/>
                <w:lang w:val="nl-NL"/>
              </w:rPr>
              <w:t xml:space="preserve">is besproken en wat is </w:t>
            </w:r>
            <w:r w:rsidR="00F97333" w:rsidRPr="00E415CD">
              <w:rPr>
                <w:rFonts w:ascii="Source Sans Pro" w:hAnsi="Source Sans Pro"/>
                <w:sz w:val="19"/>
                <w:szCs w:val="19"/>
                <w:lang w:val="nl-NL"/>
              </w:rPr>
              <w:t>de uitkomst?</w:t>
            </w:r>
            <w:r w:rsidR="00F97333" w:rsidRPr="00CE4349">
              <w:rPr>
                <w:rFonts w:ascii="Source Sans Pro" w:hAnsi="Source Sans Pro"/>
                <w:sz w:val="19"/>
                <w:szCs w:val="19"/>
                <w:lang w:val="nl-NL"/>
              </w:rPr>
              <w:t xml:space="preserve"> </w:t>
            </w:r>
          </w:p>
          <w:p w14:paraId="5FDE3100" w14:textId="44118BA4" w:rsidR="00801F99" w:rsidRPr="00CE4349" w:rsidRDefault="00801F99" w:rsidP="0014404F">
            <w:pPr>
              <w:rPr>
                <w:rFonts w:ascii="Source Sans Pro" w:hAnsi="Source Sans Pro"/>
                <w:sz w:val="19"/>
                <w:szCs w:val="19"/>
                <w:lang w:val="nl-NL"/>
              </w:rPr>
            </w:pPr>
          </w:p>
        </w:tc>
        <w:tc>
          <w:tcPr>
            <w:tcW w:w="4312" w:type="dxa"/>
          </w:tcPr>
          <w:p w14:paraId="5A8942ED" w14:textId="77777777" w:rsidR="00F97333" w:rsidRDefault="00BB2658" w:rsidP="00A610DB">
            <w:pPr>
              <w:rPr>
                <w:rFonts w:ascii="Source Sans Pro" w:hAnsi="Source Sans Pro"/>
                <w:sz w:val="19"/>
                <w:szCs w:val="19"/>
                <w:lang w:val="nl-NL"/>
              </w:rPr>
            </w:pPr>
            <w:sdt>
              <w:sdtPr>
                <w:rPr>
                  <w:rFonts w:ascii="Source Sans Pro" w:hAnsi="Source Sans Pro"/>
                  <w:sz w:val="19"/>
                  <w:szCs w:val="19"/>
                  <w:lang w:val="nl-NL"/>
                </w:rPr>
                <w:id w:val="1054506129"/>
                <w14:checkbox>
                  <w14:checked w14:val="0"/>
                  <w14:checkedState w14:val="2612" w14:font="MS Gothic"/>
                  <w14:uncheckedState w14:val="2610" w14:font="MS Gothic"/>
                </w14:checkbox>
              </w:sdtPr>
              <w:sdtEndPr/>
              <w:sdtContent>
                <w:r w:rsidR="00A610DB">
                  <w:rPr>
                    <w:rFonts w:ascii="MS Gothic" w:eastAsia="MS Gothic" w:hAnsi="MS Gothic" w:hint="eastAsia"/>
                    <w:sz w:val="19"/>
                    <w:szCs w:val="19"/>
                    <w:lang w:val="nl-NL"/>
                  </w:rPr>
                  <w:t>☐</w:t>
                </w:r>
              </w:sdtContent>
            </w:sdt>
            <w:r w:rsidR="00A610DB">
              <w:rPr>
                <w:rFonts w:ascii="Source Sans Pro" w:hAnsi="Source Sans Pro"/>
                <w:sz w:val="19"/>
                <w:szCs w:val="19"/>
                <w:lang w:val="nl-NL"/>
              </w:rPr>
              <w:t xml:space="preserve">Nee         </w:t>
            </w:r>
            <w:sdt>
              <w:sdtPr>
                <w:rPr>
                  <w:rFonts w:ascii="Source Sans Pro" w:hAnsi="Source Sans Pro"/>
                  <w:sz w:val="19"/>
                  <w:szCs w:val="19"/>
                  <w:lang w:val="nl-NL"/>
                </w:rPr>
                <w:id w:val="565835424"/>
                <w14:checkbox>
                  <w14:checked w14:val="0"/>
                  <w14:checkedState w14:val="2612" w14:font="MS Gothic"/>
                  <w14:uncheckedState w14:val="2610" w14:font="MS Gothic"/>
                </w14:checkbox>
              </w:sdtPr>
              <w:sdtEndPr/>
              <w:sdtContent>
                <w:r w:rsidR="00A610DB">
                  <w:rPr>
                    <w:rFonts w:ascii="MS Gothic" w:eastAsia="MS Gothic" w:hAnsi="MS Gothic" w:hint="eastAsia"/>
                    <w:sz w:val="19"/>
                    <w:szCs w:val="19"/>
                    <w:lang w:val="nl-NL"/>
                  </w:rPr>
                  <w:t>☐</w:t>
                </w:r>
              </w:sdtContent>
            </w:sdt>
            <w:r w:rsidR="00A610DB">
              <w:rPr>
                <w:rFonts w:ascii="Source Sans Pro" w:hAnsi="Source Sans Pro"/>
                <w:sz w:val="19"/>
                <w:szCs w:val="19"/>
                <w:lang w:val="nl-NL"/>
              </w:rPr>
              <w:t xml:space="preserve">Ja, met </w:t>
            </w:r>
            <w:sdt>
              <w:sdtPr>
                <w:rPr>
                  <w:rFonts w:ascii="Source Sans Pro" w:hAnsi="Source Sans Pro"/>
                  <w:sz w:val="19"/>
                  <w:szCs w:val="19"/>
                  <w:lang w:val="nl-NL"/>
                </w:rPr>
                <w:id w:val="-1638489990"/>
                <w:placeholder>
                  <w:docPart w:val="DAA35F563B7F40B28291CBF2A54EE1B5"/>
                </w:placeholder>
                <w:showingPlcHdr/>
              </w:sdtPr>
              <w:sdtEndPr/>
              <w:sdtContent>
                <w:r w:rsidR="00A610DB" w:rsidRPr="00A610DB">
                  <w:rPr>
                    <w:rStyle w:val="Tekstvantijdelijkeaanduiding"/>
                    <w:lang w:val="nl-NL"/>
                  </w:rPr>
                  <w:t>Klik of tik om tekst in te voeren.</w:t>
                </w:r>
              </w:sdtContent>
            </w:sdt>
          </w:p>
          <w:p w14:paraId="5E35C516" w14:textId="77777777" w:rsidR="0014404F" w:rsidRDefault="0014404F" w:rsidP="00A610DB">
            <w:pPr>
              <w:rPr>
                <w:rFonts w:ascii="Source Sans Pro" w:hAnsi="Source Sans Pro"/>
                <w:sz w:val="19"/>
                <w:szCs w:val="19"/>
                <w:lang w:val="nl-NL"/>
              </w:rPr>
            </w:pPr>
          </w:p>
          <w:p w14:paraId="2FFDA350" w14:textId="77777777" w:rsidR="0014404F" w:rsidRDefault="0014404F" w:rsidP="00A610DB">
            <w:pPr>
              <w:rPr>
                <w:rFonts w:ascii="Source Sans Pro" w:hAnsi="Source Sans Pro"/>
                <w:sz w:val="19"/>
                <w:szCs w:val="19"/>
                <w:lang w:val="nl-NL"/>
              </w:rPr>
            </w:pPr>
          </w:p>
          <w:p w14:paraId="6A0AA7BC" w14:textId="6E83B934" w:rsidR="00A610DB" w:rsidRPr="00CE4349" w:rsidRDefault="00A610DB" w:rsidP="00A610DB">
            <w:pPr>
              <w:rPr>
                <w:rFonts w:ascii="Source Sans Pro" w:hAnsi="Source Sans Pro"/>
                <w:sz w:val="19"/>
                <w:szCs w:val="19"/>
                <w:lang w:val="nl-NL"/>
              </w:rPr>
            </w:pPr>
            <w:r>
              <w:rPr>
                <w:rFonts w:ascii="Source Sans Pro" w:hAnsi="Source Sans Pro"/>
                <w:sz w:val="19"/>
                <w:szCs w:val="19"/>
                <w:lang w:val="nl-NL"/>
              </w:rPr>
              <w:t xml:space="preserve">Uitkomst: </w:t>
            </w:r>
            <w:sdt>
              <w:sdtPr>
                <w:rPr>
                  <w:rFonts w:ascii="Source Sans Pro" w:hAnsi="Source Sans Pro"/>
                  <w:sz w:val="19"/>
                  <w:szCs w:val="19"/>
                  <w:lang w:val="nl-NL"/>
                </w:rPr>
                <w:id w:val="-1553924327"/>
                <w:placeholder>
                  <w:docPart w:val="243498AA04B04763A7D5820904433788"/>
                </w:placeholder>
                <w:showingPlcHdr/>
              </w:sdtPr>
              <w:sdtEndPr/>
              <w:sdtContent>
                <w:r w:rsidR="00532B7F" w:rsidRPr="00987C2B">
                  <w:rPr>
                    <w:rStyle w:val="Tekstvantijdelijkeaanduiding"/>
                    <w:lang w:val="nl-NL"/>
                  </w:rPr>
                  <w:t>Klik of tik om tekst in te voeren.</w:t>
                </w:r>
              </w:sdtContent>
            </w:sdt>
          </w:p>
        </w:tc>
      </w:tr>
      <w:tr w:rsidR="00627254" w:rsidRPr="005B7828" w14:paraId="768F1150" w14:textId="77777777" w:rsidTr="1492FD82">
        <w:tc>
          <w:tcPr>
            <w:tcW w:w="8630" w:type="dxa"/>
            <w:gridSpan w:val="2"/>
          </w:tcPr>
          <w:p w14:paraId="6410E0DB" w14:textId="52284A9D" w:rsidR="00627254" w:rsidRPr="00CE4349" w:rsidRDefault="00627254">
            <w:pPr>
              <w:rPr>
                <w:rFonts w:ascii="Source Sans Pro" w:hAnsi="Source Sans Pro"/>
                <w:sz w:val="19"/>
                <w:szCs w:val="19"/>
                <w:lang w:val="nl-NL"/>
              </w:rPr>
            </w:pPr>
            <w:r w:rsidRPr="00CE4349">
              <w:rPr>
                <w:rFonts w:ascii="Source Sans Pro" w:hAnsi="Source Sans Pro"/>
                <w:b/>
                <w:bCs/>
                <w:sz w:val="19"/>
                <w:szCs w:val="19"/>
                <w:lang w:val="nl-NL"/>
              </w:rPr>
              <w:t>Hulp waarvoor aanvraag wordt ingediend</w:t>
            </w:r>
          </w:p>
        </w:tc>
      </w:tr>
      <w:tr w:rsidR="00894788" w:rsidRPr="005B7828" w14:paraId="25E08242" w14:textId="77777777" w:rsidTr="1492FD82">
        <w:tc>
          <w:tcPr>
            <w:tcW w:w="4318" w:type="dxa"/>
          </w:tcPr>
          <w:p w14:paraId="4C181548" w14:textId="31A6DCA4" w:rsidR="00894788" w:rsidRPr="00CE4349" w:rsidRDefault="00894788">
            <w:pPr>
              <w:rPr>
                <w:rFonts w:ascii="Source Sans Pro" w:hAnsi="Source Sans Pro"/>
                <w:sz w:val="19"/>
                <w:szCs w:val="19"/>
                <w:lang w:val="nl-NL"/>
              </w:rPr>
            </w:pPr>
            <w:r w:rsidRPr="00CE4349">
              <w:rPr>
                <w:rFonts w:ascii="Source Sans Pro" w:hAnsi="Source Sans Pro"/>
                <w:sz w:val="19"/>
                <w:szCs w:val="19"/>
                <w:lang w:val="nl-NL"/>
              </w:rPr>
              <w:t>Naam</w:t>
            </w:r>
            <w:r w:rsidR="00030CA1" w:rsidRPr="00CE4349">
              <w:rPr>
                <w:rFonts w:ascii="Source Sans Pro" w:hAnsi="Source Sans Pro"/>
                <w:sz w:val="19"/>
                <w:szCs w:val="19"/>
                <w:lang w:val="nl-NL"/>
              </w:rPr>
              <w:t xml:space="preserve"> </w:t>
            </w:r>
            <w:r w:rsidRPr="00CE4349">
              <w:rPr>
                <w:rFonts w:ascii="Source Sans Pro" w:hAnsi="Source Sans Pro"/>
                <w:sz w:val="19"/>
                <w:szCs w:val="19"/>
                <w:lang w:val="nl-NL"/>
              </w:rPr>
              <w:t>zorgaanbieder met toeleidingstop of -beperking</w:t>
            </w:r>
          </w:p>
        </w:tc>
        <w:sdt>
          <w:sdtPr>
            <w:rPr>
              <w:rFonts w:ascii="Source Sans Pro" w:hAnsi="Source Sans Pro"/>
              <w:sz w:val="19"/>
              <w:szCs w:val="19"/>
              <w:lang w:val="nl-NL"/>
            </w:rPr>
            <w:id w:val="-729305269"/>
            <w:placeholder>
              <w:docPart w:val="2190A12A528F4A0D98450F498C4DE395"/>
            </w:placeholder>
            <w:showingPlcHdr/>
          </w:sdtPr>
          <w:sdtEndPr/>
          <w:sdtContent>
            <w:tc>
              <w:tcPr>
                <w:tcW w:w="4312" w:type="dxa"/>
              </w:tcPr>
              <w:p w14:paraId="52F5418C" w14:textId="13782BF0" w:rsidR="00894788" w:rsidRPr="00CE4349" w:rsidRDefault="00987C2B">
                <w:pPr>
                  <w:rPr>
                    <w:rFonts w:ascii="Source Sans Pro" w:hAnsi="Source Sans Pro"/>
                    <w:sz w:val="19"/>
                    <w:szCs w:val="19"/>
                    <w:lang w:val="nl-NL"/>
                  </w:rPr>
                </w:pPr>
                <w:r w:rsidRPr="00987C2B">
                  <w:rPr>
                    <w:rStyle w:val="Tekstvantijdelijkeaanduiding"/>
                    <w:lang w:val="nl-NL"/>
                  </w:rPr>
                  <w:t>Klik of tik om tekst in te voeren.</w:t>
                </w:r>
              </w:p>
            </w:tc>
          </w:sdtContent>
        </w:sdt>
      </w:tr>
      <w:tr w:rsidR="002F4796" w:rsidRPr="005B7828" w14:paraId="1B74FCC0" w14:textId="77777777" w:rsidTr="1492FD82">
        <w:tc>
          <w:tcPr>
            <w:tcW w:w="4318" w:type="dxa"/>
          </w:tcPr>
          <w:p w14:paraId="556C8404" w14:textId="5800394D" w:rsidR="002F4796" w:rsidRPr="00CE4349" w:rsidRDefault="008C0375" w:rsidP="002F4796">
            <w:pPr>
              <w:rPr>
                <w:rFonts w:ascii="Source Sans Pro" w:hAnsi="Source Sans Pro"/>
                <w:sz w:val="19"/>
                <w:szCs w:val="19"/>
                <w:lang w:val="nl-NL"/>
              </w:rPr>
            </w:pPr>
            <w:r>
              <w:rPr>
                <w:rFonts w:ascii="Source Sans Pro" w:hAnsi="Source Sans Pro"/>
                <w:sz w:val="19"/>
                <w:szCs w:val="19"/>
                <w:lang w:val="nl-NL"/>
              </w:rPr>
              <w:t xml:space="preserve">Indien van toepassing: einddatum van de huidige inzet? </w:t>
            </w:r>
          </w:p>
        </w:tc>
        <w:tc>
          <w:tcPr>
            <w:tcW w:w="4312" w:type="dxa"/>
          </w:tcPr>
          <w:sdt>
            <w:sdtPr>
              <w:rPr>
                <w:rFonts w:ascii="Source Sans Pro" w:hAnsi="Source Sans Pro"/>
                <w:sz w:val="19"/>
                <w:szCs w:val="19"/>
                <w:lang w:val="nl-NL"/>
              </w:rPr>
              <w:id w:val="1275136543"/>
              <w:placeholder>
                <w:docPart w:val="83D9506E97504166B877015153299C88"/>
              </w:placeholder>
              <w:showingPlcHdr/>
              <w:date>
                <w:dateFormat w:val="d-M-yyyy"/>
                <w:lid w:val="nl-NL"/>
                <w:storeMappedDataAs w:val="dateTime"/>
                <w:calendar w:val="gregorian"/>
              </w:date>
            </w:sdtPr>
            <w:sdtEndPr/>
            <w:sdtContent>
              <w:p w14:paraId="3F1172FC" w14:textId="42F82BAB" w:rsidR="002F4796" w:rsidRDefault="000900CD" w:rsidP="002F4796">
                <w:pPr>
                  <w:rPr>
                    <w:rFonts w:ascii="Source Sans Pro" w:hAnsi="Source Sans Pro"/>
                    <w:sz w:val="19"/>
                    <w:szCs w:val="19"/>
                    <w:lang w:val="nl-NL"/>
                  </w:rPr>
                </w:pPr>
                <w:r w:rsidRPr="00F85AC8">
                  <w:rPr>
                    <w:rStyle w:val="Tekstvantijdelijkeaanduiding"/>
                    <w:lang w:val="nl-NL"/>
                  </w:rPr>
                  <w:t>Klik of tik om een datum in te voeren.</w:t>
                </w:r>
              </w:p>
            </w:sdtContent>
          </w:sdt>
        </w:tc>
      </w:tr>
      <w:tr w:rsidR="002F4796" w:rsidRPr="005C72ED" w14:paraId="3AB16F5C" w14:textId="77777777" w:rsidTr="1492FD82">
        <w:tc>
          <w:tcPr>
            <w:tcW w:w="4318" w:type="dxa"/>
          </w:tcPr>
          <w:p w14:paraId="60A953CB" w14:textId="11A3AAD1" w:rsidR="002F4796" w:rsidRPr="00CE4349" w:rsidRDefault="002F4796" w:rsidP="002F4796">
            <w:pPr>
              <w:rPr>
                <w:rFonts w:ascii="Source Sans Pro" w:hAnsi="Source Sans Pro"/>
                <w:sz w:val="19"/>
                <w:szCs w:val="19"/>
                <w:lang w:val="nl-NL"/>
              </w:rPr>
            </w:pPr>
            <w:r w:rsidRPr="00CE4349">
              <w:rPr>
                <w:rFonts w:ascii="Source Sans Pro" w:hAnsi="Source Sans Pro"/>
                <w:sz w:val="19"/>
                <w:szCs w:val="19"/>
                <w:lang w:val="nl-NL"/>
              </w:rPr>
              <w:t>Naam product</w:t>
            </w:r>
          </w:p>
        </w:tc>
        <w:sdt>
          <w:sdtPr>
            <w:rPr>
              <w:rFonts w:ascii="Source Sans Pro" w:hAnsi="Source Sans Pro"/>
              <w:sz w:val="19"/>
              <w:szCs w:val="19"/>
              <w:lang w:val="nl-NL"/>
            </w:rPr>
            <w:id w:val="-1830441981"/>
            <w:placeholder>
              <w:docPart w:val="4F65399B8FC042808CBCFDA9D365FF01"/>
            </w:placeholder>
            <w:showingPlcHdr/>
            <w:comboBox>
              <w:listItem w:value="Kies een item."/>
              <w:listItem w:displayText="45a04 Reguliere begeleiding" w:value="45a04 Reguliere begeleiding"/>
              <w:listItem w:displayText="45a05 Specialistische begeleiding" w:value="45a05 Specialistische begeleiding"/>
              <w:listItem w:displayText="45a49 Specialistische begeleiding in een groep" w:value="45a49 Specialistische begeleiding in een groep"/>
              <w:listItem w:displayText="41a11 Voorschoolse dagbehandeling" w:value="41a11 Voorschoolse dagbehandeling"/>
            </w:comboBox>
          </w:sdtPr>
          <w:sdtEndPr/>
          <w:sdtContent>
            <w:tc>
              <w:tcPr>
                <w:tcW w:w="4312" w:type="dxa"/>
              </w:tcPr>
              <w:p w14:paraId="5B006F0F" w14:textId="2F080DF9" w:rsidR="002F4796" w:rsidRPr="00CE4349" w:rsidRDefault="002F4796" w:rsidP="002F4796">
                <w:pPr>
                  <w:rPr>
                    <w:rFonts w:ascii="Source Sans Pro" w:hAnsi="Source Sans Pro"/>
                    <w:sz w:val="19"/>
                    <w:szCs w:val="19"/>
                    <w:lang w:val="nl-NL"/>
                  </w:rPr>
                </w:pPr>
                <w:r w:rsidRPr="00E85D59">
                  <w:rPr>
                    <w:rStyle w:val="Tekstvantijdelijkeaanduiding"/>
                  </w:rPr>
                  <w:t>Kies een item.</w:t>
                </w:r>
              </w:p>
            </w:tc>
          </w:sdtContent>
        </w:sdt>
      </w:tr>
      <w:tr w:rsidR="002F4796" w:rsidRPr="005B7828" w14:paraId="01D2CA95" w14:textId="77777777" w:rsidTr="1492FD82">
        <w:tc>
          <w:tcPr>
            <w:tcW w:w="4318" w:type="dxa"/>
          </w:tcPr>
          <w:p w14:paraId="4A7F9967" w14:textId="6486F0DD" w:rsidR="002F4796" w:rsidRPr="00CE4349" w:rsidRDefault="002F4796" w:rsidP="002F4796">
            <w:pPr>
              <w:rPr>
                <w:rFonts w:ascii="Source Sans Pro" w:hAnsi="Source Sans Pro"/>
                <w:sz w:val="19"/>
                <w:szCs w:val="19"/>
                <w:lang w:val="nl-NL"/>
              </w:rPr>
            </w:pPr>
            <w:r w:rsidRPr="00CE4349">
              <w:rPr>
                <w:rFonts w:ascii="Source Sans Pro" w:hAnsi="Source Sans Pro"/>
                <w:sz w:val="19"/>
                <w:szCs w:val="19"/>
                <w:lang w:val="nl-NL"/>
              </w:rPr>
              <w:t>Beoogde begin- en einddatum inzet</w:t>
            </w:r>
          </w:p>
        </w:tc>
        <w:sdt>
          <w:sdtPr>
            <w:rPr>
              <w:rFonts w:ascii="Source Sans Pro" w:hAnsi="Source Sans Pro"/>
              <w:sz w:val="19"/>
              <w:szCs w:val="19"/>
              <w:lang w:val="nl-NL"/>
            </w:rPr>
            <w:id w:val="249243171"/>
            <w:placeholder>
              <w:docPart w:val="32683F946BAB4428B4AC02D02DBD3328"/>
            </w:placeholder>
            <w:showingPlcHdr/>
            <w:date>
              <w:dateFormat w:val="d-M-yyyy"/>
              <w:lid w:val="nl-NL"/>
              <w:storeMappedDataAs w:val="dateTime"/>
              <w:calendar w:val="gregorian"/>
            </w:date>
          </w:sdtPr>
          <w:sdtEndPr/>
          <w:sdtContent>
            <w:tc>
              <w:tcPr>
                <w:tcW w:w="4312" w:type="dxa"/>
              </w:tcPr>
              <w:p w14:paraId="1C2CE826" w14:textId="33241C35" w:rsidR="002F4796" w:rsidRPr="00CE4349" w:rsidRDefault="002F4796" w:rsidP="002F4796">
                <w:pPr>
                  <w:rPr>
                    <w:rFonts w:ascii="Source Sans Pro" w:hAnsi="Source Sans Pro"/>
                    <w:sz w:val="19"/>
                    <w:szCs w:val="19"/>
                    <w:lang w:val="nl-NL"/>
                  </w:rPr>
                </w:pPr>
                <w:r w:rsidRPr="00F85AC8">
                  <w:rPr>
                    <w:rStyle w:val="Tekstvantijdelijkeaanduiding"/>
                    <w:lang w:val="nl-NL"/>
                  </w:rPr>
                  <w:t>Klik of tik om een datum in te voeren.</w:t>
                </w:r>
              </w:p>
            </w:tc>
          </w:sdtContent>
        </w:sdt>
      </w:tr>
      <w:tr w:rsidR="002F4796" w:rsidRPr="005B7828" w14:paraId="3E633A8D" w14:textId="77777777" w:rsidTr="1492FD82">
        <w:tc>
          <w:tcPr>
            <w:tcW w:w="4318" w:type="dxa"/>
          </w:tcPr>
          <w:p w14:paraId="7A107B05" w14:textId="658E6DD9" w:rsidR="002F4796" w:rsidRPr="00CE4349" w:rsidRDefault="002F4796" w:rsidP="002F4796">
            <w:pPr>
              <w:rPr>
                <w:rFonts w:ascii="Source Sans Pro" w:hAnsi="Source Sans Pro"/>
                <w:sz w:val="19"/>
                <w:szCs w:val="19"/>
                <w:lang w:val="nl-NL"/>
              </w:rPr>
            </w:pPr>
            <w:r w:rsidRPr="00CE4349">
              <w:rPr>
                <w:rFonts w:ascii="Source Sans Pro" w:hAnsi="Source Sans Pro"/>
                <w:sz w:val="19"/>
                <w:szCs w:val="19"/>
                <w:lang w:val="nl-NL"/>
              </w:rPr>
              <w:t>Beoogde inzet eenheden per week</w:t>
            </w:r>
          </w:p>
        </w:tc>
        <w:sdt>
          <w:sdtPr>
            <w:rPr>
              <w:rFonts w:ascii="Source Sans Pro" w:hAnsi="Source Sans Pro"/>
              <w:sz w:val="19"/>
              <w:szCs w:val="19"/>
              <w:lang w:val="nl-NL"/>
            </w:rPr>
            <w:id w:val="1506558151"/>
            <w:placeholder>
              <w:docPart w:val="19851CBCC25F404C882E89143356E477"/>
            </w:placeholder>
            <w:showingPlcHdr/>
            <w:date>
              <w:dateFormat w:val="d-M-yyyy"/>
              <w:lid w:val="nl-NL"/>
              <w:storeMappedDataAs w:val="dateTime"/>
              <w:calendar w:val="gregorian"/>
            </w:date>
          </w:sdtPr>
          <w:sdtEndPr/>
          <w:sdtContent>
            <w:tc>
              <w:tcPr>
                <w:tcW w:w="4312" w:type="dxa"/>
              </w:tcPr>
              <w:p w14:paraId="654C6247" w14:textId="35CF5A11" w:rsidR="002F4796" w:rsidRPr="00CE4349" w:rsidRDefault="002F4796" w:rsidP="002F4796">
                <w:pPr>
                  <w:rPr>
                    <w:rFonts w:ascii="Source Sans Pro" w:hAnsi="Source Sans Pro"/>
                    <w:sz w:val="19"/>
                    <w:szCs w:val="19"/>
                    <w:lang w:val="nl-NL"/>
                  </w:rPr>
                </w:pPr>
                <w:r w:rsidRPr="00F85AC8">
                  <w:rPr>
                    <w:rStyle w:val="Tekstvantijdelijkeaanduiding"/>
                    <w:lang w:val="nl-NL"/>
                  </w:rPr>
                  <w:t>Klik of tik om een datum in te voeren.</w:t>
                </w:r>
              </w:p>
            </w:tc>
          </w:sdtContent>
        </w:sdt>
      </w:tr>
      <w:tr w:rsidR="002F4796" w:rsidRPr="005B7828" w14:paraId="74101808" w14:textId="77777777" w:rsidTr="1492FD82">
        <w:tc>
          <w:tcPr>
            <w:tcW w:w="4318" w:type="dxa"/>
          </w:tcPr>
          <w:p w14:paraId="33FCC414" w14:textId="05581E57" w:rsidR="002F4796" w:rsidRPr="00CE4349" w:rsidRDefault="002F4796" w:rsidP="002F4796">
            <w:pPr>
              <w:rPr>
                <w:rFonts w:ascii="Source Sans Pro" w:hAnsi="Source Sans Pro"/>
                <w:sz w:val="19"/>
                <w:szCs w:val="19"/>
                <w:lang w:val="nl-NL"/>
              </w:rPr>
            </w:pPr>
            <w:r w:rsidRPr="1492FD82">
              <w:rPr>
                <w:rFonts w:ascii="Source Sans Pro" w:hAnsi="Source Sans Pro"/>
                <w:sz w:val="19"/>
                <w:szCs w:val="19"/>
                <w:lang w:val="nl-NL"/>
              </w:rPr>
              <w:t xml:space="preserve">Is deze aanvraag eerder besproken in de CPV? </w:t>
            </w:r>
            <w:r w:rsidRPr="00AE6F7E">
              <w:rPr>
                <w:lang w:val="nl-NL"/>
              </w:rPr>
              <w:br/>
            </w:r>
            <w:r w:rsidRPr="1492FD82">
              <w:rPr>
                <w:rFonts w:ascii="Source Sans Pro" w:hAnsi="Source Sans Pro"/>
                <w:sz w:val="19"/>
                <w:szCs w:val="19"/>
                <w:lang w:val="nl-NL"/>
              </w:rPr>
              <w:t xml:space="preserve">Zo ja: </w:t>
            </w:r>
            <w:r>
              <w:rPr>
                <w:rFonts w:ascii="Source Sans Pro" w:hAnsi="Source Sans Pro"/>
                <w:sz w:val="19"/>
                <w:szCs w:val="19"/>
                <w:lang w:val="nl-NL"/>
              </w:rPr>
              <w:t xml:space="preserve">vermeld </w:t>
            </w:r>
            <w:r w:rsidRPr="1492FD82">
              <w:rPr>
                <w:rFonts w:ascii="Source Sans Pro" w:hAnsi="Source Sans Pro"/>
                <w:sz w:val="19"/>
                <w:szCs w:val="19"/>
                <w:lang w:val="nl-NL"/>
              </w:rPr>
              <w:t xml:space="preserve">datum, besluit en </w:t>
            </w:r>
            <w:r>
              <w:rPr>
                <w:rFonts w:ascii="Source Sans Pro" w:hAnsi="Source Sans Pro"/>
                <w:sz w:val="19"/>
                <w:szCs w:val="19"/>
                <w:lang w:val="nl-NL"/>
              </w:rPr>
              <w:t xml:space="preserve">licht toe </w:t>
            </w:r>
            <w:r w:rsidRPr="1492FD82">
              <w:rPr>
                <w:rFonts w:ascii="Source Sans Pro" w:hAnsi="Source Sans Pro"/>
                <w:sz w:val="19"/>
                <w:szCs w:val="19"/>
                <w:lang w:val="nl-NL"/>
              </w:rPr>
              <w:t>wat er anders is aan deze aanvraag.</w:t>
            </w:r>
          </w:p>
        </w:tc>
        <w:tc>
          <w:tcPr>
            <w:tcW w:w="4312" w:type="dxa"/>
          </w:tcPr>
          <w:p w14:paraId="6F7770B3" w14:textId="06FCC9E8" w:rsidR="002F4796" w:rsidRDefault="00BB2658" w:rsidP="002F4796">
            <w:pPr>
              <w:rPr>
                <w:rFonts w:ascii="Source Sans Pro" w:hAnsi="Source Sans Pro"/>
                <w:sz w:val="19"/>
                <w:szCs w:val="19"/>
                <w:lang w:val="nl-NL"/>
              </w:rPr>
            </w:pPr>
            <w:sdt>
              <w:sdtPr>
                <w:rPr>
                  <w:rFonts w:ascii="Source Sans Pro" w:hAnsi="Source Sans Pro"/>
                  <w:sz w:val="19"/>
                  <w:szCs w:val="19"/>
                  <w:lang w:val="nl-NL"/>
                </w:rPr>
                <w:id w:val="1347290777"/>
                <w14:checkbox>
                  <w14:checked w14:val="0"/>
                  <w14:checkedState w14:val="2612" w14:font="MS Gothic"/>
                  <w14:uncheckedState w14:val="2610" w14:font="MS Gothic"/>
                </w14:checkbox>
              </w:sdtPr>
              <w:sdtEndPr/>
              <w:sdtContent>
                <w:r w:rsidR="002F4796">
                  <w:rPr>
                    <w:rFonts w:ascii="MS Gothic" w:eastAsia="MS Gothic" w:hAnsi="MS Gothic" w:hint="eastAsia"/>
                    <w:sz w:val="19"/>
                    <w:szCs w:val="19"/>
                    <w:lang w:val="nl-NL"/>
                  </w:rPr>
                  <w:t>☐</w:t>
                </w:r>
              </w:sdtContent>
            </w:sdt>
            <w:r w:rsidR="002F4796">
              <w:rPr>
                <w:rFonts w:ascii="Source Sans Pro" w:hAnsi="Source Sans Pro"/>
                <w:sz w:val="19"/>
                <w:szCs w:val="19"/>
                <w:lang w:val="nl-NL"/>
              </w:rPr>
              <w:t>Nee</w:t>
            </w:r>
          </w:p>
          <w:p w14:paraId="243AC024" w14:textId="77777777" w:rsidR="002F4796" w:rsidRDefault="002F4796" w:rsidP="002F4796">
            <w:pPr>
              <w:rPr>
                <w:rFonts w:ascii="Source Sans Pro" w:hAnsi="Source Sans Pro"/>
                <w:sz w:val="19"/>
                <w:szCs w:val="19"/>
                <w:lang w:val="nl-NL"/>
              </w:rPr>
            </w:pPr>
          </w:p>
          <w:p w14:paraId="33FA1C2E" w14:textId="68357391" w:rsidR="002F4796" w:rsidRDefault="00BB2658" w:rsidP="002F4796">
            <w:pPr>
              <w:rPr>
                <w:rFonts w:ascii="Source Sans Pro" w:hAnsi="Source Sans Pro"/>
                <w:sz w:val="19"/>
                <w:szCs w:val="19"/>
                <w:lang w:val="nl-NL"/>
              </w:rPr>
            </w:pPr>
            <w:sdt>
              <w:sdtPr>
                <w:rPr>
                  <w:rFonts w:ascii="Source Sans Pro" w:hAnsi="Source Sans Pro"/>
                  <w:sz w:val="19"/>
                  <w:szCs w:val="19"/>
                  <w:lang w:val="nl-NL"/>
                </w:rPr>
                <w:id w:val="439962149"/>
                <w14:checkbox>
                  <w14:checked w14:val="0"/>
                  <w14:checkedState w14:val="2612" w14:font="MS Gothic"/>
                  <w14:uncheckedState w14:val="2610" w14:font="MS Gothic"/>
                </w14:checkbox>
              </w:sdtPr>
              <w:sdtEndPr/>
              <w:sdtContent>
                <w:r w:rsidR="002F4796">
                  <w:rPr>
                    <w:rFonts w:ascii="MS Gothic" w:eastAsia="MS Gothic" w:hAnsi="MS Gothic" w:hint="eastAsia"/>
                    <w:sz w:val="19"/>
                    <w:szCs w:val="19"/>
                    <w:lang w:val="nl-NL"/>
                  </w:rPr>
                  <w:t>☐</w:t>
                </w:r>
              </w:sdtContent>
            </w:sdt>
            <w:r w:rsidR="002F4796">
              <w:rPr>
                <w:rFonts w:ascii="Source Sans Pro" w:hAnsi="Source Sans Pro"/>
                <w:sz w:val="19"/>
                <w:szCs w:val="19"/>
                <w:lang w:val="nl-NL"/>
              </w:rPr>
              <w:t xml:space="preserve">Ja, op datum </w:t>
            </w:r>
            <w:sdt>
              <w:sdtPr>
                <w:rPr>
                  <w:rFonts w:ascii="Source Sans Pro" w:hAnsi="Source Sans Pro"/>
                  <w:sz w:val="19"/>
                  <w:szCs w:val="19"/>
                  <w:lang w:val="nl-NL"/>
                </w:rPr>
                <w:id w:val="-212274212"/>
                <w:placeholder>
                  <w:docPart w:val="2DD18A4AA46D4BBDB4FB0416C46264AA"/>
                </w:placeholder>
                <w:showingPlcHdr/>
                <w:date>
                  <w:dateFormat w:val="d-M-yyyy"/>
                  <w:lid w:val="nl-NL"/>
                  <w:storeMappedDataAs w:val="dateTime"/>
                  <w:calendar w:val="gregorian"/>
                </w:date>
              </w:sdtPr>
              <w:sdtEndPr/>
              <w:sdtContent>
                <w:r w:rsidR="002F4796" w:rsidRPr="00B317BC">
                  <w:rPr>
                    <w:rStyle w:val="Tekstvantijdelijkeaanduiding"/>
                    <w:lang w:val="nl-NL"/>
                  </w:rPr>
                  <w:t>Klik of tik om een datum in te voeren.</w:t>
                </w:r>
              </w:sdtContent>
            </w:sdt>
            <w:r w:rsidR="002F4796">
              <w:rPr>
                <w:rFonts w:ascii="Source Sans Pro" w:hAnsi="Source Sans Pro"/>
                <w:sz w:val="19"/>
                <w:szCs w:val="19"/>
                <w:lang w:val="nl-NL"/>
              </w:rPr>
              <w:t xml:space="preserve"> De aanvraag is eerder </w:t>
            </w:r>
            <w:sdt>
              <w:sdtPr>
                <w:rPr>
                  <w:rFonts w:ascii="Source Sans Pro" w:hAnsi="Source Sans Pro"/>
                  <w:sz w:val="19"/>
                  <w:szCs w:val="19"/>
                  <w:lang w:val="nl-NL"/>
                </w:rPr>
                <w:id w:val="699130669"/>
                <w:placeholder>
                  <w:docPart w:val="6F10D1954BE44614842C7A51C6235781"/>
                </w:placeholder>
                <w:showingPlcHdr/>
                <w:comboBox>
                  <w:listItem w:value="Kies een item."/>
                  <w:listItem w:displayText="Goedgekeurd" w:value="Goedgekeurd"/>
                  <w:listItem w:displayText="Afgekeurd" w:value="Afgekeurd"/>
                  <w:listItem w:displayText="Onvolledig verklaard" w:value="Onvolledig verklaard"/>
                </w:comboBox>
              </w:sdtPr>
              <w:sdtEndPr/>
              <w:sdtContent>
                <w:r w:rsidR="002F4796" w:rsidRPr="004B5AA5">
                  <w:rPr>
                    <w:rStyle w:val="Tekstvantijdelijkeaanduiding"/>
                    <w:lang w:val="nl-NL"/>
                  </w:rPr>
                  <w:t>Kies een item.</w:t>
                </w:r>
              </w:sdtContent>
            </w:sdt>
            <w:r w:rsidR="002F4796">
              <w:rPr>
                <w:rFonts w:ascii="Source Sans Pro" w:hAnsi="Source Sans Pro"/>
                <w:sz w:val="19"/>
                <w:szCs w:val="19"/>
                <w:lang w:val="nl-NL"/>
              </w:rPr>
              <w:t xml:space="preserve"> Anders aan deze aanvraag: </w:t>
            </w:r>
            <w:sdt>
              <w:sdtPr>
                <w:rPr>
                  <w:rFonts w:ascii="Source Sans Pro" w:hAnsi="Source Sans Pro"/>
                  <w:sz w:val="19"/>
                  <w:szCs w:val="19"/>
                  <w:lang w:val="nl-NL"/>
                </w:rPr>
                <w:id w:val="219871074"/>
                <w:placeholder>
                  <w:docPart w:val="40C7B7D7000347D5B402ABDA5992F830"/>
                </w:placeholder>
                <w:showingPlcHdr/>
              </w:sdtPr>
              <w:sdtEndPr/>
              <w:sdtContent>
                <w:r w:rsidR="002F4796" w:rsidRPr="00062C1D">
                  <w:rPr>
                    <w:rStyle w:val="Tekstvantijdelijkeaanduiding"/>
                    <w:lang w:val="nl-NL"/>
                  </w:rPr>
                  <w:t>Klik of tik om tekst in te voeren.</w:t>
                </w:r>
              </w:sdtContent>
            </w:sdt>
          </w:p>
          <w:p w14:paraId="02FB0C36" w14:textId="65ABABC3" w:rsidR="002F4796" w:rsidRPr="00CE4349" w:rsidRDefault="002F4796" w:rsidP="002F4796">
            <w:pPr>
              <w:rPr>
                <w:rFonts w:ascii="Source Sans Pro" w:hAnsi="Source Sans Pro"/>
                <w:sz w:val="19"/>
                <w:szCs w:val="19"/>
                <w:lang w:val="nl-NL"/>
              </w:rPr>
            </w:pPr>
          </w:p>
        </w:tc>
      </w:tr>
    </w:tbl>
    <w:p w14:paraId="310CAC54" w14:textId="25986587" w:rsidR="007B5F34" w:rsidRPr="00CE119A" w:rsidRDefault="004317D4" w:rsidP="1CA5C9F9">
      <w:pPr>
        <w:pStyle w:val="Kop2"/>
        <w:spacing w:before="40"/>
        <w:rPr>
          <w:rFonts w:ascii="Oranda BT" w:hAnsi="Oranda BT"/>
          <w:color w:val="A90A2E"/>
          <w:sz w:val="28"/>
          <w:szCs w:val="28"/>
          <w:lang w:val="nl-NL"/>
        </w:rPr>
      </w:pPr>
      <w:r w:rsidRPr="00AE6F7E">
        <w:rPr>
          <w:lang w:val="nl-NL"/>
        </w:rPr>
        <w:br/>
      </w:r>
      <w:r w:rsidR="003A8195" w:rsidRPr="1CA5C9F9">
        <w:rPr>
          <w:rFonts w:ascii="Oranda BT" w:hAnsi="Oranda BT"/>
          <w:color w:val="A90A2E"/>
          <w:sz w:val="28"/>
          <w:szCs w:val="28"/>
          <w:lang w:val="nl-NL"/>
        </w:rPr>
        <w:t xml:space="preserve">Deel B – Gegevens concrete situatie (voor alle aanvragen) </w:t>
      </w:r>
    </w:p>
    <w:tbl>
      <w:tblPr>
        <w:tblStyle w:val="Tabelraster"/>
        <w:tblW w:w="0" w:type="auto"/>
        <w:tblLook w:val="04A0" w:firstRow="1" w:lastRow="0" w:firstColumn="1" w:lastColumn="0" w:noHBand="0" w:noVBand="1"/>
      </w:tblPr>
      <w:tblGrid>
        <w:gridCol w:w="4316"/>
        <w:gridCol w:w="4314"/>
      </w:tblGrid>
      <w:tr w:rsidR="00391282" w:rsidRPr="00CE4349" w14:paraId="4F93090D" w14:textId="77777777" w:rsidTr="00745FA2">
        <w:tc>
          <w:tcPr>
            <w:tcW w:w="8630" w:type="dxa"/>
            <w:gridSpan w:val="2"/>
          </w:tcPr>
          <w:p w14:paraId="6A015126" w14:textId="618D9259" w:rsidR="00391282" w:rsidRPr="00CE4349" w:rsidRDefault="00391282" w:rsidP="00745FA2">
            <w:pPr>
              <w:rPr>
                <w:rFonts w:ascii="Source Sans Pro" w:hAnsi="Source Sans Pro"/>
                <w:sz w:val="19"/>
                <w:szCs w:val="19"/>
                <w:lang w:val="nl-NL"/>
              </w:rPr>
            </w:pPr>
            <w:r w:rsidRPr="00CE4349">
              <w:rPr>
                <w:rFonts w:ascii="Source Sans Pro" w:hAnsi="Source Sans Pro"/>
                <w:b/>
                <w:bCs/>
                <w:sz w:val="19"/>
                <w:szCs w:val="19"/>
                <w:lang w:val="nl-NL"/>
              </w:rPr>
              <w:t xml:space="preserve">Situatie, doelen en acties </w:t>
            </w:r>
          </w:p>
        </w:tc>
      </w:tr>
      <w:tr w:rsidR="00754BD5" w:rsidRPr="005B7828" w14:paraId="3690C715" w14:textId="77777777" w:rsidTr="1CA5C9F9">
        <w:tc>
          <w:tcPr>
            <w:tcW w:w="4316" w:type="dxa"/>
          </w:tcPr>
          <w:p w14:paraId="743AF201" w14:textId="309BAC13" w:rsidR="00754BD5" w:rsidRPr="00CE4349" w:rsidRDefault="00754BD5" w:rsidP="00745FA2">
            <w:pPr>
              <w:rPr>
                <w:rFonts w:ascii="Source Sans Pro" w:hAnsi="Source Sans Pro"/>
                <w:sz w:val="19"/>
                <w:szCs w:val="19"/>
                <w:lang w:val="nl-NL"/>
              </w:rPr>
            </w:pPr>
            <w:r w:rsidRPr="00CE4349">
              <w:rPr>
                <w:rFonts w:ascii="Source Sans Pro" w:hAnsi="Source Sans Pro"/>
                <w:sz w:val="19"/>
                <w:szCs w:val="19"/>
                <w:lang w:val="nl-NL"/>
              </w:rPr>
              <w:t xml:space="preserve">Geboortejaar cliënt </w:t>
            </w:r>
          </w:p>
        </w:tc>
        <w:sdt>
          <w:sdtPr>
            <w:rPr>
              <w:rFonts w:ascii="Source Sans Pro" w:hAnsi="Source Sans Pro"/>
              <w:sz w:val="19"/>
              <w:szCs w:val="19"/>
              <w:lang w:val="nl-NL"/>
            </w:rPr>
            <w:id w:val="-299850042"/>
            <w:placeholder>
              <w:docPart w:val="606525FF00094027A10254CF89CFDB95"/>
            </w:placeholder>
            <w:showingPlcHdr/>
          </w:sdtPr>
          <w:sdtEndPr/>
          <w:sdtContent>
            <w:tc>
              <w:tcPr>
                <w:tcW w:w="4314" w:type="dxa"/>
              </w:tcPr>
              <w:p w14:paraId="14630A59" w14:textId="2C5DA0E9" w:rsidR="00754BD5" w:rsidRPr="00CE4349" w:rsidRDefault="00987C2B" w:rsidP="00745FA2">
                <w:pPr>
                  <w:rPr>
                    <w:rFonts w:ascii="Source Sans Pro" w:hAnsi="Source Sans Pro"/>
                    <w:sz w:val="19"/>
                    <w:szCs w:val="19"/>
                    <w:lang w:val="nl-NL"/>
                  </w:rPr>
                </w:pPr>
                <w:r w:rsidRPr="00987C2B">
                  <w:rPr>
                    <w:rStyle w:val="Tekstvantijdelijkeaanduiding"/>
                    <w:lang w:val="nl-NL"/>
                  </w:rPr>
                  <w:t>Klik of tik om tekst in te voeren.</w:t>
                </w:r>
              </w:p>
            </w:tc>
          </w:sdtContent>
        </w:sdt>
      </w:tr>
      <w:tr w:rsidR="00E04A25" w:rsidRPr="005B7828" w14:paraId="74F0A276" w14:textId="77777777" w:rsidTr="1CA5C9F9">
        <w:tc>
          <w:tcPr>
            <w:tcW w:w="4316" w:type="dxa"/>
          </w:tcPr>
          <w:p w14:paraId="68E66CF7" w14:textId="4B4D98EF" w:rsidR="009C30FC" w:rsidRPr="00CE4349" w:rsidRDefault="00E04A25" w:rsidP="00663163">
            <w:pPr>
              <w:rPr>
                <w:rFonts w:ascii="Source Sans Pro" w:hAnsi="Source Sans Pro"/>
                <w:sz w:val="19"/>
                <w:szCs w:val="19"/>
                <w:lang w:val="nl-NL"/>
              </w:rPr>
            </w:pPr>
            <w:r w:rsidRPr="00CE4349">
              <w:rPr>
                <w:rFonts w:ascii="Source Sans Pro" w:hAnsi="Source Sans Pro"/>
                <w:sz w:val="19"/>
                <w:szCs w:val="19"/>
                <w:lang w:val="nl-NL"/>
              </w:rPr>
              <w:t xml:space="preserve">Korte schets van de situatie van de jeugdige en gezinscontext </w:t>
            </w:r>
          </w:p>
        </w:tc>
        <w:sdt>
          <w:sdtPr>
            <w:rPr>
              <w:rFonts w:ascii="Source Sans Pro" w:hAnsi="Source Sans Pro"/>
              <w:sz w:val="19"/>
              <w:szCs w:val="19"/>
              <w:lang w:val="nl-NL"/>
            </w:rPr>
            <w:id w:val="149720296"/>
            <w:placeholder>
              <w:docPart w:val="A24ADD2546924EA8BBB04D18A256EAEC"/>
            </w:placeholder>
            <w:showingPlcHdr/>
          </w:sdtPr>
          <w:sdtEndPr/>
          <w:sdtContent>
            <w:tc>
              <w:tcPr>
                <w:tcW w:w="4314" w:type="dxa"/>
              </w:tcPr>
              <w:p w14:paraId="6AEF2F26" w14:textId="0811E38E" w:rsidR="00E04A25" w:rsidRPr="00CE4349" w:rsidRDefault="00987C2B" w:rsidP="00745FA2">
                <w:pPr>
                  <w:rPr>
                    <w:rFonts w:ascii="Source Sans Pro" w:hAnsi="Source Sans Pro"/>
                    <w:sz w:val="19"/>
                    <w:szCs w:val="19"/>
                    <w:lang w:val="nl-NL"/>
                  </w:rPr>
                </w:pPr>
                <w:r w:rsidRPr="00987C2B">
                  <w:rPr>
                    <w:rStyle w:val="Tekstvantijdelijkeaanduiding"/>
                    <w:lang w:val="nl-NL"/>
                  </w:rPr>
                  <w:t>Klik of tik om tekst in te voeren.</w:t>
                </w:r>
              </w:p>
            </w:tc>
          </w:sdtContent>
        </w:sdt>
      </w:tr>
      <w:tr w:rsidR="007B5F34" w:rsidRPr="005B7828" w14:paraId="4579EA2E" w14:textId="77777777" w:rsidTr="1CA5C9F9">
        <w:tc>
          <w:tcPr>
            <w:tcW w:w="4316" w:type="dxa"/>
          </w:tcPr>
          <w:p w14:paraId="6BA72A06" w14:textId="34E9C4D8" w:rsidR="007B5F34" w:rsidRPr="00CE4349" w:rsidRDefault="00E04A25" w:rsidP="00745FA2">
            <w:pPr>
              <w:rPr>
                <w:rFonts w:ascii="Source Sans Pro" w:hAnsi="Source Sans Pro"/>
                <w:sz w:val="19"/>
                <w:szCs w:val="19"/>
                <w:lang w:val="nl-NL"/>
              </w:rPr>
            </w:pPr>
            <w:r w:rsidRPr="00CE4349">
              <w:rPr>
                <w:rFonts w:ascii="Source Sans Pro" w:hAnsi="Source Sans Pro"/>
                <w:sz w:val="19"/>
                <w:szCs w:val="19"/>
                <w:lang w:val="nl-NL"/>
              </w:rPr>
              <w:t xml:space="preserve">Korte schets van de </w:t>
            </w:r>
            <w:r w:rsidR="00B53D81" w:rsidRPr="00CE4349">
              <w:rPr>
                <w:rFonts w:ascii="Source Sans Pro" w:hAnsi="Source Sans Pro"/>
                <w:sz w:val="19"/>
                <w:szCs w:val="19"/>
                <w:lang w:val="nl-NL"/>
              </w:rPr>
              <w:t xml:space="preserve">(oorzaak van de) </w:t>
            </w:r>
            <w:r w:rsidRPr="00CE4349">
              <w:rPr>
                <w:rFonts w:ascii="Source Sans Pro" w:hAnsi="Source Sans Pro"/>
                <w:sz w:val="19"/>
                <w:szCs w:val="19"/>
                <w:lang w:val="nl-NL"/>
              </w:rPr>
              <w:t>problematiek</w:t>
            </w:r>
            <w:r w:rsidR="00471B01" w:rsidRPr="00CE4349">
              <w:rPr>
                <w:rFonts w:ascii="Source Sans Pro" w:hAnsi="Source Sans Pro"/>
                <w:sz w:val="19"/>
                <w:szCs w:val="19"/>
                <w:lang w:val="nl-NL"/>
              </w:rPr>
              <w:t xml:space="preserve"> en de context</w:t>
            </w:r>
            <w:r w:rsidR="007110D8">
              <w:rPr>
                <w:rFonts w:ascii="Source Sans Pro" w:hAnsi="Source Sans Pro"/>
                <w:sz w:val="19"/>
                <w:szCs w:val="19"/>
                <w:lang w:val="nl-NL"/>
              </w:rPr>
              <w:t>en</w:t>
            </w:r>
            <w:r w:rsidR="008156BE" w:rsidRPr="00CE4349">
              <w:rPr>
                <w:rFonts w:ascii="Source Sans Pro" w:hAnsi="Source Sans Pro"/>
                <w:sz w:val="19"/>
                <w:szCs w:val="19"/>
                <w:lang w:val="nl-NL"/>
              </w:rPr>
              <w:t xml:space="preserve"> (thuis, school, anders) </w:t>
            </w:r>
            <w:r w:rsidR="00471B01" w:rsidRPr="00CE4349">
              <w:rPr>
                <w:rFonts w:ascii="Source Sans Pro" w:hAnsi="Source Sans Pro"/>
                <w:sz w:val="19"/>
                <w:szCs w:val="19"/>
                <w:lang w:val="nl-NL"/>
              </w:rPr>
              <w:t>waarin deze problematiek</w:t>
            </w:r>
            <w:r w:rsidR="009025F4" w:rsidRPr="00CE4349">
              <w:rPr>
                <w:rFonts w:ascii="Source Sans Pro" w:hAnsi="Source Sans Pro"/>
                <w:sz w:val="19"/>
                <w:szCs w:val="19"/>
                <w:lang w:val="nl-NL"/>
              </w:rPr>
              <w:t xml:space="preserve"> zichtbaar </w:t>
            </w:r>
            <w:r w:rsidR="007110D8">
              <w:rPr>
                <w:rFonts w:ascii="Source Sans Pro" w:hAnsi="Source Sans Pro"/>
                <w:sz w:val="19"/>
                <w:szCs w:val="19"/>
                <w:lang w:val="nl-NL"/>
              </w:rPr>
              <w:t>zijn</w:t>
            </w:r>
          </w:p>
        </w:tc>
        <w:sdt>
          <w:sdtPr>
            <w:rPr>
              <w:rFonts w:ascii="Source Sans Pro" w:hAnsi="Source Sans Pro"/>
              <w:sz w:val="19"/>
              <w:szCs w:val="19"/>
              <w:lang w:val="nl-NL"/>
            </w:rPr>
            <w:id w:val="-1472432998"/>
            <w:placeholder>
              <w:docPart w:val="2D1EF27622EF4933BBABC804B0E0781B"/>
            </w:placeholder>
            <w:showingPlcHdr/>
          </w:sdtPr>
          <w:sdtEndPr/>
          <w:sdtContent>
            <w:tc>
              <w:tcPr>
                <w:tcW w:w="4314" w:type="dxa"/>
              </w:tcPr>
              <w:p w14:paraId="070427DC" w14:textId="4DF4AEA2" w:rsidR="007B5F34" w:rsidRPr="00CE4349" w:rsidRDefault="00532B7F" w:rsidP="00745FA2">
                <w:pPr>
                  <w:rPr>
                    <w:rFonts w:ascii="Source Sans Pro" w:hAnsi="Source Sans Pro"/>
                    <w:sz w:val="19"/>
                    <w:szCs w:val="19"/>
                    <w:lang w:val="nl-NL"/>
                  </w:rPr>
                </w:pPr>
                <w:r w:rsidRPr="00987C2B">
                  <w:rPr>
                    <w:rStyle w:val="Tekstvantijdelijkeaanduiding"/>
                    <w:lang w:val="nl-NL"/>
                  </w:rPr>
                  <w:t>Klik of tik om tekst in te voeren.</w:t>
                </w:r>
              </w:p>
            </w:tc>
          </w:sdtContent>
        </w:sdt>
      </w:tr>
      <w:tr w:rsidR="00DF4699" w:rsidRPr="005B7828" w14:paraId="413162EE" w14:textId="77777777" w:rsidTr="1CA5C9F9">
        <w:tc>
          <w:tcPr>
            <w:tcW w:w="4316" w:type="dxa"/>
          </w:tcPr>
          <w:p w14:paraId="123E7979" w14:textId="6C30573B" w:rsidR="00DF4699" w:rsidRPr="00CE4349" w:rsidRDefault="00DF4699" w:rsidP="00DF4699">
            <w:pPr>
              <w:rPr>
                <w:rFonts w:ascii="Source Sans Pro" w:hAnsi="Source Sans Pro"/>
                <w:sz w:val="19"/>
                <w:szCs w:val="19"/>
                <w:lang w:val="nl-NL"/>
              </w:rPr>
            </w:pPr>
            <w:r w:rsidRPr="00CE4349">
              <w:rPr>
                <w:rFonts w:ascii="Source Sans Pro" w:hAnsi="Source Sans Pro"/>
                <w:sz w:val="19"/>
                <w:szCs w:val="19"/>
                <w:lang w:val="nl-NL"/>
              </w:rPr>
              <w:t xml:space="preserve">Welke SMART-doelen zijn </w:t>
            </w:r>
            <w:r w:rsidR="002004F8" w:rsidRPr="00CE4349">
              <w:rPr>
                <w:rFonts w:ascii="Source Sans Pro" w:hAnsi="Source Sans Pro"/>
                <w:sz w:val="19"/>
                <w:szCs w:val="19"/>
                <w:lang w:val="nl-NL"/>
              </w:rPr>
              <w:t>bepaald</w:t>
            </w:r>
            <w:r w:rsidRPr="00CE4349">
              <w:rPr>
                <w:rFonts w:ascii="Source Sans Pro" w:hAnsi="Source Sans Pro"/>
                <w:sz w:val="19"/>
                <w:szCs w:val="19"/>
                <w:lang w:val="nl-NL"/>
              </w:rPr>
              <w:t xml:space="preserve"> om te werken aan een duurzame oplossing?</w:t>
            </w:r>
            <w:r w:rsidR="00E8380A" w:rsidRPr="00CE4349">
              <w:rPr>
                <w:rFonts w:ascii="Source Sans Pro" w:hAnsi="Source Sans Pro"/>
                <w:sz w:val="19"/>
                <w:szCs w:val="19"/>
                <w:lang w:val="nl-NL"/>
              </w:rPr>
              <w:t xml:space="preserve"> </w:t>
            </w:r>
            <w:r w:rsidR="00D1428D" w:rsidRPr="00CE4349">
              <w:rPr>
                <w:rFonts w:ascii="Source Sans Pro" w:hAnsi="Source Sans Pro"/>
                <w:sz w:val="19"/>
                <w:szCs w:val="19"/>
                <w:lang w:val="nl-NL"/>
              </w:rPr>
              <w:t xml:space="preserve">Welke acties en voor wie/welke organisatie? (ouders, </w:t>
            </w:r>
            <w:r w:rsidR="00727DFC">
              <w:rPr>
                <w:rFonts w:ascii="Source Sans Pro" w:hAnsi="Source Sans Pro"/>
                <w:sz w:val="19"/>
                <w:szCs w:val="19"/>
                <w:lang w:val="nl-NL"/>
              </w:rPr>
              <w:t xml:space="preserve">hulpbronnen, </w:t>
            </w:r>
            <w:r w:rsidR="00D1428D" w:rsidRPr="00CE4349">
              <w:rPr>
                <w:rFonts w:ascii="Source Sans Pro" w:hAnsi="Source Sans Pro"/>
                <w:sz w:val="19"/>
                <w:szCs w:val="19"/>
                <w:lang w:val="nl-NL"/>
              </w:rPr>
              <w:t xml:space="preserve">Buurtteam, school, zorgaanbieder) </w:t>
            </w:r>
          </w:p>
        </w:tc>
        <w:tc>
          <w:tcPr>
            <w:tcW w:w="4314" w:type="dxa"/>
          </w:tcPr>
          <w:p w14:paraId="01C6C2F2" w14:textId="16976137" w:rsidR="00E8380A" w:rsidRPr="00CE4349" w:rsidRDefault="00E8380A" w:rsidP="00DF4699">
            <w:pPr>
              <w:rPr>
                <w:rFonts w:ascii="Source Sans Pro" w:hAnsi="Source Sans Pro"/>
                <w:sz w:val="19"/>
                <w:szCs w:val="19"/>
                <w:lang w:val="nl-NL"/>
              </w:rPr>
            </w:pPr>
            <w:r w:rsidRPr="00CE4349">
              <w:rPr>
                <w:rFonts w:ascii="Source Sans Pro" w:hAnsi="Source Sans Pro"/>
                <w:sz w:val="19"/>
                <w:szCs w:val="19"/>
                <w:lang w:val="nl-NL"/>
              </w:rPr>
              <w:t xml:space="preserve"> </w:t>
            </w:r>
            <w:sdt>
              <w:sdtPr>
                <w:rPr>
                  <w:rFonts w:ascii="Source Sans Pro" w:hAnsi="Source Sans Pro"/>
                  <w:sz w:val="19"/>
                  <w:szCs w:val="19"/>
                  <w:lang w:val="nl-NL"/>
                </w:rPr>
                <w:id w:val="1446885983"/>
                <w:placeholder>
                  <w:docPart w:val="2EC709AF04ED49DE812DAC0CA263BE0D"/>
                </w:placeholder>
                <w:showingPlcHdr/>
              </w:sdtPr>
              <w:sdtEndPr/>
              <w:sdtContent>
                <w:r w:rsidR="00532B7F" w:rsidRPr="00987C2B">
                  <w:rPr>
                    <w:rStyle w:val="Tekstvantijdelijkeaanduiding"/>
                    <w:lang w:val="nl-NL"/>
                  </w:rPr>
                  <w:t>Klik of tik om tekst in te voeren.</w:t>
                </w:r>
              </w:sdtContent>
            </w:sdt>
          </w:p>
        </w:tc>
      </w:tr>
      <w:tr w:rsidR="004317D4" w:rsidRPr="005B7828" w14:paraId="5CD0DBA1" w14:textId="77777777" w:rsidTr="1CA5C9F9">
        <w:tc>
          <w:tcPr>
            <w:tcW w:w="4316" w:type="dxa"/>
          </w:tcPr>
          <w:p w14:paraId="691093B7" w14:textId="5B378F71" w:rsidR="004317D4" w:rsidRPr="00CE4349" w:rsidRDefault="5DB89AFE" w:rsidP="004317D4">
            <w:pPr>
              <w:rPr>
                <w:rFonts w:ascii="Source Sans Pro" w:hAnsi="Source Sans Pro"/>
                <w:sz w:val="19"/>
                <w:szCs w:val="19"/>
                <w:lang w:val="nl-NL"/>
              </w:rPr>
            </w:pPr>
            <w:r w:rsidRPr="1CA5C9F9">
              <w:rPr>
                <w:rFonts w:ascii="Source Sans Pro" w:hAnsi="Source Sans Pro"/>
                <w:sz w:val="19"/>
                <w:szCs w:val="19"/>
                <w:lang w:val="nl-NL"/>
              </w:rPr>
              <w:lastRenderedPageBreak/>
              <w:t>Is er een maatregel van kracht?</w:t>
            </w:r>
            <w:r w:rsidR="00995F7B">
              <w:rPr>
                <w:rFonts w:ascii="Source Sans Pro" w:hAnsi="Source Sans Pro"/>
                <w:sz w:val="19"/>
                <w:szCs w:val="19"/>
                <w:lang w:val="nl-NL"/>
              </w:rPr>
              <w:t xml:space="preserve"> (OTS, voogdij, jeugdreclassering)</w:t>
            </w:r>
            <w:r w:rsidRPr="1CA5C9F9">
              <w:rPr>
                <w:rFonts w:ascii="Source Sans Pro" w:hAnsi="Source Sans Pro"/>
                <w:sz w:val="19"/>
                <w:szCs w:val="19"/>
                <w:lang w:val="nl-NL"/>
              </w:rPr>
              <w:t xml:space="preserve"> </w:t>
            </w:r>
          </w:p>
        </w:tc>
        <w:tc>
          <w:tcPr>
            <w:tcW w:w="4314" w:type="dxa"/>
          </w:tcPr>
          <w:p w14:paraId="1438C21F" w14:textId="77777777" w:rsidR="005F1752" w:rsidRDefault="00BB2658" w:rsidP="005F1752">
            <w:pPr>
              <w:rPr>
                <w:rFonts w:ascii="Source Sans Pro" w:hAnsi="Source Sans Pro"/>
                <w:sz w:val="19"/>
                <w:szCs w:val="19"/>
                <w:lang w:val="nl-NL"/>
              </w:rPr>
            </w:pPr>
            <w:sdt>
              <w:sdtPr>
                <w:rPr>
                  <w:rFonts w:ascii="Source Sans Pro" w:hAnsi="Source Sans Pro"/>
                  <w:sz w:val="19"/>
                  <w:szCs w:val="19"/>
                  <w:lang w:val="nl-NL"/>
                </w:rPr>
                <w:id w:val="199524221"/>
                <w14:checkbox>
                  <w14:checked w14:val="0"/>
                  <w14:checkedState w14:val="2612" w14:font="MS Gothic"/>
                  <w14:uncheckedState w14:val="2610" w14:font="MS Gothic"/>
                </w14:checkbox>
              </w:sdtPr>
              <w:sdtEndPr/>
              <w:sdtContent>
                <w:r w:rsidR="005F1752">
                  <w:rPr>
                    <w:rFonts w:ascii="MS Gothic" w:eastAsia="MS Gothic" w:hAnsi="MS Gothic" w:hint="eastAsia"/>
                    <w:sz w:val="19"/>
                    <w:szCs w:val="19"/>
                    <w:lang w:val="nl-NL"/>
                  </w:rPr>
                  <w:t>☐</w:t>
                </w:r>
              </w:sdtContent>
            </w:sdt>
            <w:r w:rsidR="005F1752">
              <w:rPr>
                <w:rFonts w:ascii="Source Sans Pro" w:hAnsi="Source Sans Pro"/>
                <w:sz w:val="19"/>
                <w:szCs w:val="19"/>
                <w:lang w:val="nl-NL"/>
              </w:rPr>
              <w:t>Nee</w:t>
            </w:r>
          </w:p>
          <w:p w14:paraId="3BFFBBB5" w14:textId="02352556" w:rsidR="004317D4" w:rsidRPr="00CE4349" w:rsidRDefault="00BB2658" w:rsidP="005F1752">
            <w:pPr>
              <w:rPr>
                <w:rFonts w:ascii="Source Sans Pro" w:hAnsi="Source Sans Pro"/>
                <w:sz w:val="19"/>
                <w:szCs w:val="19"/>
                <w:lang w:val="nl-NL"/>
              </w:rPr>
            </w:pPr>
            <w:sdt>
              <w:sdtPr>
                <w:rPr>
                  <w:rFonts w:ascii="Source Sans Pro" w:hAnsi="Source Sans Pro"/>
                  <w:sz w:val="19"/>
                  <w:szCs w:val="19"/>
                  <w:lang w:val="nl-NL"/>
                </w:rPr>
                <w:id w:val="1240221961"/>
                <w14:checkbox>
                  <w14:checked w14:val="0"/>
                  <w14:checkedState w14:val="2612" w14:font="MS Gothic"/>
                  <w14:uncheckedState w14:val="2610" w14:font="MS Gothic"/>
                </w14:checkbox>
              </w:sdtPr>
              <w:sdtEndPr/>
              <w:sdtContent>
                <w:r w:rsidR="005F1752">
                  <w:rPr>
                    <w:rFonts w:ascii="MS Gothic" w:eastAsia="MS Gothic" w:hAnsi="MS Gothic" w:hint="eastAsia"/>
                    <w:sz w:val="19"/>
                    <w:szCs w:val="19"/>
                    <w:lang w:val="nl-NL"/>
                  </w:rPr>
                  <w:t>☐</w:t>
                </w:r>
              </w:sdtContent>
            </w:sdt>
            <w:r w:rsidR="005F1752">
              <w:rPr>
                <w:rFonts w:ascii="Source Sans Pro" w:hAnsi="Source Sans Pro"/>
                <w:sz w:val="19"/>
                <w:szCs w:val="19"/>
                <w:lang w:val="nl-NL"/>
              </w:rPr>
              <w:t>Ja, namelijk</w:t>
            </w:r>
            <w:r w:rsidR="00752A66">
              <w:rPr>
                <w:rFonts w:ascii="Source Sans Pro" w:hAnsi="Source Sans Pro"/>
                <w:sz w:val="19"/>
                <w:szCs w:val="19"/>
                <w:lang w:val="nl-NL"/>
              </w:rPr>
              <w:t xml:space="preserve"> een maatregel</w:t>
            </w:r>
            <w:r w:rsidR="005F1752">
              <w:rPr>
                <w:rFonts w:ascii="Source Sans Pro" w:hAnsi="Source Sans Pro"/>
                <w:sz w:val="19"/>
                <w:szCs w:val="19"/>
                <w:lang w:val="nl-NL"/>
              </w:rPr>
              <w:t xml:space="preserve"> </w:t>
            </w:r>
            <w:r w:rsidR="005F1752" w:rsidRPr="00CE4349">
              <w:rPr>
                <w:rFonts w:ascii="Source Sans Pro" w:hAnsi="Source Sans Pro"/>
                <w:sz w:val="19"/>
                <w:szCs w:val="19"/>
                <w:lang w:val="nl-NL"/>
              </w:rPr>
              <w:t xml:space="preserve"> </w:t>
            </w:r>
            <w:sdt>
              <w:sdtPr>
                <w:rPr>
                  <w:rFonts w:ascii="Source Sans Pro" w:hAnsi="Source Sans Pro"/>
                  <w:sz w:val="19"/>
                  <w:szCs w:val="19"/>
                  <w:lang w:val="nl-NL"/>
                </w:rPr>
                <w:id w:val="343370287"/>
                <w:placeholder>
                  <w:docPart w:val="0E4BBFF6D45441ED85B82813A1A97AC5"/>
                </w:placeholder>
                <w:showingPlcHdr/>
                <w:comboBox>
                  <w:listItem w:value="Kies een item."/>
                  <w:listItem w:displayText="OTS" w:value="OTS"/>
                  <w:listItem w:displayText="Voogdij" w:value="Voogdij"/>
                  <w:listItem w:displayText="Jeugdreclassering" w:value="Jeugdreclassering"/>
                </w:comboBox>
              </w:sdtPr>
              <w:sdtEndPr/>
              <w:sdtContent>
                <w:r w:rsidR="005F1752" w:rsidRPr="005F1752">
                  <w:rPr>
                    <w:rStyle w:val="Tekstvantijdelijkeaanduiding"/>
                    <w:lang w:val="nl-NL"/>
                  </w:rPr>
                  <w:t>Kies een item.</w:t>
                </w:r>
              </w:sdtContent>
            </w:sdt>
            <w:r w:rsidR="00752A66">
              <w:rPr>
                <w:rFonts w:ascii="Source Sans Pro" w:hAnsi="Source Sans Pro"/>
                <w:sz w:val="19"/>
                <w:szCs w:val="19"/>
                <w:lang w:val="nl-NL"/>
              </w:rPr>
              <w:t xml:space="preserve"> met als einddatum </w:t>
            </w:r>
            <w:sdt>
              <w:sdtPr>
                <w:rPr>
                  <w:rFonts w:ascii="Source Sans Pro" w:hAnsi="Source Sans Pro"/>
                  <w:sz w:val="19"/>
                  <w:szCs w:val="19"/>
                  <w:lang w:val="nl-NL"/>
                </w:rPr>
                <w:id w:val="-259996002"/>
                <w:placeholder>
                  <w:docPart w:val="1F7AC78EDAD6430EBB51F6E221C95585"/>
                </w:placeholder>
                <w:showingPlcHdr/>
                <w:date>
                  <w:dateFormat w:val="d-M-yyyy"/>
                  <w:lid w:val="nl-NL"/>
                  <w:storeMappedDataAs w:val="dateTime"/>
                  <w:calendar w:val="gregorian"/>
                </w:date>
              </w:sdtPr>
              <w:sdtEndPr/>
              <w:sdtContent>
                <w:r w:rsidR="00752A66" w:rsidRPr="00752A66">
                  <w:rPr>
                    <w:rStyle w:val="Tekstvantijdelijkeaanduiding"/>
                    <w:lang w:val="nl-NL"/>
                  </w:rPr>
                  <w:t>Klik of tik om een datum in te voeren.</w:t>
                </w:r>
              </w:sdtContent>
            </w:sdt>
          </w:p>
        </w:tc>
      </w:tr>
      <w:tr w:rsidR="004317D4" w:rsidRPr="005B7828" w14:paraId="77CA92DA" w14:textId="77777777" w:rsidTr="1CA5C9F9">
        <w:tc>
          <w:tcPr>
            <w:tcW w:w="4316" w:type="dxa"/>
          </w:tcPr>
          <w:p w14:paraId="76AE537D" w14:textId="610BF1A7" w:rsidR="004317D4" w:rsidRPr="00CE4349" w:rsidRDefault="5DB89AFE" w:rsidP="004317D4">
            <w:pPr>
              <w:rPr>
                <w:rFonts w:ascii="Source Sans Pro" w:hAnsi="Source Sans Pro"/>
                <w:sz w:val="19"/>
                <w:szCs w:val="19"/>
                <w:lang w:val="nl-NL"/>
              </w:rPr>
            </w:pPr>
            <w:r w:rsidRPr="1CA5C9F9">
              <w:rPr>
                <w:rFonts w:ascii="Source Sans Pro" w:hAnsi="Source Sans Pro"/>
                <w:sz w:val="19"/>
                <w:szCs w:val="19"/>
                <w:lang w:val="nl-NL"/>
              </w:rPr>
              <w:t>Zijn er adviezen gegeven vanuit behandelaren en/of overlegtafels? (RET,</w:t>
            </w:r>
            <w:r w:rsidR="5031BC09" w:rsidRPr="1CA5C9F9">
              <w:rPr>
                <w:rFonts w:ascii="Source Sans Pro" w:hAnsi="Source Sans Pro"/>
                <w:sz w:val="19"/>
                <w:szCs w:val="19"/>
                <w:lang w:val="nl-NL"/>
              </w:rPr>
              <w:t xml:space="preserve"> IVH,</w:t>
            </w:r>
            <w:r w:rsidRPr="1CA5C9F9">
              <w:rPr>
                <w:rFonts w:ascii="Source Sans Pro" w:hAnsi="Source Sans Pro"/>
                <w:sz w:val="19"/>
                <w:szCs w:val="19"/>
                <w:lang w:val="nl-NL"/>
              </w:rPr>
              <w:t xml:space="preserve"> REPS, TWES) Zo ja, </w:t>
            </w:r>
            <w:r w:rsidR="0039601D">
              <w:rPr>
                <w:rFonts w:ascii="Source Sans Pro" w:hAnsi="Source Sans Pro"/>
                <w:sz w:val="19"/>
                <w:szCs w:val="19"/>
                <w:lang w:val="nl-NL"/>
              </w:rPr>
              <w:t xml:space="preserve">wie heeft geadviseerd en </w:t>
            </w:r>
            <w:r w:rsidRPr="1CA5C9F9">
              <w:rPr>
                <w:rFonts w:ascii="Source Sans Pro" w:hAnsi="Source Sans Pro"/>
                <w:sz w:val="19"/>
                <w:szCs w:val="19"/>
                <w:lang w:val="nl-NL"/>
              </w:rPr>
              <w:t>wat was het advies?</w:t>
            </w:r>
          </w:p>
        </w:tc>
        <w:tc>
          <w:tcPr>
            <w:tcW w:w="4314" w:type="dxa"/>
          </w:tcPr>
          <w:p w14:paraId="366530AE" w14:textId="77777777" w:rsidR="003A0F29" w:rsidRDefault="00BB2658" w:rsidP="003A0F29">
            <w:pPr>
              <w:rPr>
                <w:rFonts w:ascii="Source Sans Pro" w:hAnsi="Source Sans Pro"/>
                <w:sz w:val="19"/>
                <w:szCs w:val="19"/>
                <w:lang w:val="nl-NL"/>
              </w:rPr>
            </w:pPr>
            <w:sdt>
              <w:sdtPr>
                <w:rPr>
                  <w:rFonts w:ascii="Source Sans Pro" w:hAnsi="Source Sans Pro"/>
                  <w:sz w:val="19"/>
                  <w:szCs w:val="19"/>
                  <w:lang w:val="nl-NL"/>
                </w:rPr>
                <w:id w:val="643081555"/>
                <w14:checkbox>
                  <w14:checked w14:val="0"/>
                  <w14:checkedState w14:val="2612" w14:font="MS Gothic"/>
                  <w14:uncheckedState w14:val="2610" w14:font="MS Gothic"/>
                </w14:checkbox>
              </w:sdtPr>
              <w:sdtEndPr/>
              <w:sdtContent>
                <w:r w:rsidR="003A0F29">
                  <w:rPr>
                    <w:rFonts w:ascii="MS Gothic" w:eastAsia="MS Gothic" w:hAnsi="MS Gothic" w:hint="eastAsia"/>
                    <w:sz w:val="19"/>
                    <w:szCs w:val="19"/>
                    <w:lang w:val="nl-NL"/>
                  </w:rPr>
                  <w:t>☐</w:t>
                </w:r>
              </w:sdtContent>
            </w:sdt>
            <w:r w:rsidR="003A0F29">
              <w:rPr>
                <w:rFonts w:ascii="Source Sans Pro" w:hAnsi="Source Sans Pro"/>
                <w:sz w:val="19"/>
                <w:szCs w:val="19"/>
                <w:lang w:val="nl-NL"/>
              </w:rPr>
              <w:t>Nee</w:t>
            </w:r>
          </w:p>
          <w:p w14:paraId="18C5D008" w14:textId="751A6FA0" w:rsidR="004317D4" w:rsidRPr="00CE4349" w:rsidRDefault="00BB2658" w:rsidP="003A0F29">
            <w:pPr>
              <w:rPr>
                <w:rFonts w:ascii="Source Sans Pro" w:hAnsi="Source Sans Pro"/>
                <w:sz w:val="19"/>
                <w:szCs w:val="19"/>
                <w:lang w:val="nl-NL"/>
              </w:rPr>
            </w:pPr>
            <w:sdt>
              <w:sdtPr>
                <w:rPr>
                  <w:rFonts w:ascii="Source Sans Pro" w:hAnsi="Source Sans Pro"/>
                  <w:sz w:val="19"/>
                  <w:szCs w:val="19"/>
                  <w:lang w:val="nl-NL"/>
                </w:rPr>
                <w:id w:val="-715281304"/>
                <w14:checkbox>
                  <w14:checked w14:val="0"/>
                  <w14:checkedState w14:val="2612" w14:font="MS Gothic"/>
                  <w14:uncheckedState w14:val="2610" w14:font="MS Gothic"/>
                </w14:checkbox>
              </w:sdtPr>
              <w:sdtEndPr/>
              <w:sdtContent>
                <w:r w:rsidR="003A0F29">
                  <w:rPr>
                    <w:rFonts w:ascii="MS Gothic" w:eastAsia="MS Gothic" w:hAnsi="MS Gothic" w:hint="eastAsia"/>
                    <w:sz w:val="19"/>
                    <w:szCs w:val="19"/>
                    <w:lang w:val="nl-NL"/>
                  </w:rPr>
                  <w:t>☐</w:t>
                </w:r>
              </w:sdtContent>
            </w:sdt>
            <w:r w:rsidR="003A0F29">
              <w:rPr>
                <w:rFonts w:ascii="Source Sans Pro" w:hAnsi="Source Sans Pro"/>
                <w:sz w:val="19"/>
                <w:szCs w:val="19"/>
                <w:lang w:val="nl-NL"/>
              </w:rPr>
              <w:t xml:space="preserve">Ja, </w:t>
            </w:r>
            <w:sdt>
              <w:sdtPr>
                <w:rPr>
                  <w:rFonts w:ascii="Source Sans Pro" w:hAnsi="Source Sans Pro"/>
                  <w:sz w:val="19"/>
                  <w:szCs w:val="19"/>
                  <w:lang w:val="nl-NL"/>
                </w:rPr>
                <w:id w:val="1672225102"/>
                <w:placeholder>
                  <w:docPart w:val="65124C4648B341B390AED65BB5BC0598"/>
                </w:placeholder>
                <w:showingPlcHdr/>
              </w:sdtPr>
              <w:sdtEndPr/>
              <w:sdtContent>
                <w:r w:rsidR="00F90CE3" w:rsidRPr="00F90CE3">
                  <w:rPr>
                    <w:rStyle w:val="Tekstvantijdelijkeaanduiding"/>
                    <w:lang w:val="nl-NL"/>
                  </w:rPr>
                  <w:t>Klik of tik om tekst in te voeren.</w:t>
                </w:r>
              </w:sdtContent>
            </w:sdt>
          </w:p>
        </w:tc>
      </w:tr>
    </w:tbl>
    <w:p w14:paraId="6874B86E" w14:textId="77777777" w:rsidR="007B5F34" w:rsidRDefault="007B5F34">
      <w:pPr>
        <w:rPr>
          <w:lang w:val="nl-NL"/>
        </w:rPr>
      </w:pPr>
    </w:p>
    <w:p w14:paraId="6D5609A4" w14:textId="7884FE13" w:rsidR="00BA3C91" w:rsidRDefault="004317D4" w:rsidP="003569AE">
      <w:pPr>
        <w:pStyle w:val="Kop2"/>
        <w:spacing w:before="40"/>
        <w:rPr>
          <w:rFonts w:ascii="Oranda BT" w:hAnsi="Oranda BT"/>
          <w:bCs w:val="0"/>
          <w:color w:val="A90A2E"/>
          <w:sz w:val="28"/>
          <w:lang w:val="nl-NL"/>
        </w:rPr>
      </w:pPr>
      <w:r w:rsidRPr="004317D4">
        <w:rPr>
          <w:rFonts w:ascii="Oranda BT" w:hAnsi="Oranda BT"/>
          <w:bCs w:val="0"/>
          <w:color w:val="A90A2E"/>
          <w:sz w:val="28"/>
          <w:lang w:val="nl-NL"/>
        </w:rPr>
        <w:t xml:space="preserve">Deel C - </w:t>
      </w:r>
      <w:r w:rsidR="00471BA3" w:rsidRPr="004317D4">
        <w:rPr>
          <w:rFonts w:ascii="Oranda BT" w:hAnsi="Oranda BT"/>
          <w:bCs w:val="0"/>
          <w:color w:val="A90A2E"/>
          <w:sz w:val="28"/>
          <w:lang w:val="nl-NL"/>
        </w:rPr>
        <w:t>Aanvullende vragen per type hulp</w:t>
      </w:r>
    </w:p>
    <w:p w14:paraId="193CC01D" w14:textId="573F1534" w:rsidR="003569AE" w:rsidRPr="00CE4349" w:rsidRDefault="003569AE" w:rsidP="00CE4349">
      <w:pPr>
        <w:rPr>
          <w:rFonts w:ascii="Source Sans Pro" w:hAnsi="Source Sans Pro"/>
          <w:sz w:val="19"/>
          <w:szCs w:val="19"/>
          <w:lang w:val="nl-NL"/>
        </w:rPr>
      </w:pPr>
      <w:r w:rsidRPr="00CE4349">
        <w:rPr>
          <w:rFonts w:ascii="Source Sans Pro" w:hAnsi="Source Sans Pro"/>
          <w:sz w:val="19"/>
          <w:szCs w:val="19"/>
          <w:lang w:val="nl-NL"/>
        </w:rPr>
        <w:t xml:space="preserve">Let op: vul alleen C1 (aanvraag begeleiding), C2 (aanvraag Zorg Binnen Onderwijs) </w:t>
      </w:r>
      <w:r w:rsidR="00C06D0E" w:rsidRPr="00CE4349">
        <w:rPr>
          <w:rFonts w:ascii="Source Sans Pro" w:hAnsi="Source Sans Pro"/>
          <w:sz w:val="19"/>
          <w:szCs w:val="19"/>
          <w:lang w:val="nl-NL"/>
        </w:rPr>
        <w:t xml:space="preserve">of C3 (aanvraag voorschoolse dagbehandeling) in. </w:t>
      </w:r>
    </w:p>
    <w:tbl>
      <w:tblPr>
        <w:tblStyle w:val="Tabelraster"/>
        <w:tblW w:w="0" w:type="auto"/>
        <w:tblLook w:val="04A0" w:firstRow="1" w:lastRow="0" w:firstColumn="1" w:lastColumn="0" w:noHBand="0" w:noVBand="1"/>
      </w:tblPr>
      <w:tblGrid>
        <w:gridCol w:w="4316"/>
        <w:gridCol w:w="4314"/>
      </w:tblGrid>
      <w:tr w:rsidR="003569AE" w:rsidRPr="005B7828" w14:paraId="73F77B73" w14:textId="77777777" w:rsidTr="1ACDBB5D">
        <w:tc>
          <w:tcPr>
            <w:tcW w:w="8630" w:type="dxa"/>
            <w:gridSpan w:val="2"/>
          </w:tcPr>
          <w:p w14:paraId="4388D8F1" w14:textId="03974ADC" w:rsidR="003569AE" w:rsidRPr="00CE4349" w:rsidRDefault="003569AE" w:rsidP="00CE4349">
            <w:pPr>
              <w:spacing w:line="276" w:lineRule="auto"/>
              <w:rPr>
                <w:rFonts w:ascii="Source Sans Pro" w:hAnsi="Source Sans Pro"/>
                <w:b/>
                <w:bCs/>
                <w:sz w:val="19"/>
                <w:szCs w:val="19"/>
                <w:lang w:val="nl-NL"/>
              </w:rPr>
            </w:pPr>
            <w:r w:rsidRPr="00CE4349">
              <w:rPr>
                <w:rFonts w:ascii="Source Sans Pro" w:hAnsi="Source Sans Pro"/>
                <w:b/>
                <w:bCs/>
                <w:sz w:val="19"/>
                <w:szCs w:val="19"/>
                <w:lang w:val="nl-NL"/>
              </w:rPr>
              <w:t xml:space="preserve">C1. Aanvullende vragen </w:t>
            </w:r>
            <w:r w:rsidR="004E158D">
              <w:rPr>
                <w:rFonts w:ascii="Source Sans Pro" w:hAnsi="Source Sans Pro"/>
                <w:b/>
                <w:bCs/>
                <w:sz w:val="19"/>
                <w:szCs w:val="19"/>
                <w:lang w:val="nl-NL"/>
              </w:rPr>
              <w:t xml:space="preserve">aanvraag </w:t>
            </w:r>
            <w:r w:rsidRPr="00CE4349">
              <w:rPr>
                <w:rFonts w:ascii="Source Sans Pro" w:hAnsi="Source Sans Pro"/>
                <w:b/>
                <w:bCs/>
                <w:sz w:val="19"/>
                <w:szCs w:val="19"/>
                <w:lang w:val="nl-NL"/>
              </w:rPr>
              <w:t xml:space="preserve">begeleiding </w:t>
            </w:r>
          </w:p>
        </w:tc>
      </w:tr>
      <w:tr w:rsidR="00623698" w:rsidRPr="005B7828" w14:paraId="7DCCA3E9" w14:textId="77777777" w:rsidTr="1ACDBB5D">
        <w:tc>
          <w:tcPr>
            <w:tcW w:w="4316" w:type="dxa"/>
          </w:tcPr>
          <w:p w14:paraId="44426BBB" w14:textId="679BE107" w:rsidR="00623698" w:rsidRPr="00CE4349" w:rsidRDefault="11F3319D" w:rsidP="00CE4349">
            <w:pPr>
              <w:spacing w:line="276" w:lineRule="auto"/>
              <w:rPr>
                <w:rFonts w:ascii="Source Sans Pro" w:hAnsi="Source Sans Pro"/>
                <w:sz w:val="19"/>
                <w:szCs w:val="19"/>
                <w:lang w:val="nl-NL"/>
              </w:rPr>
            </w:pPr>
            <w:r w:rsidRPr="1ACDBB5D">
              <w:rPr>
                <w:rFonts w:ascii="Source Sans Pro" w:hAnsi="Source Sans Pro"/>
                <w:sz w:val="19"/>
                <w:szCs w:val="19"/>
                <w:lang w:val="nl-NL"/>
              </w:rPr>
              <w:t xml:space="preserve">Aan welk doel of doelen </w:t>
            </w:r>
            <w:r w:rsidR="5D8C58B6" w:rsidRPr="1ACDBB5D">
              <w:rPr>
                <w:rFonts w:ascii="Source Sans Pro" w:hAnsi="Source Sans Pro"/>
                <w:sz w:val="19"/>
                <w:szCs w:val="19"/>
                <w:lang w:val="nl-NL"/>
              </w:rPr>
              <w:t>wordt</w:t>
            </w:r>
            <w:r w:rsidR="000F5BC7" w:rsidRPr="1ACDBB5D">
              <w:rPr>
                <w:rFonts w:ascii="Source Sans Pro" w:hAnsi="Source Sans Pro"/>
                <w:sz w:val="19"/>
                <w:szCs w:val="19"/>
                <w:lang w:val="nl-NL"/>
              </w:rPr>
              <w:t xml:space="preserve"> er </w:t>
            </w:r>
            <w:r w:rsidR="163679B4" w:rsidRPr="1ACDBB5D">
              <w:rPr>
                <w:rFonts w:ascii="Source Sans Pro" w:hAnsi="Source Sans Pro"/>
                <w:sz w:val="19"/>
                <w:szCs w:val="19"/>
                <w:lang w:val="nl-NL"/>
              </w:rPr>
              <w:t>gewerkt</w:t>
            </w:r>
            <w:r w:rsidR="000F5BC7" w:rsidRPr="1ACDBB5D">
              <w:rPr>
                <w:rFonts w:ascii="Source Sans Pro" w:hAnsi="Source Sans Pro"/>
                <w:sz w:val="19"/>
                <w:szCs w:val="19"/>
                <w:lang w:val="nl-NL"/>
              </w:rPr>
              <w:t xml:space="preserve"> met begeleiding?</w:t>
            </w:r>
          </w:p>
        </w:tc>
        <w:sdt>
          <w:sdtPr>
            <w:rPr>
              <w:rFonts w:ascii="Source Sans Pro" w:hAnsi="Source Sans Pro"/>
              <w:sz w:val="19"/>
              <w:szCs w:val="19"/>
              <w:lang w:val="nl-NL"/>
            </w:rPr>
            <w:id w:val="-1535879717"/>
            <w:placeholder>
              <w:docPart w:val="A9FFF571AFA1444D896C7068D2D23480"/>
            </w:placeholder>
            <w:showingPlcHdr/>
          </w:sdtPr>
          <w:sdtEndPr/>
          <w:sdtContent>
            <w:tc>
              <w:tcPr>
                <w:tcW w:w="4314" w:type="dxa"/>
              </w:tcPr>
              <w:p w14:paraId="432BAE5B" w14:textId="03884A38" w:rsidR="00623698" w:rsidRPr="00CE4349" w:rsidRDefault="00532B7F"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623698" w:rsidRPr="005B7828" w14:paraId="727803D1" w14:textId="77777777" w:rsidTr="1ACDBB5D">
        <w:tc>
          <w:tcPr>
            <w:tcW w:w="4316" w:type="dxa"/>
          </w:tcPr>
          <w:p w14:paraId="36FE2E2B" w14:textId="61FA5544" w:rsidR="00623698" w:rsidRPr="00CE4349" w:rsidRDefault="7C2AE455" w:rsidP="00CE4349">
            <w:pPr>
              <w:spacing w:line="276" w:lineRule="auto"/>
              <w:rPr>
                <w:rFonts w:ascii="Source Sans Pro" w:hAnsi="Source Sans Pro"/>
                <w:sz w:val="19"/>
                <w:szCs w:val="19"/>
                <w:lang w:val="nl-NL"/>
              </w:rPr>
            </w:pPr>
            <w:r w:rsidRPr="1CA5C9F9">
              <w:rPr>
                <w:rFonts w:ascii="Source Sans Pro" w:hAnsi="Source Sans Pro"/>
                <w:sz w:val="19"/>
                <w:szCs w:val="19"/>
                <w:lang w:val="nl-NL"/>
              </w:rPr>
              <w:t>Waar</w:t>
            </w:r>
            <w:r w:rsidR="4D1AA4AA" w:rsidRPr="1CA5C9F9">
              <w:rPr>
                <w:rFonts w:ascii="Source Sans Pro" w:hAnsi="Source Sans Pro"/>
                <w:sz w:val="19"/>
                <w:szCs w:val="19"/>
                <w:lang w:val="nl-NL"/>
              </w:rPr>
              <w:t xml:space="preserve">om </w:t>
            </w:r>
            <w:r w:rsidR="3E08D1B9" w:rsidRPr="1CA5C9F9">
              <w:rPr>
                <w:rFonts w:ascii="Source Sans Pro" w:hAnsi="Source Sans Pro"/>
                <w:sz w:val="19"/>
                <w:szCs w:val="19"/>
                <w:lang w:val="nl-NL"/>
              </w:rPr>
              <w:t>kan</w:t>
            </w:r>
            <w:r w:rsidR="2987D631" w:rsidRPr="1CA5C9F9">
              <w:rPr>
                <w:rFonts w:ascii="Source Sans Pro" w:hAnsi="Source Sans Pro"/>
                <w:sz w:val="19"/>
                <w:szCs w:val="19"/>
                <w:lang w:val="nl-NL"/>
              </w:rPr>
              <w:t xml:space="preserve"> dit doel niet gerealiseerd</w:t>
            </w:r>
            <w:r w:rsidR="6C63A0D1" w:rsidRPr="1CA5C9F9">
              <w:rPr>
                <w:rFonts w:ascii="Source Sans Pro" w:hAnsi="Source Sans Pro"/>
                <w:sz w:val="19"/>
                <w:szCs w:val="19"/>
                <w:lang w:val="nl-NL"/>
              </w:rPr>
              <w:t xml:space="preserve"> worden</w:t>
            </w:r>
            <w:r w:rsidR="2987D631" w:rsidRPr="1CA5C9F9">
              <w:rPr>
                <w:rFonts w:ascii="Source Sans Pro" w:hAnsi="Source Sans Pro"/>
                <w:sz w:val="19"/>
                <w:szCs w:val="19"/>
                <w:lang w:val="nl-NL"/>
              </w:rPr>
              <w:t xml:space="preserve"> vanuit de basishulp van de Buurtteams?</w:t>
            </w:r>
            <w:r w:rsidR="40EBC7CE" w:rsidRPr="1CA5C9F9">
              <w:rPr>
                <w:rFonts w:ascii="Source Sans Pro" w:hAnsi="Source Sans Pro"/>
                <w:sz w:val="19"/>
                <w:szCs w:val="19"/>
                <w:lang w:val="nl-NL"/>
              </w:rPr>
              <w:t xml:space="preserve"> </w:t>
            </w:r>
            <w:r w:rsidR="2987D631" w:rsidRPr="1CA5C9F9">
              <w:rPr>
                <w:rFonts w:ascii="Source Sans Pro" w:hAnsi="Source Sans Pro"/>
                <w:sz w:val="19"/>
                <w:szCs w:val="19"/>
                <w:lang w:val="nl-NL"/>
              </w:rPr>
              <w:t xml:space="preserve"> </w:t>
            </w:r>
          </w:p>
        </w:tc>
        <w:sdt>
          <w:sdtPr>
            <w:rPr>
              <w:rFonts w:ascii="Source Sans Pro" w:hAnsi="Source Sans Pro"/>
              <w:sz w:val="19"/>
              <w:szCs w:val="19"/>
              <w:lang w:val="nl-NL"/>
            </w:rPr>
            <w:id w:val="1806497901"/>
            <w:placeholder>
              <w:docPart w:val="8FD99B13D1434C20BD07B7410168CE7C"/>
            </w:placeholder>
            <w:showingPlcHdr/>
          </w:sdtPr>
          <w:sdtEndPr/>
          <w:sdtContent>
            <w:tc>
              <w:tcPr>
                <w:tcW w:w="4314" w:type="dxa"/>
              </w:tcPr>
              <w:p w14:paraId="503DEB48" w14:textId="70B31696" w:rsidR="0015305E" w:rsidRPr="00CE4349" w:rsidRDefault="00532B7F"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BA3C91" w:rsidRPr="005B7828" w14:paraId="4361233E" w14:textId="77777777" w:rsidTr="1ACDBB5D">
        <w:tc>
          <w:tcPr>
            <w:tcW w:w="4316" w:type="dxa"/>
          </w:tcPr>
          <w:p w14:paraId="1DAB00C4" w14:textId="12D13345" w:rsidR="006A74A1" w:rsidRPr="00CE4349" w:rsidRDefault="00AE5F3D"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Welke andere gecontracteerde zorgaanbieders zijn overwogen? Waarom zijn deze niet passend?</w:t>
            </w:r>
          </w:p>
        </w:tc>
        <w:sdt>
          <w:sdtPr>
            <w:rPr>
              <w:rFonts w:ascii="Source Sans Pro" w:hAnsi="Source Sans Pro"/>
              <w:sz w:val="19"/>
              <w:szCs w:val="19"/>
              <w:lang w:val="nl-NL"/>
            </w:rPr>
            <w:id w:val="2011941962"/>
            <w:placeholder>
              <w:docPart w:val="E788DD1EE36440CEBB140481CCC7A4B5"/>
            </w:placeholder>
            <w:showingPlcHdr/>
          </w:sdtPr>
          <w:sdtEndPr/>
          <w:sdtContent>
            <w:tc>
              <w:tcPr>
                <w:tcW w:w="4314" w:type="dxa"/>
              </w:tcPr>
              <w:p w14:paraId="4449196C" w14:textId="52E44B70" w:rsidR="00BA3C91" w:rsidRPr="00CE4349" w:rsidRDefault="00532B7F"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7071B7" w:rsidRPr="005B7828" w14:paraId="317E7B75" w14:textId="77777777" w:rsidTr="1ACDBB5D">
        <w:tc>
          <w:tcPr>
            <w:tcW w:w="4316" w:type="dxa"/>
          </w:tcPr>
          <w:p w14:paraId="0EC8F253" w14:textId="249DE5A0" w:rsidR="0054602F" w:rsidRPr="00CE4349" w:rsidRDefault="0054602F" w:rsidP="00CE4349">
            <w:pPr>
              <w:rPr>
                <w:rFonts w:ascii="Source Sans Pro" w:hAnsi="Source Sans Pro"/>
                <w:sz w:val="19"/>
                <w:szCs w:val="19"/>
                <w:lang w:val="nl-NL"/>
              </w:rPr>
            </w:pPr>
            <w:r w:rsidRPr="1CA5C9F9">
              <w:rPr>
                <w:rFonts w:ascii="Source Sans Pro" w:hAnsi="Source Sans Pro"/>
                <w:sz w:val="19"/>
                <w:szCs w:val="19"/>
                <w:lang w:val="nl-NL"/>
              </w:rPr>
              <w:t>Wat is het perspectief voor dit kind? Hoe ga je dit perspectief bewaken vanuit je regierol als verwijzer?</w:t>
            </w:r>
          </w:p>
        </w:tc>
        <w:sdt>
          <w:sdtPr>
            <w:rPr>
              <w:rFonts w:ascii="Source Sans Pro" w:hAnsi="Source Sans Pro"/>
              <w:sz w:val="19"/>
              <w:szCs w:val="19"/>
              <w:lang w:val="nl-NL"/>
            </w:rPr>
            <w:id w:val="-1160389900"/>
            <w:placeholder>
              <w:docPart w:val="A525E03E236942EABB916FAD51A1FB44"/>
            </w:placeholder>
            <w:showingPlcHdr/>
          </w:sdtPr>
          <w:sdtEndPr/>
          <w:sdtContent>
            <w:tc>
              <w:tcPr>
                <w:tcW w:w="4314" w:type="dxa"/>
              </w:tcPr>
              <w:p w14:paraId="4E050430" w14:textId="1F76F155" w:rsidR="007071B7" w:rsidRPr="00CE4349" w:rsidRDefault="00532B7F" w:rsidP="00CE4349">
                <w:pPr>
                  <w:rPr>
                    <w:rFonts w:ascii="Source Sans Pro" w:hAnsi="Source Sans Pro"/>
                    <w:sz w:val="19"/>
                    <w:szCs w:val="19"/>
                    <w:lang w:val="nl-NL"/>
                  </w:rPr>
                </w:pPr>
                <w:r w:rsidRPr="00987C2B">
                  <w:rPr>
                    <w:rStyle w:val="Tekstvantijdelijkeaanduiding"/>
                    <w:lang w:val="nl-NL"/>
                  </w:rPr>
                  <w:t>Klik of tik om tekst in te voeren.</w:t>
                </w:r>
              </w:p>
            </w:tc>
          </w:sdtContent>
        </w:sdt>
      </w:tr>
    </w:tbl>
    <w:p w14:paraId="6C8D10BF" w14:textId="2E105CE2" w:rsidR="001638F4" w:rsidRPr="00CE4349" w:rsidRDefault="001638F4" w:rsidP="00CE4349">
      <w:pPr>
        <w:rPr>
          <w:rFonts w:ascii="Source Sans Pro" w:hAnsi="Source Sans Pro"/>
          <w:sz w:val="19"/>
          <w:szCs w:val="19"/>
          <w:lang w:val="nl-NL"/>
        </w:rPr>
      </w:pPr>
    </w:p>
    <w:tbl>
      <w:tblPr>
        <w:tblStyle w:val="Tabelraster"/>
        <w:tblW w:w="0" w:type="auto"/>
        <w:tblLook w:val="04A0" w:firstRow="1" w:lastRow="0" w:firstColumn="1" w:lastColumn="0" w:noHBand="0" w:noVBand="1"/>
      </w:tblPr>
      <w:tblGrid>
        <w:gridCol w:w="4315"/>
        <w:gridCol w:w="4315"/>
      </w:tblGrid>
      <w:tr w:rsidR="00C06D0E" w:rsidRPr="005B7828" w14:paraId="5999A0D4" w14:textId="77777777" w:rsidTr="054FBD4E">
        <w:tc>
          <w:tcPr>
            <w:tcW w:w="8630" w:type="dxa"/>
            <w:gridSpan w:val="2"/>
          </w:tcPr>
          <w:p w14:paraId="0C41F67C" w14:textId="45ED3B6D" w:rsidR="00C06D0E" w:rsidRPr="00CE4349" w:rsidRDefault="00C06D0E" w:rsidP="00CE4349">
            <w:pPr>
              <w:spacing w:line="276" w:lineRule="auto"/>
              <w:rPr>
                <w:rFonts w:ascii="Source Sans Pro" w:hAnsi="Source Sans Pro"/>
                <w:b/>
                <w:bCs/>
                <w:sz w:val="19"/>
                <w:szCs w:val="19"/>
                <w:lang w:val="nl-NL"/>
              </w:rPr>
            </w:pPr>
            <w:r w:rsidRPr="00CE4349">
              <w:rPr>
                <w:rFonts w:ascii="Source Sans Pro" w:hAnsi="Source Sans Pro"/>
                <w:b/>
                <w:bCs/>
                <w:sz w:val="19"/>
                <w:szCs w:val="19"/>
                <w:lang w:val="nl-NL"/>
              </w:rPr>
              <w:t xml:space="preserve">C2 – Aanvullende vragen </w:t>
            </w:r>
            <w:r w:rsidR="004E158D">
              <w:rPr>
                <w:rFonts w:ascii="Source Sans Pro" w:hAnsi="Source Sans Pro"/>
                <w:b/>
                <w:bCs/>
                <w:sz w:val="19"/>
                <w:szCs w:val="19"/>
                <w:lang w:val="nl-NL"/>
              </w:rPr>
              <w:t xml:space="preserve">aanvraag </w:t>
            </w:r>
            <w:r w:rsidRPr="00CE4349">
              <w:rPr>
                <w:rFonts w:ascii="Source Sans Pro" w:hAnsi="Source Sans Pro"/>
                <w:b/>
                <w:bCs/>
                <w:sz w:val="19"/>
                <w:szCs w:val="19"/>
                <w:lang w:val="nl-NL"/>
              </w:rPr>
              <w:t>Zorg Binnen Onderwijs (ZBO)</w:t>
            </w:r>
          </w:p>
        </w:tc>
      </w:tr>
      <w:tr w:rsidR="002E2008" w:rsidRPr="005B7828" w14:paraId="65FBFF61" w14:textId="77777777" w:rsidTr="054FBD4E">
        <w:tc>
          <w:tcPr>
            <w:tcW w:w="8630" w:type="dxa"/>
            <w:gridSpan w:val="2"/>
          </w:tcPr>
          <w:p w14:paraId="6E6BE2C8" w14:textId="2D6C183B" w:rsidR="004937F2" w:rsidRPr="00BE73A8" w:rsidRDefault="00B57CEF" w:rsidP="00CE4349">
            <w:pPr>
              <w:spacing w:line="276" w:lineRule="auto"/>
              <w:rPr>
                <w:rFonts w:ascii="Source Sans Pro" w:hAnsi="Source Sans Pro"/>
                <w:sz w:val="19"/>
                <w:szCs w:val="19"/>
                <w:lang w:val="nl-NL"/>
              </w:rPr>
            </w:pPr>
            <w:r w:rsidRPr="00CE4349">
              <w:rPr>
                <w:rFonts w:ascii="Source Sans Pro" w:hAnsi="Source Sans Pro"/>
                <w:sz w:val="19"/>
                <w:szCs w:val="19"/>
                <w:u w:val="single"/>
                <w:lang w:val="nl-NL"/>
              </w:rPr>
              <w:br/>
            </w:r>
            <w:r w:rsidR="004D7C1B" w:rsidRPr="00BE73A8">
              <w:rPr>
                <w:rFonts w:ascii="Source Sans Pro" w:hAnsi="Source Sans Pro"/>
                <w:sz w:val="19"/>
                <w:szCs w:val="19"/>
                <w:u w:val="single"/>
                <w:lang w:val="nl-NL"/>
              </w:rPr>
              <w:t xml:space="preserve">Toelichting </w:t>
            </w:r>
            <w:r w:rsidR="00282FA7" w:rsidRPr="00BE73A8">
              <w:rPr>
                <w:rFonts w:ascii="Source Sans Pro" w:hAnsi="Source Sans Pro"/>
                <w:sz w:val="19"/>
                <w:szCs w:val="19"/>
                <w:u w:val="single"/>
                <w:lang w:val="nl-NL"/>
              </w:rPr>
              <w:t xml:space="preserve">op aanvullende vragen </w:t>
            </w:r>
            <w:r w:rsidR="004D7C1B" w:rsidRPr="00BE73A8">
              <w:rPr>
                <w:rFonts w:ascii="Source Sans Pro" w:hAnsi="Source Sans Pro"/>
                <w:sz w:val="19"/>
                <w:szCs w:val="19"/>
                <w:u w:val="single"/>
                <w:lang w:val="nl-NL"/>
              </w:rPr>
              <w:t>voor verwijzer</w:t>
            </w:r>
            <w:r w:rsidR="00BC6383" w:rsidRPr="00BE73A8">
              <w:rPr>
                <w:rFonts w:ascii="Source Sans Pro" w:hAnsi="Source Sans Pro"/>
                <w:sz w:val="19"/>
                <w:szCs w:val="19"/>
                <w:u w:val="single"/>
                <w:lang w:val="nl-NL"/>
              </w:rPr>
              <w:br/>
            </w:r>
            <w:r w:rsidR="006B00FA" w:rsidRPr="00BE73A8">
              <w:rPr>
                <w:rFonts w:ascii="Source Sans Pro" w:hAnsi="Source Sans Pro"/>
                <w:sz w:val="19"/>
                <w:szCs w:val="19"/>
                <w:lang w:val="nl-NL"/>
              </w:rPr>
              <w:t xml:space="preserve">Zorg Binnen Onderwijs is een vorm van 1 op 1 begeleiding, waarbij begeleiding extra wordt ingezet in de klas naast de reguliere </w:t>
            </w:r>
            <w:r w:rsidR="00263A31" w:rsidRPr="00BE73A8">
              <w:rPr>
                <w:rFonts w:ascii="Source Sans Pro" w:hAnsi="Source Sans Pro"/>
                <w:sz w:val="19"/>
                <w:szCs w:val="19"/>
                <w:lang w:val="nl-NL"/>
              </w:rPr>
              <w:t xml:space="preserve">begeleiding van de leerkracht. </w:t>
            </w:r>
            <w:r w:rsidR="00DB495A" w:rsidRPr="00BE73A8">
              <w:rPr>
                <w:rFonts w:ascii="Source Sans Pro" w:hAnsi="Source Sans Pro"/>
                <w:sz w:val="19"/>
                <w:szCs w:val="19"/>
                <w:lang w:val="nl-NL"/>
              </w:rPr>
              <w:t xml:space="preserve">Deze </w:t>
            </w:r>
            <w:r w:rsidR="001A332C" w:rsidRPr="00BE73A8">
              <w:rPr>
                <w:rFonts w:ascii="Source Sans Pro" w:hAnsi="Source Sans Pro"/>
                <w:sz w:val="19"/>
                <w:szCs w:val="19"/>
                <w:lang w:val="nl-NL"/>
              </w:rPr>
              <w:t xml:space="preserve">vorm van </w:t>
            </w:r>
            <w:r w:rsidR="00DB495A" w:rsidRPr="00BE73A8">
              <w:rPr>
                <w:rFonts w:ascii="Source Sans Pro" w:hAnsi="Source Sans Pro"/>
                <w:sz w:val="19"/>
                <w:szCs w:val="19"/>
                <w:lang w:val="nl-NL"/>
              </w:rPr>
              <w:t xml:space="preserve">begeleiding </w:t>
            </w:r>
            <w:r w:rsidR="00FF322D" w:rsidRPr="00BE73A8">
              <w:rPr>
                <w:rFonts w:ascii="Source Sans Pro" w:hAnsi="Source Sans Pro"/>
                <w:sz w:val="19"/>
                <w:szCs w:val="19"/>
                <w:lang w:val="nl-NL"/>
              </w:rPr>
              <w:t>beperkt</w:t>
            </w:r>
            <w:r w:rsidR="00DB495A" w:rsidRPr="00BE73A8">
              <w:rPr>
                <w:rFonts w:ascii="Source Sans Pro" w:hAnsi="Source Sans Pro"/>
                <w:sz w:val="19"/>
                <w:szCs w:val="19"/>
                <w:lang w:val="nl-NL"/>
              </w:rPr>
              <w:t xml:space="preserve"> de bewegingsruimte van een kind en</w:t>
            </w:r>
            <w:r w:rsidR="00FF322D" w:rsidRPr="00BE73A8">
              <w:rPr>
                <w:rFonts w:ascii="Source Sans Pro" w:hAnsi="Source Sans Pro"/>
                <w:sz w:val="19"/>
                <w:szCs w:val="19"/>
                <w:lang w:val="nl-NL"/>
              </w:rPr>
              <w:t xml:space="preserve"> heeft effect op </w:t>
            </w:r>
            <w:r w:rsidR="00DB495A" w:rsidRPr="00BE73A8">
              <w:rPr>
                <w:rFonts w:ascii="Source Sans Pro" w:hAnsi="Source Sans Pro"/>
                <w:sz w:val="19"/>
                <w:szCs w:val="19"/>
                <w:lang w:val="nl-NL"/>
              </w:rPr>
              <w:t>het klimaat in de kla</w:t>
            </w:r>
            <w:r w:rsidR="00DD3884" w:rsidRPr="00BE73A8">
              <w:rPr>
                <w:rFonts w:ascii="Source Sans Pro" w:hAnsi="Source Sans Pro"/>
                <w:sz w:val="19"/>
                <w:szCs w:val="19"/>
                <w:lang w:val="nl-NL"/>
              </w:rPr>
              <w:t>s</w:t>
            </w:r>
            <w:r w:rsidR="00DB495A" w:rsidRPr="00BE73A8">
              <w:rPr>
                <w:rFonts w:ascii="Source Sans Pro" w:hAnsi="Source Sans Pro"/>
                <w:sz w:val="19"/>
                <w:szCs w:val="19"/>
                <w:lang w:val="nl-NL"/>
              </w:rPr>
              <w:t xml:space="preserve">. </w:t>
            </w:r>
            <w:r w:rsidR="007D2466" w:rsidRPr="00BE73A8">
              <w:rPr>
                <w:rFonts w:ascii="Source Sans Pro" w:hAnsi="Source Sans Pro"/>
                <w:sz w:val="19"/>
                <w:szCs w:val="19"/>
                <w:lang w:val="nl-NL"/>
              </w:rPr>
              <w:t xml:space="preserve">Ook </w:t>
            </w:r>
            <w:r w:rsidR="004A2F14" w:rsidRPr="00BE73A8">
              <w:rPr>
                <w:rFonts w:ascii="Source Sans Pro" w:hAnsi="Source Sans Pro"/>
                <w:sz w:val="19"/>
                <w:szCs w:val="19"/>
                <w:lang w:val="nl-NL"/>
              </w:rPr>
              <w:t xml:space="preserve">is </w:t>
            </w:r>
            <w:r w:rsidR="00FF322D" w:rsidRPr="00BE73A8">
              <w:rPr>
                <w:rFonts w:ascii="Source Sans Pro" w:hAnsi="Source Sans Pro"/>
                <w:sz w:val="19"/>
                <w:szCs w:val="19"/>
                <w:lang w:val="nl-NL"/>
              </w:rPr>
              <w:t xml:space="preserve">deze begeleiding </w:t>
            </w:r>
            <w:r w:rsidR="00B93A74" w:rsidRPr="00BE73A8">
              <w:rPr>
                <w:rFonts w:ascii="Source Sans Pro" w:hAnsi="Source Sans Pro"/>
                <w:sz w:val="19"/>
                <w:szCs w:val="19"/>
                <w:lang w:val="nl-NL"/>
              </w:rPr>
              <w:t>op</w:t>
            </w:r>
            <w:r w:rsidR="0044207E" w:rsidRPr="00BE73A8">
              <w:rPr>
                <w:rFonts w:ascii="Source Sans Pro" w:hAnsi="Source Sans Pro"/>
                <w:sz w:val="19"/>
                <w:szCs w:val="19"/>
                <w:lang w:val="nl-NL"/>
              </w:rPr>
              <w:t xml:space="preserve"> zichzelf geen duurzame oplossing</w:t>
            </w:r>
            <w:r w:rsidR="00FF322D" w:rsidRPr="00BE73A8">
              <w:rPr>
                <w:rFonts w:ascii="Source Sans Pro" w:hAnsi="Source Sans Pro"/>
                <w:sz w:val="19"/>
                <w:szCs w:val="19"/>
                <w:lang w:val="nl-NL"/>
              </w:rPr>
              <w:t>:</w:t>
            </w:r>
            <w:r w:rsidR="0044207E" w:rsidRPr="00BE73A8">
              <w:rPr>
                <w:rFonts w:ascii="Source Sans Pro" w:hAnsi="Source Sans Pro"/>
                <w:sz w:val="19"/>
                <w:szCs w:val="19"/>
                <w:lang w:val="nl-NL"/>
              </w:rPr>
              <w:t xml:space="preserve"> </w:t>
            </w:r>
            <w:r w:rsidR="003E1A04" w:rsidRPr="00BE73A8">
              <w:rPr>
                <w:rFonts w:ascii="Source Sans Pro" w:hAnsi="Source Sans Pro"/>
                <w:sz w:val="19"/>
                <w:szCs w:val="19"/>
                <w:lang w:val="nl-NL"/>
              </w:rPr>
              <w:t>d</w:t>
            </w:r>
            <w:r w:rsidR="00E1179A" w:rsidRPr="00BE73A8">
              <w:rPr>
                <w:rFonts w:ascii="Source Sans Pro" w:hAnsi="Source Sans Pro"/>
                <w:sz w:val="19"/>
                <w:szCs w:val="19"/>
                <w:lang w:val="nl-NL"/>
              </w:rPr>
              <w:t>ie liggen in de context</w:t>
            </w:r>
            <w:r w:rsidR="00B93A74" w:rsidRPr="00BE73A8">
              <w:rPr>
                <w:rFonts w:ascii="Source Sans Pro" w:hAnsi="Source Sans Pro"/>
                <w:sz w:val="19"/>
                <w:szCs w:val="19"/>
                <w:lang w:val="nl-NL"/>
              </w:rPr>
              <w:t xml:space="preserve"> van het kind</w:t>
            </w:r>
            <w:r w:rsidR="00E1179A" w:rsidRPr="00BE73A8">
              <w:rPr>
                <w:rFonts w:ascii="Source Sans Pro" w:hAnsi="Source Sans Pro"/>
                <w:sz w:val="19"/>
                <w:szCs w:val="19"/>
                <w:lang w:val="nl-NL"/>
              </w:rPr>
              <w:t xml:space="preserve"> </w:t>
            </w:r>
            <w:r w:rsidR="0036295B" w:rsidRPr="00BE73A8">
              <w:rPr>
                <w:rFonts w:ascii="Source Sans Pro" w:hAnsi="Source Sans Pro"/>
                <w:sz w:val="19"/>
                <w:szCs w:val="19"/>
                <w:lang w:val="nl-NL"/>
              </w:rPr>
              <w:t xml:space="preserve">en kunnen alleen worden </w:t>
            </w:r>
            <w:r w:rsidR="00E365E9" w:rsidRPr="00BE73A8">
              <w:rPr>
                <w:rFonts w:ascii="Source Sans Pro" w:hAnsi="Source Sans Pro"/>
                <w:sz w:val="19"/>
                <w:szCs w:val="19"/>
                <w:lang w:val="nl-NL"/>
              </w:rPr>
              <w:t>gerealiseerd</w:t>
            </w:r>
            <w:r w:rsidR="0036295B" w:rsidRPr="00BE73A8">
              <w:rPr>
                <w:rFonts w:ascii="Source Sans Pro" w:hAnsi="Source Sans Pro"/>
                <w:sz w:val="19"/>
                <w:szCs w:val="19"/>
                <w:lang w:val="nl-NL"/>
              </w:rPr>
              <w:t xml:space="preserve"> </w:t>
            </w:r>
            <w:r w:rsidR="00DD3884" w:rsidRPr="00BE73A8">
              <w:rPr>
                <w:rFonts w:ascii="Source Sans Pro" w:hAnsi="Source Sans Pro"/>
                <w:sz w:val="19"/>
                <w:szCs w:val="19"/>
                <w:lang w:val="nl-NL"/>
              </w:rPr>
              <w:t xml:space="preserve">door </w:t>
            </w:r>
            <w:r w:rsidR="0036295B" w:rsidRPr="00BE73A8">
              <w:rPr>
                <w:rFonts w:ascii="Source Sans Pro" w:hAnsi="Source Sans Pro"/>
                <w:sz w:val="19"/>
                <w:szCs w:val="19"/>
                <w:lang w:val="nl-NL"/>
              </w:rPr>
              <w:t xml:space="preserve">de </w:t>
            </w:r>
            <w:r w:rsidR="00DD3884" w:rsidRPr="00BE73A8">
              <w:rPr>
                <w:rFonts w:ascii="Source Sans Pro" w:hAnsi="Source Sans Pro"/>
                <w:sz w:val="19"/>
                <w:szCs w:val="19"/>
                <w:lang w:val="nl-NL"/>
              </w:rPr>
              <w:t>volwassenen</w:t>
            </w:r>
            <w:r w:rsidR="0044207E" w:rsidRPr="00BE73A8">
              <w:rPr>
                <w:rFonts w:ascii="Source Sans Pro" w:hAnsi="Source Sans Pro"/>
                <w:sz w:val="19"/>
                <w:szCs w:val="19"/>
                <w:lang w:val="nl-NL"/>
              </w:rPr>
              <w:t xml:space="preserve"> </w:t>
            </w:r>
            <w:r w:rsidR="00D905E8" w:rsidRPr="00BE73A8">
              <w:rPr>
                <w:rFonts w:ascii="Source Sans Pro" w:hAnsi="Source Sans Pro"/>
                <w:sz w:val="19"/>
                <w:szCs w:val="19"/>
                <w:lang w:val="nl-NL"/>
              </w:rPr>
              <w:t xml:space="preserve">verantwoordelijk voor deze context, zoals </w:t>
            </w:r>
            <w:r w:rsidR="00E365E9" w:rsidRPr="00BE73A8">
              <w:rPr>
                <w:rFonts w:ascii="Source Sans Pro" w:hAnsi="Source Sans Pro"/>
                <w:sz w:val="19"/>
                <w:szCs w:val="19"/>
                <w:lang w:val="nl-NL"/>
              </w:rPr>
              <w:t>onderwijsprofessionals en</w:t>
            </w:r>
            <w:r w:rsidR="00DD3884" w:rsidRPr="00BE73A8">
              <w:rPr>
                <w:rFonts w:ascii="Source Sans Pro" w:hAnsi="Source Sans Pro"/>
                <w:sz w:val="19"/>
                <w:szCs w:val="19"/>
                <w:lang w:val="nl-NL"/>
              </w:rPr>
              <w:t xml:space="preserve"> ouders.</w:t>
            </w:r>
            <w:r w:rsidR="00530D9D" w:rsidRPr="00BE73A8">
              <w:rPr>
                <w:rFonts w:ascii="Source Sans Pro" w:hAnsi="Source Sans Pro"/>
                <w:sz w:val="19"/>
                <w:szCs w:val="19"/>
                <w:lang w:val="nl-NL"/>
              </w:rPr>
              <w:t xml:space="preserve"> </w:t>
            </w:r>
            <w:r w:rsidR="00F2294F" w:rsidRPr="00BE73A8">
              <w:rPr>
                <w:rFonts w:ascii="Source Sans Pro" w:hAnsi="Source Sans Pro"/>
                <w:sz w:val="19"/>
                <w:szCs w:val="19"/>
                <w:lang w:val="nl-NL"/>
              </w:rPr>
              <w:t>Bij een vraag om ZBO is het daarom van belang</w:t>
            </w:r>
            <w:r w:rsidR="008B608E" w:rsidRPr="00BE73A8">
              <w:rPr>
                <w:rFonts w:ascii="Source Sans Pro" w:hAnsi="Source Sans Pro"/>
                <w:sz w:val="19"/>
                <w:szCs w:val="19"/>
                <w:lang w:val="nl-NL"/>
              </w:rPr>
              <w:t xml:space="preserve"> </w:t>
            </w:r>
            <w:r w:rsidR="00D73894" w:rsidRPr="00BE73A8">
              <w:rPr>
                <w:rFonts w:ascii="Source Sans Pro" w:hAnsi="Source Sans Pro"/>
                <w:sz w:val="19"/>
                <w:szCs w:val="19"/>
                <w:lang w:val="nl-NL"/>
              </w:rPr>
              <w:t xml:space="preserve">dat </w:t>
            </w:r>
            <w:r w:rsidR="0025650C" w:rsidRPr="00BE73A8">
              <w:rPr>
                <w:rFonts w:ascii="Source Sans Pro" w:hAnsi="Source Sans Pro"/>
                <w:sz w:val="19"/>
                <w:szCs w:val="19"/>
                <w:lang w:val="nl-NL"/>
              </w:rPr>
              <w:t>deze</w:t>
            </w:r>
            <w:r w:rsidR="0037631B" w:rsidRPr="00BE73A8">
              <w:rPr>
                <w:rFonts w:ascii="Source Sans Pro" w:hAnsi="Source Sans Pro"/>
                <w:sz w:val="19"/>
                <w:szCs w:val="19"/>
                <w:lang w:val="nl-NL"/>
              </w:rPr>
              <w:t xml:space="preserve"> context</w:t>
            </w:r>
            <w:r w:rsidR="002A415F" w:rsidRPr="00BE73A8">
              <w:rPr>
                <w:rFonts w:ascii="Source Sans Pro" w:hAnsi="Source Sans Pro"/>
                <w:sz w:val="19"/>
                <w:szCs w:val="19"/>
                <w:lang w:val="nl-NL"/>
              </w:rPr>
              <w:t xml:space="preserve"> </w:t>
            </w:r>
            <w:r w:rsidR="009814C0" w:rsidRPr="00BE73A8">
              <w:rPr>
                <w:rFonts w:ascii="Source Sans Pro" w:hAnsi="Source Sans Pro"/>
                <w:sz w:val="19"/>
                <w:szCs w:val="19"/>
                <w:lang w:val="nl-NL"/>
              </w:rPr>
              <w:t xml:space="preserve">wordt </w:t>
            </w:r>
            <w:r w:rsidR="002A415F" w:rsidRPr="00BE73A8">
              <w:rPr>
                <w:rFonts w:ascii="Source Sans Pro" w:hAnsi="Source Sans Pro"/>
                <w:sz w:val="19"/>
                <w:szCs w:val="19"/>
                <w:lang w:val="nl-NL"/>
              </w:rPr>
              <w:t>versterk</w:t>
            </w:r>
            <w:r w:rsidR="009814C0" w:rsidRPr="00BE73A8">
              <w:rPr>
                <w:rFonts w:ascii="Source Sans Pro" w:hAnsi="Source Sans Pro"/>
                <w:sz w:val="19"/>
                <w:szCs w:val="19"/>
                <w:lang w:val="nl-NL"/>
              </w:rPr>
              <w:t>t</w:t>
            </w:r>
            <w:r w:rsidR="002A415F" w:rsidRPr="00BE73A8">
              <w:rPr>
                <w:rFonts w:ascii="Source Sans Pro" w:hAnsi="Source Sans Pro"/>
                <w:sz w:val="19"/>
                <w:szCs w:val="19"/>
                <w:lang w:val="nl-NL"/>
              </w:rPr>
              <w:t xml:space="preserve">. </w:t>
            </w:r>
            <w:r w:rsidR="0025650C" w:rsidRPr="00BE73A8">
              <w:rPr>
                <w:rFonts w:ascii="Source Sans Pro" w:hAnsi="Source Sans Pro"/>
                <w:sz w:val="19"/>
                <w:szCs w:val="19"/>
                <w:lang w:val="nl-NL"/>
              </w:rPr>
              <w:br/>
            </w:r>
          </w:p>
          <w:p w14:paraId="3AD0593B" w14:textId="36D5A55B" w:rsidR="002E2008" w:rsidRPr="00CE4349" w:rsidRDefault="0AC74FDC" w:rsidP="00FC2486">
            <w:pPr>
              <w:spacing w:line="276" w:lineRule="auto"/>
              <w:rPr>
                <w:rFonts w:ascii="Source Sans Pro" w:hAnsi="Source Sans Pro"/>
                <w:sz w:val="19"/>
                <w:szCs w:val="19"/>
                <w:lang w:val="nl-NL"/>
              </w:rPr>
            </w:pPr>
            <w:r w:rsidRPr="7FE9CBF6">
              <w:rPr>
                <w:rFonts w:ascii="Source Sans Pro" w:hAnsi="Source Sans Pro"/>
                <w:sz w:val="19"/>
                <w:szCs w:val="19"/>
                <w:lang w:val="nl-NL"/>
              </w:rPr>
              <w:t xml:space="preserve">De gemeente, Buurtteams en schoolbesturen hebben afgesproken dat er rondom Zorg Binnen Onderwijs (ZBO) altijd een gezamenlijke analyse plaatsvindt van de hulpvraag en mogelijke oplossingen, en dat er de inhoudelijke afweging, met respect voor wettelijke verantwoordelijkheden, centraal staat. </w:t>
            </w:r>
          </w:p>
        </w:tc>
      </w:tr>
      <w:tr w:rsidR="008C23EE" w:rsidRPr="005B7828" w14:paraId="52FF0C88" w14:textId="77777777" w:rsidTr="054FBD4E">
        <w:tc>
          <w:tcPr>
            <w:tcW w:w="4315" w:type="dxa"/>
          </w:tcPr>
          <w:p w14:paraId="24E2A5CD" w14:textId="32909499" w:rsidR="008C23EE" w:rsidRPr="1CA5C9F9" w:rsidRDefault="008C23EE" w:rsidP="008C23EE">
            <w:pPr>
              <w:rPr>
                <w:rFonts w:ascii="Source Sans Pro" w:hAnsi="Source Sans Pro"/>
                <w:sz w:val="19"/>
                <w:szCs w:val="19"/>
                <w:lang w:val="nl-NL"/>
              </w:rPr>
            </w:pPr>
            <w:r w:rsidRPr="00CE4349">
              <w:rPr>
                <w:rFonts w:ascii="Source Sans Pro" w:hAnsi="Source Sans Pro"/>
                <w:sz w:val="19"/>
                <w:szCs w:val="19"/>
                <w:lang w:val="nl-NL"/>
              </w:rPr>
              <w:t>Is er een sociaal-emotionele, cognitieve of communicatieve ontwikkelingsvertraging of een (psychische of verstandelijke) beperking vastgesteld door een bevoegd professional zoals een jeugdarts, orthopedagoog of GZ-psycholoog?</w:t>
            </w:r>
          </w:p>
        </w:tc>
        <w:tc>
          <w:tcPr>
            <w:tcW w:w="4315" w:type="dxa"/>
          </w:tcPr>
          <w:p w14:paraId="31F3E4D3" w14:textId="77777777" w:rsidR="008C23EE" w:rsidRDefault="00BB2658" w:rsidP="008C23EE">
            <w:pPr>
              <w:rPr>
                <w:rFonts w:ascii="Source Sans Pro" w:hAnsi="Source Sans Pro"/>
                <w:sz w:val="19"/>
                <w:szCs w:val="19"/>
                <w:lang w:val="nl-NL"/>
              </w:rPr>
            </w:pPr>
            <w:sdt>
              <w:sdtPr>
                <w:rPr>
                  <w:rFonts w:ascii="Source Sans Pro" w:hAnsi="Source Sans Pro"/>
                  <w:sz w:val="19"/>
                  <w:szCs w:val="19"/>
                  <w:lang w:val="nl-NL"/>
                </w:rPr>
                <w:id w:val="273989769"/>
                <w14:checkbox>
                  <w14:checked w14:val="0"/>
                  <w14:checkedState w14:val="2612" w14:font="MS Gothic"/>
                  <w14:uncheckedState w14:val="2610" w14:font="MS Gothic"/>
                </w14:checkbox>
              </w:sdtPr>
              <w:sdtEndPr/>
              <w:sdtContent>
                <w:r w:rsidR="008C23EE">
                  <w:rPr>
                    <w:rFonts w:ascii="MS Gothic" w:eastAsia="MS Gothic" w:hAnsi="MS Gothic" w:hint="eastAsia"/>
                    <w:sz w:val="19"/>
                    <w:szCs w:val="19"/>
                    <w:lang w:val="nl-NL"/>
                  </w:rPr>
                  <w:t>☐</w:t>
                </w:r>
              </w:sdtContent>
            </w:sdt>
            <w:r w:rsidR="008C23EE">
              <w:rPr>
                <w:rFonts w:ascii="Source Sans Pro" w:hAnsi="Source Sans Pro"/>
                <w:sz w:val="19"/>
                <w:szCs w:val="19"/>
                <w:lang w:val="nl-NL"/>
              </w:rPr>
              <w:t>Nee</w:t>
            </w:r>
          </w:p>
          <w:p w14:paraId="25FF6CD6" w14:textId="749E40BA" w:rsidR="008C23EE" w:rsidRPr="00CE4349" w:rsidRDefault="00BB2658" w:rsidP="008C23EE">
            <w:pPr>
              <w:rPr>
                <w:rFonts w:ascii="Source Sans Pro" w:hAnsi="Source Sans Pro"/>
                <w:sz w:val="19"/>
                <w:szCs w:val="19"/>
                <w:lang w:val="nl-NL"/>
              </w:rPr>
            </w:pPr>
            <w:sdt>
              <w:sdtPr>
                <w:rPr>
                  <w:rFonts w:ascii="Source Sans Pro" w:hAnsi="Source Sans Pro"/>
                  <w:sz w:val="19"/>
                  <w:szCs w:val="19"/>
                  <w:lang w:val="nl-NL"/>
                </w:rPr>
                <w:id w:val="-1177040489"/>
                <w14:checkbox>
                  <w14:checked w14:val="0"/>
                  <w14:checkedState w14:val="2612" w14:font="MS Gothic"/>
                  <w14:uncheckedState w14:val="2610" w14:font="MS Gothic"/>
                </w14:checkbox>
              </w:sdtPr>
              <w:sdtEndPr/>
              <w:sdtContent>
                <w:r w:rsidR="008C23EE">
                  <w:rPr>
                    <w:rFonts w:ascii="MS Gothic" w:eastAsia="MS Gothic" w:hAnsi="MS Gothic" w:hint="eastAsia"/>
                    <w:sz w:val="19"/>
                    <w:szCs w:val="19"/>
                    <w:lang w:val="nl-NL"/>
                  </w:rPr>
                  <w:t>☐</w:t>
                </w:r>
              </w:sdtContent>
            </w:sdt>
            <w:r w:rsidR="008C23EE">
              <w:rPr>
                <w:rFonts w:ascii="Source Sans Pro" w:hAnsi="Source Sans Pro"/>
                <w:sz w:val="19"/>
                <w:szCs w:val="19"/>
                <w:lang w:val="nl-NL"/>
              </w:rPr>
              <w:t xml:space="preserve">Ja, namelijk </w:t>
            </w:r>
            <w:r w:rsidR="008C23EE" w:rsidRPr="00CE4349">
              <w:rPr>
                <w:rFonts w:ascii="Source Sans Pro" w:hAnsi="Source Sans Pro"/>
                <w:sz w:val="19"/>
                <w:szCs w:val="19"/>
                <w:lang w:val="nl-NL"/>
              </w:rPr>
              <w:t xml:space="preserve"> </w:t>
            </w:r>
            <w:sdt>
              <w:sdtPr>
                <w:rPr>
                  <w:rFonts w:ascii="Source Sans Pro" w:hAnsi="Source Sans Pro"/>
                  <w:sz w:val="19"/>
                  <w:szCs w:val="19"/>
                  <w:lang w:val="nl-NL"/>
                </w:rPr>
                <w:id w:val="-19938971"/>
                <w:placeholder>
                  <w:docPart w:val="4F21C03830BE495AAC213FE005EA7535"/>
                </w:placeholder>
                <w:showingPlcHdr/>
              </w:sdtPr>
              <w:sdtEndPr/>
              <w:sdtContent>
                <w:r w:rsidR="008C23EE" w:rsidRPr="00987C2B">
                  <w:rPr>
                    <w:rStyle w:val="Tekstvantijdelijkeaanduiding"/>
                    <w:lang w:val="nl-NL"/>
                  </w:rPr>
                  <w:t>Klik of tik om tekst in te voeren.</w:t>
                </w:r>
              </w:sdtContent>
            </w:sdt>
          </w:p>
        </w:tc>
      </w:tr>
      <w:tr w:rsidR="008C23EE" w:rsidRPr="005B7828" w14:paraId="25720305" w14:textId="77777777" w:rsidTr="054FBD4E">
        <w:tc>
          <w:tcPr>
            <w:tcW w:w="4315" w:type="dxa"/>
          </w:tcPr>
          <w:p w14:paraId="246F229F" w14:textId="77E51C9F" w:rsidR="008C23EE" w:rsidRPr="00CE4349" w:rsidRDefault="2BEDE5F3" w:rsidP="008C23EE">
            <w:pPr>
              <w:spacing w:line="276" w:lineRule="auto"/>
              <w:rPr>
                <w:rFonts w:ascii="Source Sans Pro" w:hAnsi="Source Sans Pro"/>
                <w:sz w:val="19"/>
                <w:szCs w:val="19"/>
                <w:lang w:val="nl-NL"/>
              </w:rPr>
            </w:pPr>
            <w:r w:rsidRPr="054FBD4E">
              <w:rPr>
                <w:rFonts w:ascii="Source Sans Pro" w:hAnsi="Source Sans Pro"/>
                <w:sz w:val="19"/>
                <w:szCs w:val="19"/>
                <w:lang w:val="nl-NL"/>
              </w:rPr>
              <w:t xml:space="preserve">Op welk thema is de 1-op-1 begeleiding gericht? </w:t>
            </w:r>
          </w:p>
          <w:p w14:paraId="6C4282A6" w14:textId="66C53D2E" w:rsidR="008C23EE" w:rsidRDefault="008C23EE" w:rsidP="008C23EE">
            <w:pPr>
              <w:rPr>
                <w:rFonts w:ascii="Source Sans Pro" w:hAnsi="Source Sans Pro"/>
                <w:sz w:val="19"/>
                <w:szCs w:val="19"/>
                <w:lang w:val="nl-NL"/>
              </w:rPr>
            </w:pPr>
            <w:r w:rsidRPr="00143FA2">
              <w:rPr>
                <w:lang w:val="nl-NL"/>
              </w:rPr>
              <w:br/>
            </w:r>
          </w:p>
          <w:p w14:paraId="4F8AF463" w14:textId="4E9AFF15" w:rsidR="008C23EE" w:rsidRPr="00CE4349" w:rsidRDefault="008C23EE" w:rsidP="008C23EE">
            <w:pPr>
              <w:spacing w:line="276" w:lineRule="auto"/>
              <w:rPr>
                <w:rFonts w:ascii="Source Sans Pro" w:hAnsi="Source Sans Pro"/>
                <w:b/>
                <w:bCs/>
                <w:sz w:val="19"/>
                <w:szCs w:val="19"/>
                <w:lang w:val="nl-NL"/>
              </w:rPr>
            </w:pPr>
          </w:p>
        </w:tc>
        <w:tc>
          <w:tcPr>
            <w:tcW w:w="4315" w:type="dxa"/>
          </w:tcPr>
          <w:p w14:paraId="6CCBED5F" w14:textId="3CF84DF5" w:rsidR="008C23EE" w:rsidRPr="001B6B8A" w:rsidRDefault="008C23EE" w:rsidP="008C23EE">
            <w:pPr>
              <w:spacing w:line="276" w:lineRule="auto"/>
              <w:rPr>
                <w:rFonts w:ascii="Source Sans Pro" w:hAnsi="Source Sans Pro"/>
                <w:sz w:val="19"/>
                <w:szCs w:val="19"/>
                <w:lang w:val="nl-NL"/>
              </w:rPr>
            </w:pPr>
            <w:r w:rsidRPr="001B6B8A">
              <w:rPr>
                <w:rFonts w:ascii="Source Sans Pro" w:hAnsi="Source Sans Pro"/>
                <w:sz w:val="19"/>
                <w:szCs w:val="19"/>
                <w:lang w:val="nl-NL"/>
              </w:rPr>
              <w:t xml:space="preserve">Kruis aan: </w:t>
            </w:r>
          </w:p>
          <w:p w14:paraId="7FDFEEE3" w14:textId="3363BA71" w:rsidR="008C23EE" w:rsidRPr="001B6B8A" w:rsidRDefault="00BB2658" w:rsidP="008C23EE">
            <w:pPr>
              <w:spacing w:line="276" w:lineRule="auto"/>
              <w:rPr>
                <w:rFonts w:ascii="Source Sans Pro" w:hAnsi="Source Sans Pro"/>
                <w:sz w:val="19"/>
                <w:szCs w:val="19"/>
                <w:lang w:val="nl-NL"/>
              </w:rPr>
            </w:pPr>
            <w:sdt>
              <w:sdtPr>
                <w:rPr>
                  <w:rFonts w:ascii="Source Sans Pro" w:hAnsi="Source Sans Pro"/>
                  <w:sz w:val="19"/>
                  <w:szCs w:val="19"/>
                  <w:lang w:val="nl-NL"/>
                </w:rPr>
                <w:id w:val="-876085551"/>
                <w14:checkbox>
                  <w14:checked w14:val="0"/>
                  <w14:checkedState w14:val="2612" w14:font="MS Gothic"/>
                  <w14:uncheckedState w14:val="2610" w14:font="MS Gothic"/>
                </w14:checkbox>
              </w:sdtPr>
              <w:sdtEndPr/>
              <w:sdtContent>
                <w:r w:rsidR="008C23EE" w:rsidRPr="001B6B8A">
                  <w:rPr>
                    <w:rFonts w:ascii="MS Gothic" w:eastAsia="MS Gothic" w:hAnsi="MS Gothic"/>
                    <w:sz w:val="19"/>
                    <w:szCs w:val="19"/>
                    <w:lang w:val="nl-NL"/>
                  </w:rPr>
                  <w:t>☐</w:t>
                </w:r>
              </w:sdtContent>
            </w:sdt>
            <w:r w:rsidR="008C23EE" w:rsidRPr="001B6B8A">
              <w:rPr>
                <w:rFonts w:ascii="Source Sans Pro" w:hAnsi="Source Sans Pro"/>
                <w:sz w:val="19"/>
                <w:szCs w:val="19"/>
                <w:lang w:val="nl-NL"/>
              </w:rPr>
              <w:t>Ondersteuning bij sociaal-emotionele ontwikkeling, sociale vaardigheden en weerbaarheid</w:t>
            </w:r>
          </w:p>
          <w:p w14:paraId="37ED40DA" w14:textId="7B21F70C" w:rsidR="008C23EE" w:rsidRPr="00CE4349" w:rsidRDefault="00BB2658" w:rsidP="008C23EE">
            <w:pPr>
              <w:spacing w:line="276" w:lineRule="auto"/>
              <w:rPr>
                <w:rFonts w:ascii="Source Sans Pro" w:hAnsi="Source Sans Pro"/>
                <w:sz w:val="19"/>
                <w:szCs w:val="19"/>
                <w:lang w:val="nl-NL"/>
              </w:rPr>
            </w:pPr>
            <w:sdt>
              <w:sdtPr>
                <w:rPr>
                  <w:rFonts w:ascii="Source Sans Pro" w:hAnsi="Source Sans Pro"/>
                  <w:sz w:val="19"/>
                  <w:szCs w:val="19"/>
                  <w:lang w:val="nl-NL"/>
                </w:rPr>
                <w:id w:val="74872083"/>
                <w14:checkbox>
                  <w14:checked w14:val="0"/>
                  <w14:checkedState w14:val="2612" w14:font="MS Gothic"/>
                  <w14:uncheckedState w14:val="2610" w14:font="MS Gothic"/>
                </w14:checkbox>
              </w:sdtPr>
              <w:sdtEndPr/>
              <w:sdtContent>
                <w:r w:rsidR="008C23EE" w:rsidRPr="001B6B8A">
                  <w:rPr>
                    <w:rFonts w:ascii="MS Gothic" w:eastAsia="MS Gothic" w:hAnsi="MS Gothic" w:hint="eastAsia"/>
                    <w:sz w:val="19"/>
                    <w:szCs w:val="19"/>
                    <w:lang w:val="nl-NL"/>
                  </w:rPr>
                  <w:t>☐</w:t>
                </w:r>
              </w:sdtContent>
            </w:sdt>
            <w:r w:rsidR="008C23EE" w:rsidRPr="001B6B8A">
              <w:rPr>
                <w:rFonts w:ascii="Source Sans Pro" w:hAnsi="Source Sans Pro"/>
                <w:sz w:val="19"/>
                <w:szCs w:val="19"/>
                <w:lang w:val="nl-NL"/>
              </w:rPr>
              <w:t>Begeleiding bij moeilijk verstaanbaar gedrag in de schoolomgeving dat het leerproces belemmert en zich ook voordoet</w:t>
            </w:r>
            <w:r w:rsidR="008C23EE" w:rsidRPr="00CE4349">
              <w:rPr>
                <w:rFonts w:ascii="Source Sans Pro" w:hAnsi="Source Sans Pro"/>
                <w:sz w:val="19"/>
                <w:szCs w:val="19"/>
                <w:lang w:val="nl-NL"/>
              </w:rPr>
              <w:t xml:space="preserve"> op andere leefgebieden</w:t>
            </w:r>
          </w:p>
          <w:p w14:paraId="0244A6CE" w14:textId="08366D7D" w:rsidR="008C23EE" w:rsidRPr="00CE4349" w:rsidRDefault="00BB2658" w:rsidP="008C23EE">
            <w:pPr>
              <w:spacing w:line="276" w:lineRule="auto"/>
              <w:rPr>
                <w:rFonts w:ascii="Source Sans Pro" w:hAnsi="Source Sans Pro"/>
                <w:sz w:val="19"/>
                <w:szCs w:val="19"/>
                <w:lang w:val="nl-NL"/>
              </w:rPr>
            </w:pPr>
            <w:sdt>
              <w:sdtPr>
                <w:rPr>
                  <w:rFonts w:ascii="Source Sans Pro" w:hAnsi="Source Sans Pro"/>
                  <w:sz w:val="19"/>
                  <w:szCs w:val="19"/>
                  <w:lang w:val="nl-NL"/>
                </w:rPr>
                <w:id w:val="-637879244"/>
                <w14:checkbox>
                  <w14:checked w14:val="0"/>
                  <w14:checkedState w14:val="2612" w14:font="MS Gothic"/>
                  <w14:uncheckedState w14:val="2610" w14:font="MS Gothic"/>
                </w14:checkbox>
              </w:sdtPr>
              <w:sdtEndPr/>
              <w:sdtContent>
                <w:r w:rsidR="008C23EE">
                  <w:rPr>
                    <w:rFonts w:ascii="MS Gothic" w:eastAsia="MS Gothic" w:hAnsi="MS Gothic" w:hint="eastAsia"/>
                    <w:sz w:val="19"/>
                    <w:szCs w:val="19"/>
                    <w:lang w:val="nl-NL"/>
                  </w:rPr>
                  <w:t>☐</w:t>
                </w:r>
              </w:sdtContent>
            </w:sdt>
            <w:r w:rsidR="008C23EE" w:rsidRPr="00CE4349">
              <w:rPr>
                <w:rFonts w:ascii="Source Sans Pro" w:hAnsi="Source Sans Pro"/>
                <w:sz w:val="19"/>
                <w:szCs w:val="19"/>
                <w:lang w:val="nl-NL"/>
              </w:rPr>
              <w:t>Begeleiding in de vrije situaties (pauzes, overgang naar bewegingsonderwijs)</w:t>
            </w:r>
          </w:p>
          <w:p w14:paraId="00A38040" w14:textId="6224D190" w:rsidR="008C23EE" w:rsidRPr="00CE4349" w:rsidRDefault="00BB2658" w:rsidP="008C23EE">
            <w:pPr>
              <w:spacing w:line="276" w:lineRule="auto"/>
              <w:rPr>
                <w:rFonts w:ascii="Source Sans Pro" w:hAnsi="Source Sans Pro"/>
                <w:sz w:val="19"/>
                <w:szCs w:val="19"/>
                <w:lang w:val="nl-NL"/>
              </w:rPr>
            </w:pPr>
            <w:sdt>
              <w:sdtPr>
                <w:rPr>
                  <w:rFonts w:ascii="Source Sans Pro" w:hAnsi="Source Sans Pro"/>
                  <w:sz w:val="19"/>
                  <w:szCs w:val="19"/>
                  <w:lang w:val="nl-NL"/>
                </w:rPr>
                <w:id w:val="629217901"/>
                <w14:checkbox>
                  <w14:checked w14:val="0"/>
                  <w14:checkedState w14:val="2612" w14:font="MS Gothic"/>
                  <w14:uncheckedState w14:val="2610" w14:font="MS Gothic"/>
                </w14:checkbox>
              </w:sdtPr>
              <w:sdtEndPr/>
              <w:sdtContent>
                <w:r w:rsidR="008C23EE">
                  <w:rPr>
                    <w:rFonts w:ascii="MS Gothic" w:eastAsia="MS Gothic" w:hAnsi="MS Gothic" w:hint="eastAsia"/>
                    <w:sz w:val="19"/>
                    <w:szCs w:val="19"/>
                    <w:lang w:val="nl-NL"/>
                  </w:rPr>
                  <w:t>☐</w:t>
                </w:r>
              </w:sdtContent>
            </w:sdt>
            <w:r w:rsidR="008C23EE" w:rsidRPr="00CE4349">
              <w:rPr>
                <w:rFonts w:ascii="Source Sans Pro" w:hAnsi="Source Sans Pro"/>
                <w:sz w:val="19"/>
                <w:szCs w:val="19"/>
                <w:lang w:val="nl-NL"/>
              </w:rPr>
              <w:t>Niet-zindelijkheid</w:t>
            </w:r>
          </w:p>
          <w:p w14:paraId="010C88D5" w14:textId="0AFE1BD8" w:rsidR="008C23EE" w:rsidRPr="00CE4349" w:rsidRDefault="00BB2658" w:rsidP="008C23EE">
            <w:pPr>
              <w:spacing w:line="276" w:lineRule="auto"/>
              <w:rPr>
                <w:rFonts w:ascii="Source Sans Pro" w:hAnsi="Source Sans Pro"/>
                <w:sz w:val="19"/>
                <w:szCs w:val="19"/>
                <w:lang w:val="nl-NL"/>
              </w:rPr>
            </w:pPr>
            <w:sdt>
              <w:sdtPr>
                <w:rPr>
                  <w:rFonts w:ascii="Source Sans Pro" w:hAnsi="Source Sans Pro"/>
                  <w:sz w:val="19"/>
                  <w:szCs w:val="19"/>
                  <w:lang w:val="nl-NL"/>
                </w:rPr>
                <w:id w:val="-1510606465"/>
                <w14:checkbox>
                  <w14:checked w14:val="0"/>
                  <w14:checkedState w14:val="2612" w14:font="MS Gothic"/>
                  <w14:uncheckedState w14:val="2610" w14:font="MS Gothic"/>
                </w14:checkbox>
              </w:sdtPr>
              <w:sdtEndPr/>
              <w:sdtContent>
                <w:r w:rsidR="008C23EE">
                  <w:rPr>
                    <w:rFonts w:ascii="MS Gothic" w:eastAsia="MS Gothic" w:hAnsi="MS Gothic" w:hint="eastAsia"/>
                    <w:sz w:val="19"/>
                    <w:szCs w:val="19"/>
                    <w:lang w:val="nl-NL"/>
                  </w:rPr>
                  <w:t>☐</w:t>
                </w:r>
              </w:sdtContent>
            </w:sdt>
            <w:r w:rsidR="008C23EE" w:rsidRPr="00CE4349">
              <w:rPr>
                <w:rFonts w:ascii="Source Sans Pro" w:hAnsi="Source Sans Pro"/>
                <w:sz w:val="19"/>
                <w:szCs w:val="19"/>
                <w:lang w:val="nl-NL"/>
              </w:rPr>
              <w:t xml:space="preserve">Persoonlijke verzorging gericht op algemene dagelijkse levensverrichtingen (ADL) (niet-medisch) </w:t>
            </w:r>
          </w:p>
          <w:p w14:paraId="20CE4D23" w14:textId="526263B2" w:rsidR="008C23EE" w:rsidRPr="00CE4349" w:rsidRDefault="00BB2658" w:rsidP="008C23EE">
            <w:pPr>
              <w:spacing w:line="276" w:lineRule="auto"/>
              <w:rPr>
                <w:rFonts w:ascii="Source Sans Pro" w:hAnsi="Source Sans Pro"/>
                <w:sz w:val="19"/>
                <w:szCs w:val="19"/>
                <w:lang w:val="nl-NL"/>
              </w:rPr>
            </w:pPr>
            <w:sdt>
              <w:sdtPr>
                <w:rPr>
                  <w:rFonts w:ascii="Source Sans Pro" w:hAnsi="Source Sans Pro"/>
                  <w:sz w:val="19"/>
                  <w:szCs w:val="19"/>
                  <w:lang w:val="nl-NL"/>
                </w:rPr>
                <w:id w:val="595983754"/>
                <w14:checkbox>
                  <w14:checked w14:val="0"/>
                  <w14:checkedState w14:val="2612" w14:font="MS Gothic"/>
                  <w14:uncheckedState w14:val="2610" w14:font="MS Gothic"/>
                </w14:checkbox>
              </w:sdtPr>
              <w:sdtEndPr/>
              <w:sdtContent>
                <w:r w:rsidR="008C23EE">
                  <w:rPr>
                    <w:rFonts w:ascii="MS Gothic" w:eastAsia="MS Gothic" w:hAnsi="MS Gothic" w:hint="eastAsia"/>
                    <w:sz w:val="19"/>
                    <w:szCs w:val="19"/>
                    <w:lang w:val="nl-NL"/>
                  </w:rPr>
                  <w:t>☐</w:t>
                </w:r>
              </w:sdtContent>
            </w:sdt>
            <w:r w:rsidR="008C23EE">
              <w:rPr>
                <w:rFonts w:ascii="Source Sans Pro" w:hAnsi="Source Sans Pro"/>
                <w:sz w:val="19"/>
                <w:szCs w:val="19"/>
                <w:lang w:val="nl-NL"/>
              </w:rPr>
              <w:t>o</w:t>
            </w:r>
            <w:r w:rsidR="008C23EE" w:rsidRPr="00CE4349">
              <w:rPr>
                <w:rFonts w:ascii="Source Sans Pro" w:hAnsi="Source Sans Pro"/>
                <w:sz w:val="19"/>
                <w:szCs w:val="19"/>
                <w:lang w:val="nl-NL"/>
              </w:rPr>
              <w:t>verig, namelijk</w:t>
            </w:r>
            <w:r w:rsidR="00532B7F">
              <w:rPr>
                <w:rFonts w:ascii="Source Sans Pro" w:hAnsi="Source Sans Pro"/>
                <w:sz w:val="19"/>
                <w:szCs w:val="19"/>
                <w:lang w:val="nl-NL"/>
              </w:rPr>
              <w:t xml:space="preserve"> </w:t>
            </w:r>
            <w:sdt>
              <w:sdtPr>
                <w:rPr>
                  <w:rFonts w:ascii="Source Sans Pro" w:hAnsi="Source Sans Pro"/>
                  <w:sz w:val="19"/>
                  <w:szCs w:val="19"/>
                  <w:lang w:val="nl-NL"/>
                </w:rPr>
                <w:id w:val="494458765"/>
                <w:placeholder>
                  <w:docPart w:val="41DC6D7E065744F4A195888400B2C59E"/>
                </w:placeholder>
                <w:showingPlcHdr/>
              </w:sdtPr>
              <w:sdtEndPr/>
              <w:sdtContent>
                <w:r w:rsidR="00532B7F" w:rsidRPr="00987C2B">
                  <w:rPr>
                    <w:rStyle w:val="Tekstvantijdelijkeaanduiding"/>
                    <w:lang w:val="nl-NL"/>
                  </w:rPr>
                  <w:t>Klik of tik om tekst in te voeren.</w:t>
                </w:r>
              </w:sdtContent>
            </w:sdt>
          </w:p>
        </w:tc>
      </w:tr>
      <w:tr w:rsidR="006A3F21" w:rsidRPr="005B7828" w14:paraId="1CE4C909" w14:textId="77777777" w:rsidTr="054FBD4E">
        <w:tc>
          <w:tcPr>
            <w:tcW w:w="4315" w:type="dxa"/>
          </w:tcPr>
          <w:p w14:paraId="077795B1" w14:textId="00EF0189" w:rsidR="006A3F21" w:rsidRPr="1CA5C9F9" w:rsidRDefault="006A3F21" w:rsidP="006A3F21">
            <w:pPr>
              <w:rPr>
                <w:rFonts w:ascii="Source Sans Pro" w:hAnsi="Source Sans Pro"/>
                <w:sz w:val="19"/>
                <w:szCs w:val="19"/>
                <w:lang w:val="nl-NL"/>
              </w:rPr>
            </w:pPr>
            <w:r w:rsidRPr="7FE9CBF6">
              <w:rPr>
                <w:rFonts w:ascii="Source Sans Pro" w:hAnsi="Source Sans Pro"/>
                <w:sz w:val="19"/>
                <w:szCs w:val="19"/>
                <w:lang w:val="nl-NL"/>
              </w:rPr>
              <w:lastRenderedPageBreak/>
              <w:t xml:space="preserve">Is er sprake van </w:t>
            </w:r>
            <w:r w:rsidR="00700419">
              <w:rPr>
                <w:rFonts w:ascii="Source Sans Pro" w:hAnsi="Source Sans Pro"/>
                <w:sz w:val="19"/>
                <w:szCs w:val="19"/>
                <w:lang w:val="nl-NL"/>
              </w:rPr>
              <w:t>overeenstemming</w:t>
            </w:r>
            <w:r w:rsidRPr="7FE9CBF6">
              <w:rPr>
                <w:rFonts w:ascii="Source Sans Pro" w:hAnsi="Source Sans Pro"/>
                <w:sz w:val="19"/>
                <w:szCs w:val="19"/>
                <w:lang w:val="nl-NL"/>
              </w:rPr>
              <w:t xml:space="preserve"> tussen </w:t>
            </w:r>
            <w:r w:rsidR="00B856DD" w:rsidRPr="7FE9CBF6">
              <w:rPr>
                <w:rFonts w:ascii="Source Sans Pro" w:hAnsi="Source Sans Pro"/>
                <w:sz w:val="19"/>
                <w:szCs w:val="19"/>
                <w:lang w:val="nl-NL"/>
              </w:rPr>
              <w:t xml:space="preserve">het gezin, </w:t>
            </w:r>
            <w:r w:rsidRPr="7FE9CBF6">
              <w:rPr>
                <w:rFonts w:ascii="Source Sans Pro" w:hAnsi="Source Sans Pro"/>
                <w:sz w:val="19"/>
                <w:szCs w:val="19"/>
                <w:lang w:val="nl-NL"/>
              </w:rPr>
              <w:t xml:space="preserve">de </w:t>
            </w:r>
            <w:proofErr w:type="gramStart"/>
            <w:r w:rsidRPr="7FE9CBF6">
              <w:rPr>
                <w:rFonts w:ascii="Source Sans Pro" w:hAnsi="Source Sans Pro"/>
                <w:sz w:val="19"/>
                <w:szCs w:val="19"/>
                <w:lang w:val="nl-NL"/>
              </w:rPr>
              <w:t>KC-er</w:t>
            </w:r>
            <w:proofErr w:type="gramEnd"/>
            <w:r w:rsidRPr="7FE9CBF6">
              <w:rPr>
                <w:rFonts w:ascii="Source Sans Pro" w:hAnsi="Source Sans Pro"/>
                <w:sz w:val="19"/>
                <w:szCs w:val="19"/>
                <w:lang w:val="nl-NL"/>
              </w:rPr>
              <w:t xml:space="preserve"> van school, OPO van Stromenland en de </w:t>
            </w:r>
            <w:r w:rsidR="00B856DD" w:rsidRPr="7FE9CBF6">
              <w:rPr>
                <w:rFonts w:ascii="Source Sans Pro" w:hAnsi="Source Sans Pro"/>
                <w:sz w:val="19"/>
                <w:szCs w:val="19"/>
                <w:lang w:val="nl-NL"/>
              </w:rPr>
              <w:t>aanvrager</w:t>
            </w:r>
            <w:r w:rsidRPr="7FE9CBF6">
              <w:rPr>
                <w:rFonts w:ascii="Source Sans Pro" w:hAnsi="Source Sans Pro"/>
                <w:sz w:val="19"/>
                <w:szCs w:val="19"/>
                <w:lang w:val="nl-NL"/>
              </w:rPr>
              <w:t xml:space="preserve"> over de noodzakelijke inzet rondom dit thema? Zo nee, licht toe</w:t>
            </w:r>
            <w:r w:rsidR="00B856DD" w:rsidRPr="7FE9CBF6">
              <w:rPr>
                <w:rFonts w:ascii="Source Sans Pro" w:hAnsi="Source Sans Pro"/>
                <w:sz w:val="19"/>
                <w:szCs w:val="19"/>
                <w:lang w:val="nl-NL"/>
              </w:rPr>
              <w:t xml:space="preserve">. </w:t>
            </w:r>
          </w:p>
        </w:tc>
        <w:sdt>
          <w:sdtPr>
            <w:rPr>
              <w:rFonts w:ascii="Source Sans Pro" w:hAnsi="Source Sans Pro"/>
              <w:sz w:val="19"/>
              <w:szCs w:val="19"/>
              <w:lang w:val="nl-NL"/>
            </w:rPr>
            <w:id w:val="-137802180"/>
            <w:placeholder>
              <w:docPart w:val="6D4AB5E59B2740CC8AB0C085AE780671"/>
            </w:placeholder>
            <w:showingPlcHdr/>
          </w:sdtPr>
          <w:sdtEndPr/>
          <w:sdtContent>
            <w:tc>
              <w:tcPr>
                <w:tcW w:w="4315" w:type="dxa"/>
              </w:tcPr>
              <w:p w14:paraId="11B66246" w14:textId="5989A941" w:rsidR="006A3F21" w:rsidRPr="00CE4349" w:rsidRDefault="00532B7F" w:rsidP="006A3F21">
                <w:pPr>
                  <w:rPr>
                    <w:rFonts w:ascii="Source Sans Pro" w:hAnsi="Source Sans Pro"/>
                    <w:sz w:val="19"/>
                    <w:szCs w:val="19"/>
                    <w:lang w:val="nl-NL"/>
                  </w:rPr>
                </w:pPr>
                <w:r w:rsidRPr="00987C2B">
                  <w:rPr>
                    <w:rStyle w:val="Tekstvantijdelijkeaanduiding"/>
                    <w:lang w:val="nl-NL"/>
                  </w:rPr>
                  <w:t>Klik of tik om tekst in te voeren.</w:t>
                </w:r>
              </w:p>
            </w:tc>
          </w:sdtContent>
        </w:sdt>
      </w:tr>
      <w:tr w:rsidR="006A3F21" w:rsidRPr="005B7828" w14:paraId="6A4DFD7A" w14:textId="77777777" w:rsidTr="054FBD4E">
        <w:tc>
          <w:tcPr>
            <w:tcW w:w="4315" w:type="dxa"/>
          </w:tcPr>
          <w:p w14:paraId="43C8D4AE" w14:textId="709C495B" w:rsidR="006A3F21" w:rsidRPr="00CE4349" w:rsidRDefault="006A3F21" w:rsidP="006A3F21">
            <w:pPr>
              <w:spacing w:line="276" w:lineRule="auto"/>
              <w:rPr>
                <w:rFonts w:ascii="Source Sans Pro" w:hAnsi="Source Sans Pro"/>
                <w:sz w:val="19"/>
                <w:szCs w:val="19"/>
                <w:lang w:val="nl-NL"/>
              </w:rPr>
            </w:pPr>
            <w:r w:rsidRPr="1CA5C9F9">
              <w:rPr>
                <w:rFonts w:ascii="Source Sans Pro" w:hAnsi="Source Sans Pro"/>
                <w:sz w:val="19"/>
                <w:szCs w:val="19"/>
                <w:lang w:val="nl-NL"/>
              </w:rPr>
              <w:t>Welke deskundigen</w:t>
            </w:r>
            <w:r w:rsidR="00B856DD">
              <w:rPr>
                <w:rFonts w:ascii="Source Sans Pro" w:hAnsi="Source Sans Pro"/>
                <w:sz w:val="19"/>
                <w:szCs w:val="19"/>
                <w:lang w:val="nl-NL"/>
              </w:rPr>
              <w:t>/functies</w:t>
            </w:r>
            <w:r w:rsidRPr="1CA5C9F9">
              <w:rPr>
                <w:rFonts w:ascii="Source Sans Pro" w:hAnsi="Source Sans Pro"/>
                <w:sz w:val="19"/>
                <w:szCs w:val="19"/>
                <w:lang w:val="nl-NL"/>
              </w:rPr>
              <w:t xml:space="preserve"> van school en Stromenland </w:t>
            </w:r>
            <w:r w:rsidR="00B856DD">
              <w:rPr>
                <w:rFonts w:ascii="Source Sans Pro" w:hAnsi="Source Sans Pro"/>
                <w:sz w:val="19"/>
                <w:szCs w:val="19"/>
                <w:lang w:val="nl-NL"/>
              </w:rPr>
              <w:t>zijn</w:t>
            </w:r>
            <w:r w:rsidRPr="1CA5C9F9">
              <w:rPr>
                <w:rFonts w:ascii="Source Sans Pro" w:hAnsi="Source Sans Pro"/>
                <w:sz w:val="19"/>
                <w:szCs w:val="19"/>
                <w:lang w:val="nl-NL"/>
              </w:rPr>
              <w:t xml:space="preserve"> betrokken bij het bepalen van de noodzaak tot ZBO?</w:t>
            </w:r>
          </w:p>
        </w:tc>
        <w:sdt>
          <w:sdtPr>
            <w:rPr>
              <w:rFonts w:ascii="Source Sans Pro" w:hAnsi="Source Sans Pro"/>
              <w:sz w:val="19"/>
              <w:szCs w:val="19"/>
              <w:lang w:val="nl-NL"/>
            </w:rPr>
            <w:id w:val="-703326306"/>
            <w:placeholder>
              <w:docPart w:val="13275D3ED9E4455EAE2BFE067CB5B19C"/>
            </w:placeholder>
            <w:showingPlcHdr/>
          </w:sdtPr>
          <w:sdtEndPr/>
          <w:sdtContent>
            <w:tc>
              <w:tcPr>
                <w:tcW w:w="4315" w:type="dxa"/>
              </w:tcPr>
              <w:p w14:paraId="0A93FC98" w14:textId="337BF594" w:rsidR="006A3F21" w:rsidRPr="00CE4349" w:rsidRDefault="00532B7F" w:rsidP="006A3F21">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6A3F21" w:rsidRPr="005B7828" w14:paraId="19EFBF78" w14:textId="77777777" w:rsidTr="054FBD4E">
        <w:tc>
          <w:tcPr>
            <w:tcW w:w="4315" w:type="dxa"/>
          </w:tcPr>
          <w:p w14:paraId="48A922DE" w14:textId="52E507EE" w:rsidR="006A3F21" w:rsidRPr="00CE4349" w:rsidRDefault="006A3F21" w:rsidP="006A3F21">
            <w:pPr>
              <w:rPr>
                <w:rFonts w:ascii="Source Sans Pro" w:hAnsi="Source Sans Pro"/>
                <w:sz w:val="19"/>
                <w:szCs w:val="19"/>
                <w:lang w:val="nl-NL"/>
              </w:rPr>
            </w:pPr>
            <w:r w:rsidRPr="00CE4349">
              <w:rPr>
                <w:rFonts w:ascii="Source Sans Pro" w:hAnsi="Source Sans Pro"/>
                <w:sz w:val="19"/>
                <w:szCs w:val="19"/>
                <w:lang w:val="nl-NL"/>
              </w:rPr>
              <w:t>Welke andere mogelijkheden dan ZBO zijn overwogen?</w:t>
            </w:r>
          </w:p>
        </w:tc>
        <w:sdt>
          <w:sdtPr>
            <w:rPr>
              <w:rFonts w:ascii="Source Sans Pro" w:hAnsi="Source Sans Pro"/>
              <w:sz w:val="19"/>
              <w:szCs w:val="19"/>
              <w:lang w:val="nl-NL"/>
            </w:rPr>
            <w:id w:val="236915845"/>
            <w:placeholder>
              <w:docPart w:val="443BFB17E0564DDF82101972812FF5D8"/>
            </w:placeholder>
            <w:showingPlcHdr/>
          </w:sdtPr>
          <w:sdtEndPr/>
          <w:sdtContent>
            <w:tc>
              <w:tcPr>
                <w:tcW w:w="4315" w:type="dxa"/>
              </w:tcPr>
              <w:p w14:paraId="1BAB6934" w14:textId="419F48D8" w:rsidR="006A3F21" w:rsidRPr="00CE4349" w:rsidRDefault="00532B7F" w:rsidP="006A3F21">
                <w:pPr>
                  <w:rPr>
                    <w:rFonts w:ascii="Source Sans Pro" w:hAnsi="Source Sans Pro"/>
                    <w:sz w:val="19"/>
                    <w:szCs w:val="19"/>
                    <w:lang w:val="nl-NL"/>
                  </w:rPr>
                </w:pPr>
                <w:r w:rsidRPr="00987C2B">
                  <w:rPr>
                    <w:rStyle w:val="Tekstvantijdelijkeaanduiding"/>
                    <w:lang w:val="nl-NL"/>
                  </w:rPr>
                  <w:t>Klik of tik om tekst in te voeren.</w:t>
                </w:r>
              </w:p>
            </w:tc>
          </w:sdtContent>
        </w:sdt>
      </w:tr>
      <w:tr w:rsidR="00FE5E39" w:rsidRPr="005B7828" w14:paraId="44E87251" w14:textId="77777777" w:rsidTr="054FBD4E">
        <w:tc>
          <w:tcPr>
            <w:tcW w:w="4315" w:type="dxa"/>
          </w:tcPr>
          <w:p w14:paraId="33BAC61F" w14:textId="69D1514E" w:rsidR="00FE5E39" w:rsidRPr="00CE4349" w:rsidRDefault="00FE5E39" w:rsidP="006A3F21">
            <w:pPr>
              <w:rPr>
                <w:rFonts w:ascii="Source Sans Pro" w:hAnsi="Source Sans Pro"/>
                <w:sz w:val="19"/>
                <w:szCs w:val="19"/>
                <w:lang w:val="nl-NL"/>
              </w:rPr>
            </w:pPr>
            <w:r w:rsidRPr="7FE9CBF6">
              <w:rPr>
                <w:rFonts w:ascii="Source Sans Pro" w:hAnsi="Source Sans Pro"/>
                <w:sz w:val="19"/>
                <w:szCs w:val="19"/>
                <w:lang w:val="nl-NL"/>
              </w:rPr>
              <w:t>Wat doet school en/of Stromenland</w:t>
            </w:r>
            <w:r w:rsidR="00700419">
              <w:rPr>
                <w:rFonts w:ascii="Source Sans Pro" w:hAnsi="Source Sans Pro"/>
                <w:sz w:val="19"/>
                <w:szCs w:val="19"/>
                <w:lang w:val="nl-NL"/>
              </w:rPr>
              <w:t xml:space="preserve"> ten aanzien van de doelen</w:t>
            </w:r>
            <w:r w:rsidRPr="7FE9CBF6">
              <w:rPr>
                <w:rFonts w:ascii="Source Sans Pro" w:hAnsi="Source Sans Pro"/>
                <w:sz w:val="19"/>
                <w:szCs w:val="19"/>
                <w:lang w:val="nl-NL"/>
              </w:rPr>
              <w:t>? Wat de ZBO?</w:t>
            </w:r>
          </w:p>
        </w:tc>
        <w:sdt>
          <w:sdtPr>
            <w:rPr>
              <w:rFonts w:ascii="Source Sans Pro" w:hAnsi="Source Sans Pro"/>
              <w:sz w:val="19"/>
              <w:szCs w:val="19"/>
              <w:lang w:val="nl-NL"/>
            </w:rPr>
            <w:id w:val="1238596061"/>
            <w:placeholder>
              <w:docPart w:val="3A4D71B087F641588B303F05D16C6926"/>
            </w:placeholder>
            <w:showingPlcHdr/>
          </w:sdtPr>
          <w:sdtEndPr/>
          <w:sdtContent>
            <w:tc>
              <w:tcPr>
                <w:tcW w:w="4315" w:type="dxa"/>
              </w:tcPr>
              <w:p w14:paraId="1F4F6BD4" w14:textId="402C092F" w:rsidR="00FE5E39" w:rsidRPr="00CE4349" w:rsidRDefault="00532B7F" w:rsidP="006A3F21">
                <w:pPr>
                  <w:rPr>
                    <w:rFonts w:ascii="Source Sans Pro" w:hAnsi="Source Sans Pro"/>
                    <w:sz w:val="19"/>
                    <w:szCs w:val="19"/>
                    <w:lang w:val="nl-NL"/>
                  </w:rPr>
                </w:pPr>
                <w:r w:rsidRPr="00987C2B">
                  <w:rPr>
                    <w:rStyle w:val="Tekstvantijdelijkeaanduiding"/>
                    <w:lang w:val="nl-NL"/>
                  </w:rPr>
                  <w:t>Klik of tik om tekst in te voeren.</w:t>
                </w:r>
              </w:p>
            </w:tc>
          </w:sdtContent>
        </w:sdt>
      </w:tr>
      <w:tr w:rsidR="006A3F21" w:rsidRPr="005B7828" w14:paraId="24085B65" w14:textId="77777777" w:rsidTr="054FBD4E">
        <w:tc>
          <w:tcPr>
            <w:tcW w:w="4315" w:type="dxa"/>
          </w:tcPr>
          <w:p w14:paraId="70E27255" w14:textId="03B1FE62" w:rsidR="006A3F21" w:rsidRPr="00CE4349" w:rsidRDefault="006A3F21" w:rsidP="006A3F21">
            <w:pPr>
              <w:spacing w:line="276" w:lineRule="auto"/>
              <w:rPr>
                <w:rFonts w:ascii="Source Sans Pro" w:hAnsi="Source Sans Pro"/>
                <w:sz w:val="19"/>
                <w:szCs w:val="19"/>
                <w:lang w:val="nl-NL"/>
              </w:rPr>
            </w:pPr>
            <w:r w:rsidRPr="4449FB5A">
              <w:rPr>
                <w:rFonts w:ascii="Source Sans Pro" w:hAnsi="Source Sans Pro"/>
                <w:sz w:val="19"/>
                <w:szCs w:val="19"/>
                <w:lang w:val="nl-NL"/>
              </w:rPr>
              <w:t xml:space="preserve">Waarom is 1-op-1 begeleiding proportioneel? Is de problematiek/het gedrag dusdanig hinderlijk voor de omgeving en/of belemmerend voor het kind dat het beperken van de bewegingsruimte van het kind en het verstoren van het klassenklimaat gerechtvaardigd is? </w:t>
            </w:r>
          </w:p>
        </w:tc>
        <w:sdt>
          <w:sdtPr>
            <w:rPr>
              <w:rFonts w:ascii="Source Sans Pro" w:hAnsi="Source Sans Pro"/>
              <w:sz w:val="19"/>
              <w:szCs w:val="19"/>
              <w:lang w:val="nl-NL"/>
            </w:rPr>
            <w:id w:val="798029748"/>
            <w:placeholder>
              <w:docPart w:val="24A2DEF5F1C34791B422AC8EBEFDDBF6"/>
            </w:placeholder>
            <w:showingPlcHdr/>
          </w:sdtPr>
          <w:sdtEndPr/>
          <w:sdtContent>
            <w:tc>
              <w:tcPr>
                <w:tcW w:w="4315" w:type="dxa"/>
              </w:tcPr>
              <w:p w14:paraId="3A492B21" w14:textId="0E30A435" w:rsidR="006A3F21" w:rsidRPr="00CE4349" w:rsidRDefault="00532B7F" w:rsidP="006A3F21">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6A3F21" w:rsidRPr="005B7828" w14:paraId="2F017DFF" w14:textId="77777777" w:rsidTr="054FBD4E">
        <w:tc>
          <w:tcPr>
            <w:tcW w:w="4315" w:type="dxa"/>
          </w:tcPr>
          <w:p w14:paraId="79BC1658" w14:textId="338D3AB0" w:rsidR="00BE798D" w:rsidRPr="00CE4349" w:rsidRDefault="006A3F21" w:rsidP="006A3F21">
            <w:pPr>
              <w:spacing w:line="276" w:lineRule="auto"/>
              <w:rPr>
                <w:rFonts w:ascii="Source Sans Pro" w:hAnsi="Source Sans Pro"/>
                <w:sz w:val="19"/>
                <w:szCs w:val="19"/>
                <w:lang w:val="nl-NL"/>
              </w:rPr>
            </w:pPr>
            <w:r w:rsidRPr="1CA5C9F9">
              <w:rPr>
                <w:rFonts w:ascii="Source Sans Pro" w:hAnsi="Source Sans Pro"/>
                <w:sz w:val="19"/>
                <w:szCs w:val="19"/>
                <w:lang w:val="nl-NL"/>
              </w:rPr>
              <w:t>Hoe wordt de tijdelijkheid van ZBO ofwel afbouw naar reguliere onderwijsdeelname geborgd? Wat is het perspectief voor dit kind? Hoe ga je dit perspectief bewaken vanuit je regierol als verwijzer?</w:t>
            </w:r>
          </w:p>
        </w:tc>
        <w:sdt>
          <w:sdtPr>
            <w:rPr>
              <w:rFonts w:ascii="Source Sans Pro" w:hAnsi="Source Sans Pro"/>
              <w:sz w:val="19"/>
              <w:szCs w:val="19"/>
              <w:lang w:val="nl-NL"/>
            </w:rPr>
            <w:id w:val="1900398313"/>
            <w:placeholder>
              <w:docPart w:val="B1EE2D7CC6FB4EBF98D31DDF1EAE207D"/>
            </w:placeholder>
            <w:showingPlcHdr/>
          </w:sdtPr>
          <w:sdtEndPr/>
          <w:sdtContent>
            <w:tc>
              <w:tcPr>
                <w:tcW w:w="4315" w:type="dxa"/>
              </w:tcPr>
              <w:p w14:paraId="3FB21CA3" w14:textId="165B69E2" w:rsidR="006A3F21" w:rsidRPr="00CE4349" w:rsidRDefault="00532B7F" w:rsidP="006A3F21">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bl>
    <w:p w14:paraId="10A94D6E" w14:textId="1F71C751" w:rsidR="007C7CFE" w:rsidRPr="005D2F55" w:rsidRDefault="007C7CFE" w:rsidP="005D2F55">
      <w:pPr>
        <w:spacing w:after="0"/>
        <w:rPr>
          <w:rFonts w:ascii="Source Sans Pro" w:hAnsi="Source Sans Pro"/>
          <w:b/>
          <w:bCs/>
          <w:sz w:val="19"/>
          <w:szCs w:val="19"/>
          <w:lang w:val="nl-NL"/>
        </w:rPr>
      </w:pPr>
    </w:p>
    <w:tbl>
      <w:tblPr>
        <w:tblStyle w:val="Tabelraster"/>
        <w:tblW w:w="0" w:type="auto"/>
        <w:tblLook w:val="04A0" w:firstRow="1" w:lastRow="0" w:firstColumn="1" w:lastColumn="0" w:noHBand="0" w:noVBand="1"/>
      </w:tblPr>
      <w:tblGrid>
        <w:gridCol w:w="4317"/>
        <w:gridCol w:w="4313"/>
      </w:tblGrid>
      <w:tr w:rsidR="00B61952" w:rsidRPr="005B7828" w14:paraId="547B05BF" w14:textId="77777777" w:rsidTr="054FBD4E">
        <w:tc>
          <w:tcPr>
            <w:tcW w:w="8630" w:type="dxa"/>
            <w:gridSpan w:val="2"/>
          </w:tcPr>
          <w:p w14:paraId="7D44D3B7" w14:textId="1D243689" w:rsidR="00B61952" w:rsidRPr="00616FCE" w:rsidRDefault="00861EED" w:rsidP="00CE4349">
            <w:pPr>
              <w:rPr>
                <w:rFonts w:ascii="Source Sans Pro" w:hAnsi="Source Sans Pro"/>
                <w:b/>
                <w:bCs/>
                <w:sz w:val="19"/>
                <w:szCs w:val="19"/>
                <w:lang w:val="nl-NL"/>
              </w:rPr>
            </w:pPr>
            <w:r w:rsidRPr="1CA5C9F9">
              <w:rPr>
                <w:rFonts w:ascii="Source Sans Pro" w:hAnsi="Source Sans Pro"/>
                <w:b/>
                <w:bCs/>
                <w:sz w:val="19"/>
                <w:szCs w:val="19"/>
                <w:lang w:val="nl-NL"/>
              </w:rPr>
              <w:t>Deel C</w:t>
            </w:r>
            <w:r>
              <w:rPr>
                <w:rFonts w:ascii="Source Sans Pro" w:hAnsi="Source Sans Pro"/>
                <w:b/>
                <w:bCs/>
                <w:sz w:val="19"/>
                <w:szCs w:val="19"/>
                <w:lang w:val="nl-NL"/>
              </w:rPr>
              <w:t>3</w:t>
            </w:r>
            <w:r w:rsidRPr="1CA5C9F9">
              <w:rPr>
                <w:rFonts w:ascii="Source Sans Pro" w:hAnsi="Source Sans Pro"/>
                <w:b/>
                <w:bCs/>
                <w:sz w:val="19"/>
                <w:szCs w:val="19"/>
                <w:lang w:val="nl-NL"/>
              </w:rPr>
              <w:t xml:space="preserve"> – Aanvullende vragen Voorschoolse Dagbehandeling (VDB)</w:t>
            </w:r>
          </w:p>
        </w:tc>
      </w:tr>
      <w:tr w:rsidR="003A3BDC" w:rsidRPr="005B7828" w14:paraId="2C4C6B38" w14:textId="77777777" w:rsidTr="054FBD4E">
        <w:tc>
          <w:tcPr>
            <w:tcW w:w="8630" w:type="dxa"/>
            <w:gridSpan w:val="2"/>
          </w:tcPr>
          <w:p w14:paraId="643BAC0D" w14:textId="77777777" w:rsidR="003A3BDC" w:rsidRDefault="003A3BDC" w:rsidP="00CE4349">
            <w:pPr>
              <w:rPr>
                <w:rFonts w:ascii="Source Sans Pro" w:hAnsi="Source Sans Pro"/>
                <w:sz w:val="19"/>
                <w:szCs w:val="19"/>
                <w:lang w:val="nl-NL"/>
              </w:rPr>
            </w:pPr>
          </w:p>
          <w:p w14:paraId="1ED9A431" w14:textId="723B33B5" w:rsidR="003A3BDC" w:rsidRPr="002A0928" w:rsidRDefault="003A3BDC" w:rsidP="00CE4349">
            <w:pPr>
              <w:rPr>
                <w:rFonts w:ascii="Source Sans Pro" w:hAnsi="Source Sans Pro"/>
                <w:sz w:val="19"/>
                <w:szCs w:val="19"/>
                <w:u w:val="single"/>
                <w:lang w:val="nl-NL"/>
              </w:rPr>
            </w:pPr>
            <w:r w:rsidRPr="002A0928">
              <w:rPr>
                <w:rFonts w:ascii="Source Sans Pro" w:hAnsi="Source Sans Pro"/>
                <w:sz w:val="19"/>
                <w:szCs w:val="19"/>
                <w:u w:val="single"/>
                <w:lang w:val="nl-NL"/>
              </w:rPr>
              <w:t>Toelichting op aanvullende vragen voor de verwijzer</w:t>
            </w:r>
          </w:p>
          <w:p w14:paraId="077F66FB" w14:textId="51D86411" w:rsidR="00266E83" w:rsidRDefault="00266E83" w:rsidP="003A3BDC">
            <w:pPr>
              <w:spacing w:line="276" w:lineRule="auto"/>
              <w:rPr>
                <w:rFonts w:ascii="Source Sans Pro" w:hAnsi="Source Sans Pro"/>
                <w:sz w:val="19"/>
                <w:szCs w:val="19"/>
                <w:lang w:val="nl-NL"/>
              </w:rPr>
            </w:pPr>
            <w:r>
              <w:rPr>
                <w:rFonts w:ascii="Source Sans Pro" w:hAnsi="Source Sans Pro"/>
                <w:sz w:val="19"/>
                <w:szCs w:val="19"/>
                <w:lang w:val="nl-NL"/>
              </w:rPr>
              <w:t>De g</w:t>
            </w:r>
            <w:r w:rsidR="00D224FE">
              <w:rPr>
                <w:rFonts w:ascii="Source Sans Pro" w:hAnsi="Source Sans Pro"/>
                <w:sz w:val="19"/>
                <w:szCs w:val="19"/>
                <w:lang w:val="nl-NL"/>
              </w:rPr>
              <w:t xml:space="preserve">emeente wil inclusie in voorschoolse educatie en kinderopvang zoveel mogelijk vergroten en ondersteunt </w:t>
            </w:r>
            <w:r w:rsidR="00EE4A51">
              <w:rPr>
                <w:rFonts w:ascii="Source Sans Pro" w:hAnsi="Source Sans Pro"/>
                <w:sz w:val="19"/>
                <w:szCs w:val="19"/>
                <w:lang w:val="nl-NL"/>
              </w:rPr>
              <w:t xml:space="preserve">deze </w:t>
            </w:r>
            <w:r w:rsidR="00E63C88">
              <w:rPr>
                <w:rFonts w:ascii="Source Sans Pro" w:hAnsi="Source Sans Pro"/>
                <w:sz w:val="19"/>
                <w:szCs w:val="19"/>
                <w:lang w:val="nl-NL"/>
              </w:rPr>
              <w:t>ook</w:t>
            </w:r>
            <w:r w:rsidR="00EE4A51">
              <w:rPr>
                <w:rFonts w:ascii="Source Sans Pro" w:hAnsi="Source Sans Pro"/>
                <w:sz w:val="19"/>
                <w:szCs w:val="19"/>
                <w:lang w:val="nl-NL"/>
              </w:rPr>
              <w:t xml:space="preserve"> onder andere </w:t>
            </w:r>
            <w:r w:rsidR="00E63C88">
              <w:rPr>
                <w:rFonts w:ascii="Source Sans Pro" w:hAnsi="Source Sans Pro"/>
                <w:sz w:val="19"/>
                <w:szCs w:val="19"/>
                <w:lang w:val="nl-NL"/>
              </w:rPr>
              <w:t xml:space="preserve">middels de </w:t>
            </w:r>
            <w:r w:rsidR="00EE4A51">
              <w:rPr>
                <w:rFonts w:ascii="Source Sans Pro" w:hAnsi="Source Sans Pro"/>
                <w:sz w:val="19"/>
                <w:szCs w:val="19"/>
                <w:lang w:val="nl-NL"/>
              </w:rPr>
              <w:t xml:space="preserve">inzet van </w:t>
            </w:r>
            <w:r w:rsidR="00E63C88">
              <w:rPr>
                <w:rFonts w:ascii="Source Sans Pro" w:hAnsi="Source Sans Pro"/>
                <w:sz w:val="19"/>
                <w:szCs w:val="19"/>
                <w:lang w:val="nl-NL"/>
              </w:rPr>
              <w:t>Ambulant Pedagogisch Professional (</w:t>
            </w:r>
            <w:r w:rsidR="00EE4A51">
              <w:rPr>
                <w:rFonts w:ascii="Source Sans Pro" w:hAnsi="Source Sans Pro"/>
                <w:sz w:val="19"/>
                <w:szCs w:val="19"/>
                <w:lang w:val="nl-NL"/>
              </w:rPr>
              <w:t>A</w:t>
            </w:r>
            <w:r w:rsidR="00E63C88">
              <w:rPr>
                <w:rFonts w:ascii="Source Sans Pro" w:hAnsi="Source Sans Pro"/>
                <w:sz w:val="19"/>
                <w:szCs w:val="19"/>
                <w:lang w:val="nl-NL"/>
              </w:rPr>
              <w:t xml:space="preserve">PP) </w:t>
            </w:r>
            <w:r w:rsidR="00E63C88">
              <w:rPr>
                <w:rFonts w:ascii="Source Sans Pro" w:hAnsi="Source Sans Pro"/>
                <w:sz w:val="19"/>
                <w:szCs w:val="19"/>
                <w:lang w:val="nl-NL"/>
              </w:rPr>
              <w:br/>
            </w:r>
            <w:r w:rsidR="00EE4A51">
              <w:rPr>
                <w:rFonts w:ascii="Source Sans Pro" w:hAnsi="Source Sans Pro"/>
                <w:sz w:val="19"/>
                <w:szCs w:val="19"/>
                <w:lang w:val="nl-NL"/>
              </w:rPr>
              <w:t>Hiermee willen wij ook in de instroom in voorschoolse dagbehandeling verminderen</w:t>
            </w:r>
            <w:r w:rsidR="00E63C88">
              <w:rPr>
                <w:rFonts w:ascii="Source Sans Pro" w:hAnsi="Source Sans Pro"/>
                <w:sz w:val="19"/>
                <w:szCs w:val="19"/>
                <w:lang w:val="nl-NL"/>
              </w:rPr>
              <w:t xml:space="preserve"> e</w:t>
            </w:r>
            <w:r w:rsidR="006C1810">
              <w:rPr>
                <w:rFonts w:ascii="Source Sans Pro" w:hAnsi="Source Sans Pro"/>
                <w:sz w:val="19"/>
                <w:szCs w:val="19"/>
                <w:lang w:val="nl-NL"/>
              </w:rPr>
              <w:t xml:space="preserve">n </w:t>
            </w:r>
            <w:r w:rsidR="00E859A3">
              <w:rPr>
                <w:rFonts w:ascii="Source Sans Pro" w:hAnsi="Source Sans Pro"/>
                <w:sz w:val="19"/>
                <w:szCs w:val="19"/>
                <w:lang w:val="nl-NL"/>
              </w:rPr>
              <w:t xml:space="preserve">daarmee indirect ook de </w:t>
            </w:r>
            <w:proofErr w:type="spellStart"/>
            <w:r w:rsidR="00E859A3">
              <w:rPr>
                <w:rFonts w:ascii="Source Sans Pro" w:hAnsi="Source Sans Pro"/>
                <w:sz w:val="19"/>
                <w:szCs w:val="19"/>
                <w:lang w:val="nl-NL"/>
              </w:rPr>
              <w:t>onderinstroom</w:t>
            </w:r>
            <w:proofErr w:type="spellEnd"/>
            <w:r w:rsidR="00E859A3">
              <w:rPr>
                <w:rFonts w:ascii="Source Sans Pro" w:hAnsi="Source Sans Pro"/>
                <w:sz w:val="19"/>
                <w:szCs w:val="19"/>
                <w:lang w:val="nl-NL"/>
              </w:rPr>
              <w:t xml:space="preserve"> in </w:t>
            </w:r>
            <w:r w:rsidR="00BD0026">
              <w:rPr>
                <w:rFonts w:ascii="Source Sans Pro" w:hAnsi="Source Sans Pro"/>
                <w:sz w:val="19"/>
                <w:szCs w:val="19"/>
                <w:lang w:val="nl-NL"/>
              </w:rPr>
              <w:t xml:space="preserve">het speciaal onderwijs. </w:t>
            </w:r>
            <w:r w:rsidR="00EE4A51">
              <w:rPr>
                <w:rFonts w:ascii="Source Sans Pro" w:hAnsi="Source Sans Pro"/>
                <w:sz w:val="19"/>
                <w:szCs w:val="19"/>
                <w:lang w:val="nl-NL"/>
              </w:rPr>
              <w:t xml:space="preserve"> </w:t>
            </w:r>
          </w:p>
          <w:p w14:paraId="02400CF0" w14:textId="77777777" w:rsidR="00266E83" w:rsidRDefault="00266E83" w:rsidP="003A3BDC">
            <w:pPr>
              <w:spacing w:line="276" w:lineRule="auto"/>
              <w:rPr>
                <w:rFonts w:ascii="Source Sans Pro" w:hAnsi="Source Sans Pro"/>
                <w:sz w:val="19"/>
                <w:szCs w:val="19"/>
                <w:lang w:val="nl-NL"/>
              </w:rPr>
            </w:pPr>
          </w:p>
          <w:p w14:paraId="41853106" w14:textId="0C4328C3" w:rsidR="002A0928" w:rsidRDefault="00861EED" w:rsidP="003A3BDC">
            <w:pPr>
              <w:spacing w:line="276" w:lineRule="auto"/>
              <w:rPr>
                <w:rFonts w:ascii="Source Sans Pro" w:hAnsi="Source Sans Pro"/>
                <w:sz w:val="19"/>
                <w:szCs w:val="19"/>
                <w:lang w:val="nl-NL"/>
              </w:rPr>
            </w:pPr>
            <w:r>
              <w:rPr>
                <w:rFonts w:ascii="Source Sans Pro" w:hAnsi="Source Sans Pro"/>
                <w:sz w:val="19"/>
                <w:szCs w:val="19"/>
                <w:lang w:val="nl-NL"/>
              </w:rPr>
              <w:t xml:space="preserve">Vul C3a </w:t>
            </w:r>
            <w:r w:rsidR="00BA2C1C">
              <w:rPr>
                <w:rFonts w:ascii="Source Sans Pro" w:hAnsi="Source Sans Pro"/>
                <w:sz w:val="19"/>
                <w:szCs w:val="19"/>
                <w:lang w:val="nl-NL"/>
              </w:rPr>
              <w:t xml:space="preserve">sowieso in. </w:t>
            </w:r>
            <w:r w:rsidR="00FD5762">
              <w:rPr>
                <w:rFonts w:ascii="Source Sans Pro" w:hAnsi="Source Sans Pro"/>
                <w:sz w:val="19"/>
                <w:szCs w:val="19"/>
                <w:lang w:val="nl-NL"/>
              </w:rPr>
              <w:t xml:space="preserve">Vul C3b ook in </w:t>
            </w:r>
            <w:r w:rsidR="00BA2C1C">
              <w:rPr>
                <w:rFonts w:ascii="Source Sans Pro" w:hAnsi="Source Sans Pro"/>
                <w:sz w:val="19"/>
                <w:szCs w:val="19"/>
                <w:lang w:val="nl-NL"/>
              </w:rPr>
              <w:t xml:space="preserve">voor de inzet van VDB voor meer dan 18 uur per week. </w:t>
            </w:r>
          </w:p>
          <w:p w14:paraId="11AAE44F" w14:textId="56C73BB8" w:rsidR="003A3BDC" w:rsidRPr="002A0928" w:rsidRDefault="003A3BDC" w:rsidP="003A3BDC">
            <w:pPr>
              <w:spacing w:line="276" w:lineRule="auto"/>
              <w:rPr>
                <w:rFonts w:ascii="Source Sans Pro" w:hAnsi="Source Sans Pro"/>
                <w:sz w:val="19"/>
                <w:szCs w:val="19"/>
                <w:lang w:val="nl-NL"/>
              </w:rPr>
            </w:pPr>
            <w:r w:rsidRPr="002A0928">
              <w:rPr>
                <w:rFonts w:ascii="Source Sans Pro" w:hAnsi="Source Sans Pro"/>
                <w:sz w:val="19"/>
                <w:szCs w:val="19"/>
                <w:lang w:val="nl-NL"/>
              </w:rPr>
              <w:t>Indien goedkeuring wordt gevraagd om meer dan 18 uur per week</w:t>
            </w:r>
            <w:r w:rsidR="00FC2063">
              <w:rPr>
                <w:rFonts w:ascii="Source Sans Pro" w:hAnsi="Source Sans Pro"/>
                <w:sz w:val="19"/>
                <w:szCs w:val="19"/>
                <w:lang w:val="nl-NL"/>
              </w:rPr>
              <w:t xml:space="preserve"> VDB</w:t>
            </w:r>
            <w:r w:rsidRPr="002A0928">
              <w:rPr>
                <w:rFonts w:ascii="Source Sans Pro" w:hAnsi="Source Sans Pro"/>
                <w:sz w:val="19"/>
                <w:szCs w:val="19"/>
                <w:lang w:val="nl-NL"/>
              </w:rPr>
              <w:t xml:space="preserve"> in te zetten, moet scherp worden beargumenteerd waarom meer dan 18 uur per week </w:t>
            </w:r>
            <w:r w:rsidRPr="002A0928">
              <w:rPr>
                <w:rFonts w:ascii="Source Sans Pro" w:hAnsi="Source Sans Pro"/>
                <w:sz w:val="19"/>
                <w:szCs w:val="19"/>
                <w:u w:val="single"/>
                <w:lang w:val="nl-NL"/>
              </w:rPr>
              <w:t>cruciaal</w:t>
            </w:r>
            <w:r w:rsidRPr="002A0928">
              <w:rPr>
                <w:rFonts w:ascii="Source Sans Pro" w:hAnsi="Source Sans Pro"/>
                <w:sz w:val="19"/>
                <w:szCs w:val="19"/>
                <w:lang w:val="nl-NL"/>
              </w:rPr>
              <w:t xml:space="preserve"> of </w:t>
            </w:r>
            <w:r w:rsidRPr="002A0928">
              <w:rPr>
                <w:rFonts w:ascii="Source Sans Pro" w:hAnsi="Source Sans Pro"/>
                <w:sz w:val="19"/>
                <w:szCs w:val="19"/>
                <w:u w:val="single"/>
                <w:lang w:val="nl-NL"/>
              </w:rPr>
              <w:t>onmisbaar</w:t>
            </w:r>
            <w:r w:rsidRPr="002A0928">
              <w:rPr>
                <w:rFonts w:ascii="Source Sans Pro" w:hAnsi="Source Sans Pro"/>
                <w:sz w:val="19"/>
                <w:szCs w:val="19"/>
                <w:lang w:val="nl-NL"/>
              </w:rPr>
              <w:t xml:space="preserve"> is. Voorbeelden van argumenten die als onvoldoende zullen worden beoordeeld zijn:</w:t>
            </w:r>
          </w:p>
          <w:p w14:paraId="64055D6C" w14:textId="77777777" w:rsidR="003A3BDC" w:rsidRPr="002A0928" w:rsidRDefault="003A3BDC" w:rsidP="003A3BDC">
            <w:pPr>
              <w:pStyle w:val="Lijstalinea"/>
              <w:numPr>
                <w:ilvl w:val="0"/>
                <w:numId w:val="15"/>
              </w:numPr>
              <w:spacing w:line="276" w:lineRule="auto"/>
              <w:rPr>
                <w:rFonts w:ascii="Source Sans Pro" w:hAnsi="Source Sans Pro"/>
                <w:sz w:val="19"/>
                <w:szCs w:val="19"/>
                <w:lang w:val="nl-NL"/>
              </w:rPr>
            </w:pPr>
            <w:r w:rsidRPr="002A0928">
              <w:rPr>
                <w:rFonts w:ascii="Source Sans Pro" w:hAnsi="Source Sans Pro"/>
                <w:sz w:val="19"/>
                <w:szCs w:val="19"/>
                <w:lang w:val="nl-NL"/>
              </w:rPr>
              <w:t>Argumenten op het vlak van ‘het zekere voor het onzekere nemen’ of redeneringen in de trant van ‘baat het niet dan schaadt het niet’;</w:t>
            </w:r>
          </w:p>
          <w:p w14:paraId="3CDDF750" w14:textId="77777777" w:rsidR="003A3BDC" w:rsidRPr="002A0928" w:rsidRDefault="003A3BDC" w:rsidP="003A3BDC">
            <w:pPr>
              <w:pStyle w:val="Lijstalinea"/>
              <w:numPr>
                <w:ilvl w:val="0"/>
                <w:numId w:val="15"/>
              </w:numPr>
              <w:spacing w:line="276" w:lineRule="auto"/>
              <w:rPr>
                <w:rFonts w:ascii="Source Sans Pro" w:hAnsi="Source Sans Pro"/>
                <w:sz w:val="19"/>
                <w:szCs w:val="19"/>
                <w:lang w:val="nl-NL"/>
              </w:rPr>
            </w:pPr>
            <w:r w:rsidRPr="002A0928">
              <w:rPr>
                <w:rFonts w:ascii="Source Sans Pro" w:hAnsi="Source Sans Pro"/>
                <w:sz w:val="19"/>
                <w:szCs w:val="19"/>
                <w:lang w:val="nl-NL"/>
              </w:rPr>
              <w:lastRenderedPageBreak/>
              <w:t>Het aanleren van schoolse vaardigheden zonder argumentatie waarom 18 uur daar niet voldoende voor is;</w:t>
            </w:r>
          </w:p>
          <w:p w14:paraId="2A65944D" w14:textId="77777777" w:rsidR="003A3BDC" w:rsidRPr="002A0928" w:rsidRDefault="003A3BDC" w:rsidP="003A3BDC">
            <w:pPr>
              <w:pStyle w:val="Lijstalinea"/>
              <w:numPr>
                <w:ilvl w:val="0"/>
                <w:numId w:val="15"/>
              </w:numPr>
              <w:spacing w:line="276" w:lineRule="auto"/>
              <w:rPr>
                <w:rFonts w:ascii="Source Sans Pro" w:hAnsi="Source Sans Pro"/>
                <w:sz w:val="19"/>
                <w:szCs w:val="19"/>
                <w:lang w:val="nl-NL"/>
              </w:rPr>
            </w:pPr>
            <w:r w:rsidRPr="002A0928">
              <w:rPr>
                <w:rFonts w:ascii="Source Sans Pro" w:hAnsi="Source Sans Pro"/>
                <w:sz w:val="19"/>
                <w:szCs w:val="19"/>
                <w:lang w:val="nl-NL"/>
              </w:rPr>
              <w:t>Het wennen aan een toekomstig schoolritme van 4 of 5 dagen per week;</w:t>
            </w:r>
          </w:p>
          <w:p w14:paraId="37E376AC" w14:textId="46644D6E" w:rsidR="003A3BDC" w:rsidRPr="00FC2063" w:rsidRDefault="25709A67" w:rsidP="00FC2063">
            <w:pPr>
              <w:pStyle w:val="Lijstalinea"/>
              <w:numPr>
                <w:ilvl w:val="0"/>
                <w:numId w:val="15"/>
              </w:numPr>
              <w:spacing w:line="276" w:lineRule="auto"/>
              <w:rPr>
                <w:rFonts w:ascii="Source Sans Pro" w:hAnsi="Source Sans Pro"/>
                <w:sz w:val="19"/>
                <w:szCs w:val="19"/>
                <w:lang w:val="nl-NL"/>
              </w:rPr>
            </w:pPr>
            <w:r w:rsidRPr="7FE9CBF6">
              <w:rPr>
                <w:rFonts w:ascii="Source Sans Pro" w:hAnsi="Source Sans Pro"/>
                <w:sz w:val="19"/>
                <w:szCs w:val="19"/>
                <w:lang w:val="nl-NL"/>
              </w:rPr>
              <w:t>Ontlasten van de gezinssituatie. Hiervoor zijn andere zorgvormen (bijvoorbeeld BSO Plus vanaf 4 jaar) of mogelijk voorliggende voorzieningen voor beschikbaar.</w:t>
            </w:r>
          </w:p>
        </w:tc>
      </w:tr>
      <w:tr w:rsidR="00861EED" w:rsidRPr="005B7828" w14:paraId="1725D5A0" w14:textId="77777777" w:rsidTr="054FBD4E">
        <w:tc>
          <w:tcPr>
            <w:tcW w:w="8630" w:type="dxa"/>
            <w:gridSpan w:val="2"/>
          </w:tcPr>
          <w:p w14:paraId="3CEE259D" w14:textId="030228D0" w:rsidR="00861EED" w:rsidRPr="00B6682E" w:rsidRDefault="00861EED" w:rsidP="00CE4349">
            <w:pPr>
              <w:rPr>
                <w:rFonts w:ascii="Source Sans Pro" w:hAnsi="Source Sans Pro"/>
                <w:sz w:val="19"/>
                <w:szCs w:val="19"/>
                <w:lang w:val="nl-NL"/>
              </w:rPr>
            </w:pPr>
            <w:r w:rsidRPr="00616FCE">
              <w:rPr>
                <w:rFonts w:ascii="Source Sans Pro" w:hAnsi="Source Sans Pro"/>
                <w:b/>
                <w:bCs/>
                <w:sz w:val="19"/>
                <w:szCs w:val="19"/>
                <w:lang w:val="nl-NL"/>
              </w:rPr>
              <w:lastRenderedPageBreak/>
              <w:t>C3a. Vragen indien goedkeuring wordt gevraagd voor inzet VDB</w:t>
            </w:r>
          </w:p>
        </w:tc>
      </w:tr>
      <w:tr w:rsidR="00B456B9" w:rsidRPr="005B7828" w14:paraId="54AB720C" w14:textId="77777777" w:rsidTr="054FBD4E">
        <w:tc>
          <w:tcPr>
            <w:tcW w:w="8630" w:type="dxa"/>
            <w:gridSpan w:val="2"/>
          </w:tcPr>
          <w:p w14:paraId="60987ACA" w14:textId="02A370AA" w:rsidR="00B456B9" w:rsidRPr="00B6682E" w:rsidRDefault="00B456B9" w:rsidP="00CE4349">
            <w:pPr>
              <w:spacing w:line="276" w:lineRule="auto"/>
              <w:rPr>
                <w:rFonts w:ascii="Source Sans Pro" w:hAnsi="Source Sans Pro"/>
                <w:sz w:val="19"/>
                <w:szCs w:val="19"/>
                <w:lang w:val="nl-NL"/>
              </w:rPr>
            </w:pPr>
            <w:r w:rsidRPr="00B6682E">
              <w:rPr>
                <w:rFonts w:ascii="Source Sans Pro" w:hAnsi="Source Sans Pro"/>
                <w:sz w:val="19"/>
                <w:szCs w:val="19"/>
                <w:lang w:val="nl-NL"/>
              </w:rPr>
              <w:t xml:space="preserve">Wat is de motivatie om VDB (opnieuw) in te zetten? </w:t>
            </w:r>
          </w:p>
        </w:tc>
      </w:tr>
      <w:tr w:rsidR="00B456B9" w:rsidRPr="005B7828" w14:paraId="62C08119" w14:textId="77777777" w:rsidTr="054FBD4E">
        <w:tc>
          <w:tcPr>
            <w:tcW w:w="8630" w:type="dxa"/>
            <w:gridSpan w:val="2"/>
          </w:tcPr>
          <w:p w14:paraId="48899FB3" w14:textId="34FFC952" w:rsidR="00B456B9" w:rsidRPr="00B6682E" w:rsidRDefault="00B456B9" w:rsidP="00CE4349">
            <w:pPr>
              <w:spacing w:line="276" w:lineRule="auto"/>
              <w:rPr>
                <w:rFonts w:ascii="Source Sans Pro" w:hAnsi="Source Sans Pro"/>
                <w:sz w:val="19"/>
                <w:szCs w:val="19"/>
                <w:lang w:val="nl-NL"/>
              </w:rPr>
            </w:pPr>
            <w:r w:rsidRPr="00B6682E">
              <w:rPr>
                <w:rFonts w:ascii="Source Sans Pro" w:hAnsi="Source Sans Pro"/>
                <w:sz w:val="19"/>
                <w:szCs w:val="19"/>
                <w:lang w:val="nl-NL"/>
              </w:rPr>
              <w:t>Antwoord:</w:t>
            </w:r>
            <w:r w:rsidR="00532B7F">
              <w:rPr>
                <w:rFonts w:ascii="Source Sans Pro" w:hAnsi="Source Sans Pro"/>
                <w:sz w:val="19"/>
                <w:szCs w:val="19"/>
                <w:lang w:val="nl-NL"/>
              </w:rPr>
              <w:t xml:space="preserve"> </w:t>
            </w:r>
            <w:sdt>
              <w:sdtPr>
                <w:rPr>
                  <w:rFonts w:ascii="Source Sans Pro" w:hAnsi="Source Sans Pro"/>
                  <w:sz w:val="19"/>
                  <w:szCs w:val="19"/>
                  <w:lang w:val="nl-NL"/>
                </w:rPr>
                <w:id w:val="-305243992"/>
                <w:placeholder>
                  <w:docPart w:val="58F41DEEFCCE4073B351B1FE01BC3FD5"/>
                </w:placeholder>
                <w:showingPlcHdr/>
              </w:sdtPr>
              <w:sdtEndPr/>
              <w:sdtContent>
                <w:r w:rsidR="00532B7F" w:rsidRPr="00987C2B">
                  <w:rPr>
                    <w:rStyle w:val="Tekstvantijdelijkeaanduiding"/>
                    <w:lang w:val="nl-NL"/>
                  </w:rPr>
                  <w:t>Klik of tik om tekst in te voeren.</w:t>
                </w:r>
              </w:sdtContent>
            </w:sdt>
          </w:p>
        </w:tc>
      </w:tr>
      <w:tr w:rsidR="002276B8" w:rsidRPr="005B7828" w14:paraId="7FC14EAC" w14:textId="77777777" w:rsidTr="054FBD4E">
        <w:tc>
          <w:tcPr>
            <w:tcW w:w="8630" w:type="dxa"/>
            <w:gridSpan w:val="2"/>
          </w:tcPr>
          <w:p w14:paraId="2568492A" w14:textId="749A0D25" w:rsidR="002276B8" w:rsidRPr="00B6682E" w:rsidRDefault="002276B8" w:rsidP="00B6682E">
            <w:pPr>
              <w:suppressAutoHyphens/>
              <w:autoSpaceDN w:val="0"/>
              <w:spacing w:line="276" w:lineRule="auto"/>
              <w:textAlignment w:val="baseline"/>
              <w:rPr>
                <w:rFonts w:ascii="Source Sans Pro" w:eastAsia="Calibri" w:hAnsi="Source Sans Pro" w:cs="Arial"/>
                <w:sz w:val="19"/>
                <w:szCs w:val="19"/>
                <w:lang w:val="nl-NL"/>
              </w:rPr>
            </w:pPr>
            <w:r w:rsidRPr="00B6682E">
              <w:rPr>
                <w:rFonts w:ascii="Source Sans Pro" w:eastAsia="Calibri" w:hAnsi="Source Sans Pro" w:cs="Arial"/>
                <w:sz w:val="19"/>
                <w:szCs w:val="19"/>
                <w:lang w:val="nl-NL"/>
              </w:rPr>
              <w:t>Zijn (voorliggende) alternatieven reeds ingezet? Indien ja: kruis deze aan. Indien nee, wa</w:t>
            </w:r>
            <w:r w:rsidR="001D0151">
              <w:rPr>
                <w:rFonts w:ascii="Source Sans Pro" w:eastAsia="Calibri" w:hAnsi="Source Sans Pro" w:cs="Arial"/>
                <w:sz w:val="19"/>
                <w:szCs w:val="19"/>
                <w:lang w:val="nl-NL"/>
              </w:rPr>
              <w:t xml:space="preserve">arom zijn deze niet passend? </w:t>
            </w:r>
            <w:r w:rsidRPr="00B6682E">
              <w:rPr>
                <w:rFonts w:ascii="Source Sans Pro" w:eastAsia="Calibri" w:hAnsi="Source Sans Pro" w:cs="Arial"/>
                <w:sz w:val="19"/>
                <w:szCs w:val="19"/>
                <w:lang w:val="nl-NL"/>
              </w:rPr>
              <w:t>Voorliggende alternatieven:</w:t>
            </w:r>
          </w:p>
          <w:p w14:paraId="07411B7C"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1773969082"/>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 xml:space="preserve">Welzijnsaanbod als Home-Start, Spel aan Huis, </w:t>
            </w:r>
            <w:proofErr w:type="spellStart"/>
            <w:r w:rsidR="002276B8" w:rsidRPr="00B6682E">
              <w:rPr>
                <w:rFonts w:ascii="Source Sans Pro" w:eastAsia="Calibri" w:hAnsi="Source Sans Pro" w:cs="Arial"/>
                <w:sz w:val="19"/>
                <w:szCs w:val="19"/>
                <w:lang w:val="nl-NL"/>
              </w:rPr>
              <w:t>VoorleesExpress</w:t>
            </w:r>
            <w:proofErr w:type="spellEnd"/>
            <w:r w:rsidR="002276B8" w:rsidRPr="00B6682E">
              <w:rPr>
                <w:rFonts w:ascii="Source Sans Pro" w:eastAsia="Calibri" w:hAnsi="Source Sans Pro" w:cs="Arial"/>
                <w:sz w:val="19"/>
                <w:szCs w:val="19"/>
                <w:lang w:val="nl-NL"/>
              </w:rPr>
              <w:t xml:space="preserve"> en Kleurrijke Families </w:t>
            </w:r>
          </w:p>
          <w:p w14:paraId="4C24D563"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483895602"/>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Andere kinderopvang, gastouder of netwerk</w:t>
            </w:r>
          </w:p>
          <w:p w14:paraId="50A75A88"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673923253"/>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Sociaal-Medische Indicatie (SMI)</w:t>
            </w:r>
          </w:p>
          <w:p w14:paraId="5AC806D9"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1411588528"/>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Voorschoolse Educatie (VE)</w:t>
            </w:r>
          </w:p>
          <w:p w14:paraId="0B0FDA0B" w14:textId="2185577D"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1088578399"/>
                <w14:checkbox>
                  <w14:checked w14:val="0"/>
                  <w14:checkedState w14:val="2612" w14:font="MS Gothic"/>
                  <w14:uncheckedState w14:val="2610" w14:font="MS Gothic"/>
                </w14:checkbox>
              </w:sdtPr>
              <w:sdtEndPr/>
              <w:sdtContent>
                <w:r w:rsidR="364F8DEB" w:rsidRPr="054FBD4E">
                  <w:rPr>
                    <w:rFonts w:ascii="MS Gothic" w:eastAsia="MS Gothic" w:hAnsi="MS Gothic" w:cs="Arial"/>
                    <w:sz w:val="19"/>
                    <w:szCs w:val="19"/>
                    <w:lang w:val="nl-NL"/>
                  </w:rPr>
                  <w:t>☐</w:t>
                </w:r>
              </w:sdtContent>
            </w:sdt>
            <w:r w:rsidR="629B86C8" w:rsidRPr="054FBD4E">
              <w:rPr>
                <w:rFonts w:ascii="Source Sans Pro" w:eastAsia="Calibri" w:hAnsi="Source Sans Pro" w:cs="Arial"/>
                <w:sz w:val="19"/>
                <w:szCs w:val="19"/>
                <w:lang w:val="nl-NL"/>
              </w:rPr>
              <w:t xml:space="preserve">Ambulant Pedagogisch </w:t>
            </w:r>
            <w:r w:rsidR="005A18BA">
              <w:rPr>
                <w:rFonts w:ascii="Source Sans Pro" w:eastAsia="Calibri" w:hAnsi="Source Sans Pro" w:cs="Arial"/>
                <w:sz w:val="19"/>
                <w:szCs w:val="19"/>
                <w:lang w:val="nl-NL"/>
              </w:rPr>
              <w:t>Professional</w:t>
            </w:r>
            <w:r w:rsidR="629B86C8" w:rsidRPr="054FBD4E">
              <w:rPr>
                <w:rFonts w:ascii="Source Sans Pro" w:eastAsia="Calibri" w:hAnsi="Source Sans Pro" w:cs="Arial"/>
                <w:sz w:val="19"/>
                <w:szCs w:val="19"/>
                <w:lang w:val="nl-NL"/>
              </w:rPr>
              <w:t xml:space="preserve"> (AP</w:t>
            </w:r>
            <w:r w:rsidR="005A18BA">
              <w:rPr>
                <w:rFonts w:ascii="Source Sans Pro" w:eastAsia="Calibri" w:hAnsi="Source Sans Pro" w:cs="Arial"/>
                <w:sz w:val="19"/>
                <w:szCs w:val="19"/>
                <w:lang w:val="nl-NL"/>
              </w:rPr>
              <w:t>P</w:t>
            </w:r>
            <w:r w:rsidR="629B86C8" w:rsidRPr="054FBD4E">
              <w:rPr>
                <w:rFonts w:ascii="Source Sans Pro" w:eastAsia="Calibri" w:hAnsi="Source Sans Pro" w:cs="Arial"/>
                <w:sz w:val="19"/>
                <w:szCs w:val="19"/>
                <w:lang w:val="nl-NL"/>
              </w:rPr>
              <w:t>) in een VE-groep</w:t>
            </w:r>
          </w:p>
          <w:p w14:paraId="7219FFEC"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461776284"/>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Basishulp vanuit de Buurtteams Jeugd en Gezin (zoals Druk en Dwars)</w:t>
            </w:r>
          </w:p>
          <w:p w14:paraId="533F90FE"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451009282"/>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Begeleiding in de VE-groep/kinderopvang</w:t>
            </w:r>
          </w:p>
          <w:p w14:paraId="07317387" w14:textId="77777777" w:rsid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283087458"/>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 xml:space="preserve">Zorg binnen het gezin </w:t>
            </w:r>
          </w:p>
          <w:p w14:paraId="79A41C4A" w14:textId="3B30ECBA" w:rsidR="002276B8" w:rsidRPr="00B6682E" w:rsidRDefault="00BB2658" w:rsidP="00B6682E">
            <w:pPr>
              <w:suppressAutoHyphens/>
              <w:autoSpaceDN w:val="0"/>
              <w:spacing w:line="276" w:lineRule="auto"/>
              <w:ind w:left="720"/>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866445143"/>
                <w14:checkbox>
                  <w14:checked w14:val="0"/>
                  <w14:checkedState w14:val="2612" w14:font="MS Gothic"/>
                  <w14:uncheckedState w14:val="2610" w14:font="MS Gothic"/>
                </w14:checkbox>
              </w:sdtPr>
              <w:sdtEndPr/>
              <w:sdtContent>
                <w:r w:rsidR="00B6682E">
                  <w:rPr>
                    <w:rFonts w:ascii="MS Gothic" w:eastAsia="MS Gothic" w:hAnsi="MS Gothic" w:cs="Arial" w:hint="eastAsia"/>
                    <w:sz w:val="19"/>
                    <w:szCs w:val="19"/>
                    <w:lang w:val="nl-NL"/>
                  </w:rPr>
                  <w:t>☐</w:t>
                </w:r>
              </w:sdtContent>
            </w:sdt>
            <w:r w:rsidR="002276B8" w:rsidRPr="00B6682E">
              <w:rPr>
                <w:rFonts w:ascii="Source Sans Pro" w:eastAsia="Calibri" w:hAnsi="Source Sans Pro" w:cs="Arial"/>
                <w:sz w:val="19"/>
                <w:szCs w:val="19"/>
                <w:lang w:val="nl-NL"/>
              </w:rPr>
              <w:t>Logopedie of ergotherapie</w:t>
            </w:r>
          </w:p>
          <w:p w14:paraId="1F89AD12" w14:textId="77777777" w:rsidR="002276B8" w:rsidRPr="00B6682E" w:rsidRDefault="002276B8" w:rsidP="00CE4349">
            <w:pPr>
              <w:spacing w:line="276" w:lineRule="auto"/>
              <w:rPr>
                <w:rFonts w:ascii="Source Sans Pro" w:hAnsi="Source Sans Pro"/>
                <w:sz w:val="19"/>
                <w:szCs w:val="19"/>
                <w:lang w:val="nl-NL"/>
              </w:rPr>
            </w:pPr>
          </w:p>
        </w:tc>
      </w:tr>
      <w:tr w:rsidR="002276B8" w:rsidRPr="005B7828" w14:paraId="0510EB1A" w14:textId="77777777" w:rsidTr="054FBD4E">
        <w:tc>
          <w:tcPr>
            <w:tcW w:w="8630" w:type="dxa"/>
            <w:gridSpan w:val="2"/>
          </w:tcPr>
          <w:p w14:paraId="2E4E227A" w14:textId="77777777" w:rsidR="002276B8" w:rsidRDefault="002276B8"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 xml:space="preserve">Antwoord: </w:t>
            </w:r>
          </w:p>
          <w:sdt>
            <w:sdtPr>
              <w:rPr>
                <w:rFonts w:ascii="Source Sans Pro" w:hAnsi="Source Sans Pro"/>
                <w:sz w:val="19"/>
                <w:szCs w:val="19"/>
                <w:lang w:val="nl-NL"/>
              </w:rPr>
              <w:id w:val="359404388"/>
              <w:placeholder>
                <w:docPart w:val="708CD9F398CF4E4E92E95D7276FF645E"/>
              </w:placeholder>
              <w:showingPlcHdr/>
            </w:sdtPr>
            <w:sdtEndPr/>
            <w:sdtContent>
              <w:p w14:paraId="78F2EFD4" w14:textId="1832154E" w:rsidR="00B6682E" w:rsidRDefault="00532B7F"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sdtContent>
          </w:sdt>
          <w:p w14:paraId="47899B20" w14:textId="1FD1644A" w:rsidR="00B6682E" w:rsidRPr="00CE4349" w:rsidRDefault="00B6682E" w:rsidP="00CE4349">
            <w:pPr>
              <w:spacing w:line="276" w:lineRule="auto"/>
              <w:rPr>
                <w:rFonts w:ascii="Source Sans Pro" w:hAnsi="Source Sans Pro"/>
                <w:sz w:val="19"/>
                <w:szCs w:val="19"/>
                <w:lang w:val="nl-NL"/>
              </w:rPr>
            </w:pPr>
          </w:p>
        </w:tc>
      </w:tr>
      <w:tr w:rsidR="00DE72EC" w:rsidRPr="005B7828" w14:paraId="0788FFDF" w14:textId="77777777" w:rsidTr="054FBD4E">
        <w:tc>
          <w:tcPr>
            <w:tcW w:w="8630" w:type="dxa"/>
            <w:gridSpan w:val="2"/>
          </w:tcPr>
          <w:p w14:paraId="4B5E9BBA" w14:textId="1BAB5E74" w:rsidR="00DE72EC" w:rsidRPr="00CE4349" w:rsidRDefault="00DE72EC"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 xml:space="preserve">Wat is het uitstroomperspectief voor dit kind? </w:t>
            </w:r>
            <w:r w:rsidR="007C340C" w:rsidRPr="00CE4349">
              <w:rPr>
                <w:rFonts w:ascii="Source Sans Pro" w:hAnsi="Source Sans Pro"/>
                <w:sz w:val="19"/>
                <w:szCs w:val="19"/>
                <w:lang w:val="nl-NL"/>
              </w:rPr>
              <w:t>Kan dit kind op termijn (terug) naar de reguliere kinderopvang of Voorschoolse Educatie? Hoe ga je dit perspectief bewaken vanuit je regierol als verwijzer?</w:t>
            </w:r>
          </w:p>
        </w:tc>
      </w:tr>
      <w:tr w:rsidR="00A15336" w:rsidRPr="005B7828" w14:paraId="52B50564" w14:textId="77777777" w:rsidTr="054FBD4E">
        <w:tc>
          <w:tcPr>
            <w:tcW w:w="8630" w:type="dxa"/>
            <w:gridSpan w:val="2"/>
          </w:tcPr>
          <w:p w14:paraId="238DA14B" w14:textId="77777777" w:rsidR="00A15336" w:rsidRDefault="00A15336"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 xml:space="preserve">Antwoord: </w:t>
            </w:r>
          </w:p>
          <w:sdt>
            <w:sdtPr>
              <w:rPr>
                <w:rFonts w:ascii="Source Sans Pro" w:hAnsi="Source Sans Pro"/>
                <w:sz w:val="19"/>
                <w:szCs w:val="19"/>
                <w:lang w:val="nl-NL"/>
              </w:rPr>
              <w:id w:val="970246064"/>
              <w:placeholder>
                <w:docPart w:val="8EB5CA9E57D746AA8588CC799EB53E6C"/>
              </w:placeholder>
              <w:showingPlcHdr/>
            </w:sdtPr>
            <w:sdtEndPr/>
            <w:sdtContent>
              <w:p w14:paraId="1C64664B" w14:textId="0AF4B87D" w:rsidR="00A60D64" w:rsidRPr="00CE4349" w:rsidRDefault="00532B7F"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sdtContent>
          </w:sdt>
        </w:tc>
      </w:tr>
      <w:tr w:rsidR="00445071" w:rsidRPr="005B7828" w14:paraId="1B29A047" w14:textId="77777777" w:rsidTr="054FBD4E">
        <w:tc>
          <w:tcPr>
            <w:tcW w:w="8630" w:type="dxa"/>
            <w:gridSpan w:val="2"/>
          </w:tcPr>
          <w:p w14:paraId="081EA842" w14:textId="130DEF6F" w:rsidR="00445071" w:rsidRPr="002A0928" w:rsidRDefault="00445071" w:rsidP="002A0928">
            <w:pPr>
              <w:spacing w:line="276" w:lineRule="auto"/>
              <w:rPr>
                <w:rFonts w:ascii="Source Sans Pro" w:hAnsi="Source Sans Pro"/>
                <w:b/>
                <w:bCs/>
                <w:sz w:val="19"/>
                <w:szCs w:val="19"/>
                <w:lang w:val="nl-NL"/>
              </w:rPr>
            </w:pPr>
            <w:r w:rsidRPr="00CE4349">
              <w:rPr>
                <w:rFonts w:ascii="Source Sans Pro" w:hAnsi="Source Sans Pro"/>
                <w:b/>
                <w:bCs/>
                <w:sz w:val="19"/>
                <w:szCs w:val="19"/>
                <w:lang w:val="nl-NL"/>
              </w:rPr>
              <w:t xml:space="preserve">C3b. Vragen indien </w:t>
            </w:r>
            <w:r w:rsidR="00616FCE">
              <w:rPr>
                <w:rFonts w:ascii="Source Sans Pro" w:hAnsi="Source Sans Pro"/>
                <w:b/>
                <w:bCs/>
                <w:sz w:val="19"/>
                <w:szCs w:val="19"/>
                <w:lang w:val="nl-NL"/>
              </w:rPr>
              <w:t xml:space="preserve">(ook) </w:t>
            </w:r>
            <w:r w:rsidRPr="00CE4349">
              <w:rPr>
                <w:rFonts w:ascii="Source Sans Pro" w:hAnsi="Source Sans Pro"/>
                <w:b/>
                <w:bCs/>
                <w:sz w:val="19"/>
                <w:szCs w:val="19"/>
                <w:lang w:val="nl-NL"/>
              </w:rPr>
              <w:t>goedkeuring wordt gevraagd voor meer dan 18 uur per week VDB</w:t>
            </w:r>
          </w:p>
        </w:tc>
      </w:tr>
      <w:tr w:rsidR="00445071" w:rsidRPr="005B7828" w14:paraId="63736B18" w14:textId="77777777" w:rsidTr="054FBD4E">
        <w:tc>
          <w:tcPr>
            <w:tcW w:w="4317" w:type="dxa"/>
          </w:tcPr>
          <w:p w14:paraId="26F69564" w14:textId="77777777" w:rsidR="00445071" w:rsidRPr="00CE4349" w:rsidRDefault="00445071"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Wat is de onderbouwing om meer dan 18 uur per week VDB in te zetten?</w:t>
            </w:r>
          </w:p>
        </w:tc>
        <w:sdt>
          <w:sdtPr>
            <w:rPr>
              <w:rFonts w:ascii="Source Sans Pro" w:hAnsi="Source Sans Pro"/>
              <w:sz w:val="19"/>
              <w:szCs w:val="19"/>
              <w:lang w:val="nl-NL"/>
            </w:rPr>
            <w:id w:val="-327596119"/>
            <w:placeholder>
              <w:docPart w:val="822A58E48DF141228FC76E207D8FA3BF"/>
            </w:placeholder>
            <w:showingPlcHdr/>
          </w:sdtPr>
          <w:sdtEndPr/>
          <w:sdtContent>
            <w:tc>
              <w:tcPr>
                <w:tcW w:w="4313" w:type="dxa"/>
              </w:tcPr>
              <w:p w14:paraId="5CCDEFBF" w14:textId="3DE9C786" w:rsidR="00445071" w:rsidRPr="00CE4349" w:rsidRDefault="00631CA1"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445071" w:rsidRPr="005B7828" w14:paraId="359A1C46" w14:textId="77777777" w:rsidTr="054FBD4E">
        <w:tc>
          <w:tcPr>
            <w:tcW w:w="4317" w:type="dxa"/>
          </w:tcPr>
          <w:p w14:paraId="5DE06975" w14:textId="77777777" w:rsidR="00445071" w:rsidRPr="00CE4349" w:rsidRDefault="00445071"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 xml:space="preserve">Wat zijn de verwachte gevolgen en risico’s van het niet inzetten van de extra uren (dus bovenop de 18 uur per week)? </w:t>
            </w:r>
          </w:p>
        </w:tc>
        <w:sdt>
          <w:sdtPr>
            <w:rPr>
              <w:rFonts w:ascii="Source Sans Pro" w:hAnsi="Source Sans Pro"/>
              <w:sz w:val="19"/>
              <w:szCs w:val="19"/>
              <w:lang w:val="nl-NL"/>
            </w:rPr>
            <w:id w:val="-1933734904"/>
            <w:placeholder>
              <w:docPart w:val="E6CA47E8436946E7983DBF46BD558D73"/>
            </w:placeholder>
            <w:showingPlcHdr/>
          </w:sdtPr>
          <w:sdtEndPr/>
          <w:sdtContent>
            <w:tc>
              <w:tcPr>
                <w:tcW w:w="4313" w:type="dxa"/>
              </w:tcPr>
              <w:p w14:paraId="053AA35F" w14:textId="3B154AA7" w:rsidR="00445071" w:rsidRPr="00CE4349" w:rsidRDefault="00631CA1"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445071" w:rsidRPr="005B7828" w14:paraId="778BD9B1" w14:textId="77777777" w:rsidTr="054FBD4E">
        <w:tc>
          <w:tcPr>
            <w:tcW w:w="4317" w:type="dxa"/>
          </w:tcPr>
          <w:p w14:paraId="743B7C13" w14:textId="77777777" w:rsidR="00445071" w:rsidRPr="00CE4349" w:rsidRDefault="00445071" w:rsidP="00CE4349">
            <w:pPr>
              <w:spacing w:line="276" w:lineRule="auto"/>
              <w:rPr>
                <w:rFonts w:ascii="Source Sans Pro" w:hAnsi="Source Sans Pro"/>
                <w:sz w:val="19"/>
                <w:szCs w:val="19"/>
                <w:lang w:val="nl-NL"/>
              </w:rPr>
            </w:pPr>
            <w:r w:rsidRPr="00CE4349">
              <w:rPr>
                <w:rFonts w:ascii="Source Sans Pro" w:hAnsi="Source Sans Pro"/>
                <w:sz w:val="19"/>
                <w:szCs w:val="19"/>
                <w:lang w:val="nl-NL"/>
              </w:rPr>
              <w:t>Wat is het perspectief? Wat is het plan om toe te werken naar afbouw tot maximaal 18 uur per week? Hoe borg je dit vanuit je regierol als verwijzer?</w:t>
            </w:r>
          </w:p>
        </w:tc>
        <w:sdt>
          <w:sdtPr>
            <w:rPr>
              <w:rFonts w:ascii="Source Sans Pro" w:hAnsi="Source Sans Pro"/>
              <w:sz w:val="19"/>
              <w:szCs w:val="19"/>
              <w:lang w:val="nl-NL"/>
            </w:rPr>
            <w:id w:val="-2026857818"/>
            <w:placeholder>
              <w:docPart w:val="3E5786F6E32C417DA3BFAF616994B915"/>
            </w:placeholder>
            <w:showingPlcHdr/>
          </w:sdtPr>
          <w:sdtEndPr/>
          <w:sdtContent>
            <w:tc>
              <w:tcPr>
                <w:tcW w:w="4313" w:type="dxa"/>
              </w:tcPr>
              <w:p w14:paraId="2913CC28" w14:textId="1F6FDEAC" w:rsidR="00445071" w:rsidRPr="00CE4349" w:rsidRDefault="00631CA1" w:rsidP="00CE4349">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bl>
    <w:p w14:paraId="526D430A" w14:textId="77777777" w:rsidR="00F22DE3" w:rsidRPr="00F817AB" w:rsidRDefault="00F22DE3">
      <w:pPr>
        <w:rPr>
          <w:lang w:val="nl-NL"/>
        </w:rPr>
      </w:pPr>
    </w:p>
    <w:p w14:paraId="7EBA839D" w14:textId="70F70C6B" w:rsidR="00BA3C91" w:rsidRPr="00407C38" w:rsidRDefault="00E44238" w:rsidP="00407C38">
      <w:pPr>
        <w:pStyle w:val="Kop2"/>
        <w:spacing w:before="40"/>
        <w:rPr>
          <w:rFonts w:ascii="Oranda BT" w:hAnsi="Oranda BT"/>
          <w:bCs w:val="0"/>
          <w:color w:val="A90A2E"/>
          <w:sz w:val="28"/>
          <w:lang w:val="nl-NL"/>
        </w:rPr>
      </w:pPr>
      <w:r w:rsidRPr="00407C38">
        <w:rPr>
          <w:rFonts w:ascii="Oranda BT" w:hAnsi="Oranda BT"/>
          <w:bCs w:val="0"/>
          <w:color w:val="A90A2E"/>
          <w:sz w:val="28"/>
          <w:lang w:val="nl-NL"/>
        </w:rPr>
        <w:t xml:space="preserve">Deel </w:t>
      </w:r>
      <w:r w:rsidR="00407C38">
        <w:rPr>
          <w:rFonts w:ascii="Oranda BT" w:hAnsi="Oranda BT"/>
          <w:bCs w:val="0"/>
          <w:color w:val="A90A2E"/>
          <w:sz w:val="28"/>
          <w:lang w:val="nl-NL"/>
        </w:rPr>
        <w:t>D</w:t>
      </w:r>
      <w:r w:rsidRPr="00407C38">
        <w:rPr>
          <w:rFonts w:ascii="Oranda BT" w:hAnsi="Oranda BT"/>
          <w:bCs w:val="0"/>
          <w:color w:val="A90A2E"/>
          <w:sz w:val="28"/>
          <w:lang w:val="nl-NL"/>
        </w:rPr>
        <w:t xml:space="preserve"> – Besluit CPV (in te vullen door CPV)</w:t>
      </w:r>
    </w:p>
    <w:tbl>
      <w:tblPr>
        <w:tblStyle w:val="Tabelraster"/>
        <w:tblW w:w="0" w:type="auto"/>
        <w:tblLook w:val="04A0" w:firstRow="1" w:lastRow="0" w:firstColumn="1" w:lastColumn="0" w:noHBand="0" w:noVBand="1"/>
      </w:tblPr>
      <w:tblGrid>
        <w:gridCol w:w="4316"/>
        <w:gridCol w:w="4314"/>
      </w:tblGrid>
      <w:tr w:rsidR="003F115B" w:rsidRPr="005B7828" w14:paraId="3174F7F8" w14:textId="77777777" w:rsidTr="003F115B">
        <w:tc>
          <w:tcPr>
            <w:tcW w:w="4316" w:type="dxa"/>
          </w:tcPr>
          <w:p w14:paraId="37FD7DF4" w14:textId="7C23E79D" w:rsidR="003F115B" w:rsidRPr="00E4003D" w:rsidRDefault="003F115B" w:rsidP="00B7556E">
            <w:pPr>
              <w:spacing w:line="276" w:lineRule="auto"/>
              <w:rPr>
                <w:rFonts w:ascii="Source Sans Pro" w:hAnsi="Source Sans Pro"/>
                <w:sz w:val="19"/>
                <w:szCs w:val="19"/>
                <w:lang w:val="nl-NL"/>
              </w:rPr>
            </w:pPr>
            <w:r w:rsidRPr="00E4003D">
              <w:rPr>
                <w:rFonts w:ascii="Source Sans Pro" w:hAnsi="Source Sans Pro"/>
                <w:sz w:val="19"/>
                <w:szCs w:val="19"/>
                <w:lang w:val="nl-NL"/>
              </w:rPr>
              <w:t>Datum aanvraag</w:t>
            </w:r>
          </w:p>
        </w:tc>
        <w:tc>
          <w:tcPr>
            <w:tcW w:w="4314" w:type="dxa"/>
          </w:tcPr>
          <w:p w14:paraId="12D5DC66" w14:textId="2857DB9C" w:rsidR="003F115B" w:rsidRPr="00B7556E" w:rsidRDefault="00BB2658" w:rsidP="00B7556E">
            <w:pPr>
              <w:spacing w:line="276" w:lineRule="auto"/>
              <w:rPr>
                <w:rFonts w:ascii="Source Sans Pro" w:hAnsi="Source Sans Pro"/>
                <w:sz w:val="19"/>
                <w:szCs w:val="19"/>
                <w:lang w:val="nl-NL"/>
              </w:rPr>
            </w:pPr>
            <w:sdt>
              <w:sdtPr>
                <w:rPr>
                  <w:rFonts w:ascii="Source Sans Pro" w:hAnsi="Source Sans Pro"/>
                  <w:sz w:val="19"/>
                  <w:szCs w:val="19"/>
                  <w:lang w:val="nl-NL"/>
                </w:rPr>
                <w:id w:val="-914628311"/>
                <w:placeholder>
                  <w:docPart w:val="300BEBF2BFAE42F6939D9D477B40ACB5"/>
                </w:placeholder>
                <w:showingPlcHdr/>
                <w:date>
                  <w:dateFormat w:val="d-M-yyyy"/>
                  <w:lid w:val="nl-NL"/>
                  <w:storeMappedDataAs w:val="dateTime"/>
                  <w:calendar w:val="gregorian"/>
                </w:date>
              </w:sdtPr>
              <w:sdtEndPr/>
              <w:sdtContent>
                <w:r w:rsidR="00343BE1" w:rsidRPr="00B317BC">
                  <w:rPr>
                    <w:rStyle w:val="Tekstvantijdelijkeaanduiding"/>
                    <w:lang w:val="nl-NL"/>
                  </w:rPr>
                  <w:t>Klik of tik om een datum in te voeren.</w:t>
                </w:r>
              </w:sdtContent>
            </w:sdt>
          </w:p>
        </w:tc>
      </w:tr>
      <w:tr w:rsidR="003F115B" w:rsidRPr="005B7828" w14:paraId="7D7D55C3" w14:textId="77777777" w:rsidTr="003F115B">
        <w:tc>
          <w:tcPr>
            <w:tcW w:w="4316" w:type="dxa"/>
          </w:tcPr>
          <w:p w14:paraId="2E674F2D" w14:textId="242B01B1" w:rsidR="003F115B" w:rsidRPr="00E4003D" w:rsidRDefault="003F115B" w:rsidP="00B7556E">
            <w:pPr>
              <w:spacing w:line="276" w:lineRule="auto"/>
              <w:rPr>
                <w:rFonts w:ascii="Source Sans Pro" w:hAnsi="Source Sans Pro"/>
                <w:sz w:val="19"/>
                <w:szCs w:val="19"/>
                <w:lang w:val="nl-NL"/>
              </w:rPr>
            </w:pPr>
            <w:r w:rsidRPr="00E4003D">
              <w:rPr>
                <w:rFonts w:ascii="Source Sans Pro" w:hAnsi="Source Sans Pro"/>
                <w:sz w:val="19"/>
                <w:szCs w:val="19"/>
                <w:lang w:val="nl-NL"/>
              </w:rPr>
              <w:t xml:space="preserve">Identificatienummer aanvraag </w:t>
            </w:r>
          </w:p>
        </w:tc>
        <w:sdt>
          <w:sdtPr>
            <w:rPr>
              <w:rFonts w:ascii="Source Sans Pro" w:hAnsi="Source Sans Pro"/>
              <w:sz w:val="19"/>
              <w:szCs w:val="19"/>
              <w:lang w:val="nl-NL"/>
            </w:rPr>
            <w:id w:val="293262433"/>
            <w:placeholder>
              <w:docPart w:val="3B2AE09D04564F459CB11ED293B39CF6"/>
            </w:placeholder>
            <w:showingPlcHdr/>
          </w:sdtPr>
          <w:sdtEndPr/>
          <w:sdtContent>
            <w:tc>
              <w:tcPr>
                <w:tcW w:w="4314" w:type="dxa"/>
              </w:tcPr>
              <w:p w14:paraId="4C553FCC" w14:textId="7CBBFD64" w:rsidR="003F115B" w:rsidRPr="00B7556E" w:rsidRDefault="00631CA1" w:rsidP="00B7556E">
                <w:pPr>
                  <w:spacing w:line="276" w:lineRule="auto"/>
                  <w:rPr>
                    <w:rFonts w:ascii="Source Sans Pro" w:hAnsi="Source Sans Pro"/>
                    <w:sz w:val="19"/>
                    <w:szCs w:val="19"/>
                    <w:lang w:val="nl-NL"/>
                  </w:rPr>
                </w:pPr>
                <w:r w:rsidRPr="00987C2B">
                  <w:rPr>
                    <w:rStyle w:val="Tekstvantijdelijkeaanduiding"/>
                    <w:lang w:val="nl-NL"/>
                  </w:rPr>
                  <w:t>Klik of tik om tekst in te voeren.</w:t>
                </w:r>
              </w:p>
            </w:tc>
          </w:sdtContent>
        </w:sdt>
      </w:tr>
      <w:tr w:rsidR="00BA3C91" w:rsidRPr="005B7828" w14:paraId="285319FE" w14:textId="77777777" w:rsidTr="003F115B">
        <w:tc>
          <w:tcPr>
            <w:tcW w:w="4316" w:type="dxa"/>
          </w:tcPr>
          <w:p w14:paraId="54582D13" w14:textId="77777777" w:rsidR="00BA3C91" w:rsidRPr="00B7556E" w:rsidRDefault="00E44238" w:rsidP="00B7556E">
            <w:pPr>
              <w:spacing w:line="276" w:lineRule="auto"/>
              <w:rPr>
                <w:rFonts w:ascii="Source Sans Pro" w:hAnsi="Source Sans Pro"/>
                <w:sz w:val="19"/>
                <w:szCs w:val="19"/>
                <w:lang w:val="nl-NL"/>
              </w:rPr>
            </w:pPr>
            <w:r w:rsidRPr="00B7556E">
              <w:rPr>
                <w:rFonts w:ascii="Source Sans Pro" w:hAnsi="Source Sans Pro"/>
                <w:sz w:val="19"/>
                <w:szCs w:val="19"/>
                <w:lang w:val="nl-NL"/>
              </w:rPr>
              <w:t>Datum bespreking CPV</w:t>
            </w:r>
          </w:p>
        </w:tc>
        <w:tc>
          <w:tcPr>
            <w:tcW w:w="4314" w:type="dxa"/>
          </w:tcPr>
          <w:p w14:paraId="55C6024D" w14:textId="7AC94F5C" w:rsidR="00BA3C91" w:rsidRPr="00B7556E" w:rsidRDefault="00BB2658" w:rsidP="00B7556E">
            <w:pPr>
              <w:spacing w:line="276" w:lineRule="auto"/>
              <w:rPr>
                <w:rFonts w:ascii="Source Sans Pro" w:hAnsi="Source Sans Pro"/>
                <w:sz w:val="19"/>
                <w:szCs w:val="19"/>
                <w:lang w:val="nl-NL"/>
              </w:rPr>
            </w:pPr>
            <w:sdt>
              <w:sdtPr>
                <w:rPr>
                  <w:rFonts w:ascii="Source Sans Pro" w:hAnsi="Source Sans Pro"/>
                  <w:sz w:val="19"/>
                  <w:szCs w:val="19"/>
                  <w:lang w:val="nl-NL"/>
                </w:rPr>
                <w:id w:val="2064452528"/>
                <w:placeholder>
                  <w:docPart w:val="3E2DA661E23F493E909F19A6F92E0C3E"/>
                </w:placeholder>
                <w:showingPlcHdr/>
                <w:date>
                  <w:dateFormat w:val="d-M-yyyy"/>
                  <w:lid w:val="nl-NL"/>
                  <w:storeMappedDataAs w:val="dateTime"/>
                  <w:calendar w:val="gregorian"/>
                </w:date>
              </w:sdtPr>
              <w:sdtEndPr/>
              <w:sdtContent>
                <w:r w:rsidR="00385C93" w:rsidRPr="00B317BC">
                  <w:rPr>
                    <w:rStyle w:val="Tekstvantijdelijkeaanduiding"/>
                    <w:lang w:val="nl-NL"/>
                  </w:rPr>
                  <w:t>Klik of tik om een datum in te voeren.</w:t>
                </w:r>
              </w:sdtContent>
            </w:sdt>
          </w:p>
        </w:tc>
      </w:tr>
      <w:tr w:rsidR="00BA3C91" w:rsidRPr="005B7828" w14:paraId="39535653" w14:textId="77777777" w:rsidTr="003F115B">
        <w:tc>
          <w:tcPr>
            <w:tcW w:w="4316" w:type="dxa"/>
          </w:tcPr>
          <w:p w14:paraId="1718ECD5" w14:textId="77777777" w:rsidR="00BA3C91" w:rsidRPr="00B7556E" w:rsidRDefault="00E44238" w:rsidP="00B7556E">
            <w:pPr>
              <w:spacing w:line="276" w:lineRule="auto"/>
              <w:rPr>
                <w:rFonts w:ascii="Source Sans Pro" w:hAnsi="Source Sans Pro"/>
                <w:sz w:val="19"/>
                <w:szCs w:val="19"/>
                <w:lang w:val="nl-NL"/>
              </w:rPr>
            </w:pPr>
            <w:r w:rsidRPr="00B7556E">
              <w:rPr>
                <w:rFonts w:ascii="Source Sans Pro" w:hAnsi="Source Sans Pro"/>
                <w:sz w:val="19"/>
                <w:szCs w:val="19"/>
                <w:lang w:val="nl-NL"/>
              </w:rPr>
              <w:t>Besluit CPV</w:t>
            </w:r>
          </w:p>
        </w:tc>
        <w:tc>
          <w:tcPr>
            <w:tcW w:w="4314" w:type="dxa"/>
          </w:tcPr>
          <w:p w14:paraId="7D104C73" w14:textId="6AE8190F" w:rsidR="00532B7F" w:rsidRDefault="00532B7F" w:rsidP="00F62C4D">
            <w:pPr>
              <w:suppressAutoHyphens/>
              <w:autoSpaceDN w:val="0"/>
              <w:spacing w:line="276" w:lineRule="auto"/>
              <w:textAlignment w:val="baseline"/>
              <w:rPr>
                <w:rFonts w:ascii="Source Sans Pro" w:eastAsia="Calibri" w:hAnsi="Source Sans Pro" w:cs="Arial"/>
                <w:sz w:val="19"/>
                <w:szCs w:val="19"/>
                <w:lang w:val="nl-NL"/>
              </w:rPr>
            </w:pPr>
            <w:r>
              <w:rPr>
                <w:rFonts w:ascii="Source Sans Pro" w:eastAsia="Calibri" w:hAnsi="Source Sans Pro" w:cs="Arial"/>
                <w:sz w:val="19"/>
                <w:szCs w:val="19"/>
                <w:lang w:val="nl-NL"/>
              </w:rPr>
              <w:t xml:space="preserve">Kruis aan: </w:t>
            </w:r>
          </w:p>
          <w:p w14:paraId="65701187" w14:textId="6A23DE33" w:rsidR="00F62C4D" w:rsidRDefault="00BB2658" w:rsidP="00F62C4D">
            <w:pPr>
              <w:suppressAutoHyphens/>
              <w:autoSpaceDN w:val="0"/>
              <w:spacing w:line="276" w:lineRule="auto"/>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707880340"/>
                <w14:checkbox>
                  <w14:checked w14:val="0"/>
                  <w14:checkedState w14:val="2612" w14:font="MS Gothic"/>
                  <w14:uncheckedState w14:val="2610" w14:font="MS Gothic"/>
                </w14:checkbox>
              </w:sdtPr>
              <w:sdtEndPr/>
              <w:sdtContent>
                <w:r w:rsidR="00F62C4D">
                  <w:rPr>
                    <w:rFonts w:ascii="MS Gothic" w:eastAsia="MS Gothic" w:hAnsi="MS Gothic" w:cs="Arial" w:hint="eastAsia"/>
                    <w:sz w:val="19"/>
                    <w:szCs w:val="19"/>
                    <w:lang w:val="nl-NL"/>
                  </w:rPr>
                  <w:t>☐</w:t>
                </w:r>
              </w:sdtContent>
            </w:sdt>
            <w:r w:rsidR="00F62C4D">
              <w:rPr>
                <w:rFonts w:ascii="Source Sans Pro" w:eastAsia="Calibri" w:hAnsi="Source Sans Pro" w:cs="Arial"/>
                <w:sz w:val="19"/>
                <w:szCs w:val="19"/>
                <w:lang w:val="nl-NL"/>
              </w:rPr>
              <w:t>Goedgekeurd</w:t>
            </w:r>
          </w:p>
          <w:p w14:paraId="175D4BB3" w14:textId="590015AB" w:rsidR="00F62C4D" w:rsidRDefault="00BB2658" w:rsidP="00F62C4D">
            <w:pPr>
              <w:suppressAutoHyphens/>
              <w:autoSpaceDN w:val="0"/>
              <w:spacing w:line="276" w:lineRule="auto"/>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1879924207"/>
                <w14:checkbox>
                  <w14:checked w14:val="0"/>
                  <w14:checkedState w14:val="2612" w14:font="MS Gothic"/>
                  <w14:uncheckedState w14:val="2610" w14:font="MS Gothic"/>
                </w14:checkbox>
              </w:sdtPr>
              <w:sdtEndPr/>
              <w:sdtContent>
                <w:r w:rsidR="00F62C4D">
                  <w:rPr>
                    <w:rFonts w:ascii="MS Gothic" w:eastAsia="MS Gothic" w:hAnsi="MS Gothic" w:cs="Arial" w:hint="eastAsia"/>
                    <w:sz w:val="19"/>
                    <w:szCs w:val="19"/>
                    <w:lang w:val="nl-NL"/>
                  </w:rPr>
                  <w:t>☐</w:t>
                </w:r>
              </w:sdtContent>
            </w:sdt>
            <w:r w:rsidR="00F62C4D">
              <w:rPr>
                <w:rFonts w:ascii="Source Sans Pro" w:eastAsia="Calibri" w:hAnsi="Source Sans Pro" w:cs="Arial"/>
                <w:sz w:val="19"/>
                <w:szCs w:val="19"/>
                <w:lang w:val="nl-NL"/>
              </w:rPr>
              <w:t xml:space="preserve"> Afgekeurd</w:t>
            </w:r>
          </w:p>
          <w:p w14:paraId="32426CC3" w14:textId="09B99AFE" w:rsidR="002437B7" w:rsidRPr="00532B7F" w:rsidRDefault="00BB2658" w:rsidP="00532B7F">
            <w:pPr>
              <w:suppressAutoHyphens/>
              <w:autoSpaceDN w:val="0"/>
              <w:spacing w:line="276" w:lineRule="auto"/>
              <w:textAlignment w:val="baseline"/>
              <w:rPr>
                <w:rFonts w:ascii="Source Sans Pro" w:eastAsia="Calibri" w:hAnsi="Source Sans Pro" w:cs="Arial"/>
                <w:sz w:val="19"/>
                <w:szCs w:val="19"/>
                <w:lang w:val="nl-NL"/>
              </w:rPr>
            </w:pPr>
            <w:sdt>
              <w:sdtPr>
                <w:rPr>
                  <w:rFonts w:ascii="Source Sans Pro" w:eastAsia="Calibri" w:hAnsi="Source Sans Pro" w:cs="Arial"/>
                  <w:sz w:val="19"/>
                  <w:szCs w:val="19"/>
                  <w:lang w:val="nl-NL"/>
                </w:rPr>
                <w:id w:val="-1316882841"/>
                <w14:checkbox>
                  <w14:checked w14:val="0"/>
                  <w14:checkedState w14:val="2612" w14:font="MS Gothic"/>
                  <w14:uncheckedState w14:val="2610" w14:font="MS Gothic"/>
                </w14:checkbox>
              </w:sdtPr>
              <w:sdtEndPr/>
              <w:sdtContent>
                <w:r w:rsidR="00F62C4D">
                  <w:rPr>
                    <w:rFonts w:ascii="MS Gothic" w:eastAsia="MS Gothic" w:hAnsi="MS Gothic" w:cs="Arial" w:hint="eastAsia"/>
                    <w:sz w:val="19"/>
                    <w:szCs w:val="19"/>
                    <w:lang w:val="nl-NL"/>
                  </w:rPr>
                  <w:t>☐</w:t>
                </w:r>
              </w:sdtContent>
            </w:sdt>
            <w:r w:rsidR="002437B7">
              <w:rPr>
                <w:rFonts w:ascii="Source Sans Pro" w:eastAsia="Calibri" w:hAnsi="Source Sans Pro" w:cs="Arial"/>
                <w:sz w:val="19"/>
                <w:szCs w:val="19"/>
                <w:lang w:val="nl-NL"/>
              </w:rPr>
              <w:t>Aangehouden</w:t>
            </w:r>
          </w:p>
        </w:tc>
      </w:tr>
      <w:tr w:rsidR="00532B7F" w:rsidRPr="005B7828" w14:paraId="4C5BDF88" w14:textId="77777777" w:rsidTr="003F115B">
        <w:tc>
          <w:tcPr>
            <w:tcW w:w="4316" w:type="dxa"/>
          </w:tcPr>
          <w:p w14:paraId="4CAEF3B2" w14:textId="1F4D8F2F" w:rsidR="00532B7F" w:rsidRDefault="00532B7F" w:rsidP="00532B7F">
            <w:pPr>
              <w:spacing w:line="276" w:lineRule="auto"/>
              <w:rPr>
                <w:rFonts w:ascii="Source Sans Pro" w:hAnsi="Source Sans Pro"/>
                <w:sz w:val="19"/>
                <w:szCs w:val="19"/>
                <w:lang w:val="nl-NL"/>
              </w:rPr>
            </w:pPr>
            <w:r>
              <w:rPr>
                <w:rFonts w:ascii="Source Sans Pro" w:hAnsi="Source Sans Pro"/>
                <w:sz w:val="19"/>
                <w:szCs w:val="19"/>
                <w:lang w:val="nl-NL"/>
              </w:rPr>
              <w:lastRenderedPageBreak/>
              <w:t xml:space="preserve">Motivatie besluit: </w:t>
            </w:r>
          </w:p>
          <w:p w14:paraId="4029954C" w14:textId="77777777" w:rsidR="00532B7F" w:rsidRPr="00B7556E" w:rsidRDefault="00532B7F" w:rsidP="00B7556E">
            <w:pPr>
              <w:rPr>
                <w:rFonts w:ascii="Source Sans Pro" w:hAnsi="Source Sans Pro"/>
                <w:sz w:val="19"/>
                <w:szCs w:val="19"/>
                <w:lang w:val="nl-NL"/>
              </w:rPr>
            </w:pPr>
          </w:p>
        </w:tc>
        <w:tc>
          <w:tcPr>
            <w:tcW w:w="4314" w:type="dxa"/>
          </w:tcPr>
          <w:sdt>
            <w:sdtPr>
              <w:rPr>
                <w:rFonts w:ascii="Source Sans Pro" w:hAnsi="Source Sans Pro"/>
                <w:sz w:val="19"/>
                <w:szCs w:val="19"/>
                <w:lang w:val="nl-NL"/>
              </w:rPr>
              <w:id w:val="1256244889"/>
              <w:placeholder>
                <w:docPart w:val="55CF150DD99546C5A4461BD06A3C13EF"/>
              </w:placeholder>
              <w:showingPlcHdr/>
            </w:sdtPr>
            <w:sdtEndPr/>
            <w:sdtContent>
              <w:p w14:paraId="6F8BD976" w14:textId="77777777" w:rsidR="00532B7F" w:rsidRDefault="00532B7F" w:rsidP="00532B7F">
                <w:pPr>
                  <w:spacing w:line="276" w:lineRule="auto"/>
                  <w:rPr>
                    <w:rFonts w:ascii="Source Sans Pro" w:hAnsi="Source Sans Pro"/>
                    <w:sz w:val="19"/>
                    <w:szCs w:val="19"/>
                    <w:lang w:val="nl-NL"/>
                  </w:rPr>
                </w:pPr>
                <w:r w:rsidRPr="00987C2B">
                  <w:rPr>
                    <w:rStyle w:val="Tekstvantijdelijkeaanduiding"/>
                    <w:lang w:val="nl-NL"/>
                  </w:rPr>
                  <w:t>Klik of tik om tekst in te voeren.</w:t>
                </w:r>
              </w:p>
            </w:sdtContent>
          </w:sdt>
          <w:p w14:paraId="165169FD" w14:textId="77777777" w:rsidR="00532B7F" w:rsidRDefault="00532B7F" w:rsidP="00F62C4D">
            <w:pPr>
              <w:suppressAutoHyphens/>
              <w:autoSpaceDN w:val="0"/>
              <w:textAlignment w:val="baseline"/>
              <w:rPr>
                <w:rFonts w:ascii="Source Sans Pro" w:eastAsia="Calibri" w:hAnsi="Source Sans Pro" w:cs="Arial"/>
                <w:sz w:val="19"/>
                <w:szCs w:val="19"/>
                <w:lang w:val="nl-NL"/>
              </w:rPr>
            </w:pPr>
          </w:p>
        </w:tc>
      </w:tr>
      <w:tr w:rsidR="00F63788" w:rsidRPr="00FC6FF4" w14:paraId="78595246" w14:textId="77777777" w:rsidTr="003F115B">
        <w:tc>
          <w:tcPr>
            <w:tcW w:w="4316" w:type="dxa"/>
          </w:tcPr>
          <w:p w14:paraId="5FF985AA" w14:textId="524A5A13" w:rsidR="00FA39E2" w:rsidRPr="00940FC0" w:rsidRDefault="00F63788" w:rsidP="00940FC0">
            <w:pPr>
              <w:rPr>
                <w:rFonts w:ascii="Source Sans Pro" w:hAnsi="Source Sans Pro"/>
                <w:sz w:val="19"/>
                <w:szCs w:val="19"/>
                <w:lang w:val="nl-NL"/>
              </w:rPr>
            </w:pPr>
            <w:r>
              <w:rPr>
                <w:rFonts w:ascii="Source Sans Pro" w:hAnsi="Source Sans Pro"/>
                <w:sz w:val="19"/>
                <w:szCs w:val="19"/>
                <w:lang w:val="nl-NL"/>
              </w:rPr>
              <w:t xml:space="preserve">Indien </w:t>
            </w:r>
            <w:r w:rsidR="002437B7">
              <w:rPr>
                <w:rFonts w:ascii="Source Sans Pro" w:hAnsi="Source Sans Pro"/>
                <w:sz w:val="19"/>
                <w:szCs w:val="19"/>
                <w:lang w:val="nl-NL"/>
              </w:rPr>
              <w:t>aangehouden</w:t>
            </w:r>
            <w:r w:rsidR="00FC6FF4">
              <w:rPr>
                <w:rFonts w:ascii="Source Sans Pro" w:hAnsi="Source Sans Pro"/>
                <w:sz w:val="19"/>
                <w:szCs w:val="19"/>
                <w:lang w:val="nl-NL"/>
              </w:rPr>
              <w:t xml:space="preserve">: </w:t>
            </w:r>
            <w:r w:rsidR="00FC6FF4" w:rsidRPr="00940FC0">
              <w:rPr>
                <w:rFonts w:ascii="Source Sans Pro" w:hAnsi="Source Sans Pro"/>
                <w:sz w:val="19"/>
                <w:szCs w:val="19"/>
                <w:lang w:val="nl-NL"/>
              </w:rPr>
              <w:t>z</w:t>
            </w:r>
            <w:r w:rsidRPr="00940FC0">
              <w:rPr>
                <w:rFonts w:ascii="Source Sans Pro" w:hAnsi="Source Sans Pro"/>
                <w:sz w:val="19"/>
                <w:szCs w:val="19"/>
                <w:lang w:val="nl-NL"/>
              </w:rPr>
              <w:t>waarwegend advies</w:t>
            </w:r>
            <w:r w:rsidR="00FC6FF4" w:rsidRPr="00940FC0">
              <w:rPr>
                <w:rFonts w:ascii="Source Sans Pro" w:hAnsi="Source Sans Pro"/>
                <w:sz w:val="19"/>
                <w:szCs w:val="19"/>
                <w:lang w:val="nl-NL"/>
              </w:rPr>
              <w:t xml:space="preserve"> CPV</w:t>
            </w:r>
            <w:r w:rsidR="00FA39E2">
              <w:rPr>
                <w:rFonts w:ascii="Source Sans Pro" w:hAnsi="Source Sans Pro"/>
                <w:sz w:val="19"/>
                <w:szCs w:val="19"/>
                <w:lang w:val="nl-NL"/>
              </w:rPr>
              <w:t xml:space="preserve"> én vervolgproces</w:t>
            </w:r>
          </w:p>
        </w:tc>
        <w:tc>
          <w:tcPr>
            <w:tcW w:w="4314" w:type="dxa"/>
          </w:tcPr>
          <w:p w14:paraId="73A08ED0" w14:textId="0FACE635" w:rsidR="00F63788" w:rsidRDefault="00FA39E2" w:rsidP="00B7556E">
            <w:pPr>
              <w:rPr>
                <w:rFonts w:ascii="Source Sans Pro" w:hAnsi="Source Sans Pro"/>
                <w:sz w:val="19"/>
                <w:szCs w:val="19"/>
                <w:lang w:val="nl-NL"/>
              </w:rPr>
            </w:pPr>
            <w:r>
              <w:rPr>
                <w:rFonts w:ascii="Source Sans Pro" w:hAnsi="Source Sans Pro"/>
                <w:sz w:val="19"/>
                <w:szCs w:val="19"/>
                <w:lang w:val="nl-NL"/>
              </w:rPr>
              <w:t>Zwaarwegend advies:</w:t>
            </w:r>
            <w:r w:rsidR="0082513D">
              <w:rPr>
                <w:rFonts w:ascii="Source Sans Pro" w:hAnsi="Source Sans Pro"/>
                <w:sz w:val="19"/>
                <w:szCs w:val="19"/>
                <w:lang w:val="nl-NL"/>
              </w:rPr>
              <w:br/>
            </w:r>
            <w:sdt>
              <w:sdtPr>
                <w:rPr>
                  <w:rFonts w:ascii="Source Sans Pro" w:hAnsi="Source Sans Pro"/>
                  <w:sz w:val="19"/>
                  <w:szCs w:val="19"/>
                  <w:lang w:val="nl-NL"/>
                </w:rPr>
                <w:id w:val="1583494077"/>
                <w:placeholder>
                  <w:docPart w:val="50654CFE5CA84A54B9F7BD0FBB522D30"/>
                </w:placeholder>
                <w:showingPlcHdr/>
              </w:sdtPr>
              <w:sdtEndPr/>
              <w:sdtContent>
                <w:r w:rsidR="00631CA1" w:rsidRPr="00987C2B">
                  <w:rPr>
                    <w:rStyle w:val="Tekstvantijdelijkeaanduiding"/>
                    <w:lang w:val="nl-NL"/>
                  </w:rPr>
                  <w:t>Klik of tik om tekst in te voeren.</w:t>
                </w:r>
              </w:sdtContent>
            </w:sdt>
          </w:p>
          <w:p w14:paraId="4A63C60F" w14:textId="77777777" w:rsidR="00FA39E2" w:rsidRDefault="00FA39E2" w:rsidP="00B7556E">
            <w:pPr>
              <w:rPr>
                <w:rFonts w:ascii="Source Sans Pro" w:hAnsi="Source Sans Pro"/>
                <w:sz w:val="19"/>
                <w:szCs w:val="19"/>
                <w:lang w:val="nl-NL"/>
              </w:rPr>
            </w:pPr>
          </w:p>
          <w:p w14:paraId="78AD5DD2" w14:textId="4328B723" w:rsidR="00FA39E2" w:rsidRDefault="00FA39E2" w:rsidP="00B7556E">
            <w:pPr>
              <w:rPr>
                <w:rFonts w:ascii="Source Sans Pro" w:hAnsi="Source Sans Pro"/>
                <w:sz w:val="19"/>
                <w:szCs w:val="19"/>
                <w:lang w:val="nl-NL"/>
              </w:rPr>
            </w:pPr>
            <w:r>
              <w:rPr>
                <w:rFonts w:ascii="Source Sans Pro" w:hAnsi="Source Sans Pro"/>
                <w:sz w:val="19"/>
                <w:szCs w:val="19"/>
                <w:lang w:val="nl-NL"/>
              </w:rPr>
              <w:t>Vervolg</w:t>
            </w:r>
            <w:r w:rsidR="00D35020">
              <w:rPr>
                <w:rFonts w:ascii="Source Sans Pro" w:hAnsi="Source Sans Pro"/>
                <w:sz w:val="19"/>
                <w:szCs w:val="19"/>
                <w:lang w:val="nl-NL"/>
              </w:rPr>
              <w:t xml:space="preserve"> als verwijzer zwaarwegende advies overneemt</w:t>
            </w:r>
            <w:r>
              <w:rPr>
                <w:rFonts w:ascii="Source Sans Pro" w:hAnsi="Source Sans Pro"/>
                <w:sz w:val="19"/>
                <w:szCs w:val="19"/>
                <w:lang w:val="nl-NL"/>
              </w:rPr>
              <w:t>:</w:t>
            </w:r>
          </w:p>
          <w:p w14:paraId="4F5D1443" w14:textId="56054116" w:rsidR="00530225" w:rsidRDefault="00BB2658" w:rsidP="00530225">
            <w:pPr>
              <w:suppressAutoHyphens/>
              <w:autoSpaceDN w:val="0"/>
              <w:spacing w:line="276" w:lineRule="auto"/>
              <w:textAlignment w:val="baseline"/>
              <w:rPr>
                <w:rFonts w:ascii="Source Sans Pro" w:hAnsi="Source Sans Pro"/>
                <w:sz w:val="19"/>
                <w:szCs w:val="19"/>
                <w:lang w:val="nl-NL"/>
              </w:rPr>
            </w:pPr>
            <w:sdt>
              <w:sdtPr>
                <w:rPr>
                  <w:rFonts w:ascii="Source Sans Pro" w:eastAsia="Calibri" w:hAnsi="Source Sans Pro" w:cs="Arial"/>
                  <w:sz w:val="19"/>
                  <w:szCs w:val="19"/>
                  <w:lang w:val="nl-NL"/>
                </w:rPr>
                <w:id w:val="1962844404"/>
                <w14:checkbox>
                  <w14:checked w14:val="0"/>
                  <w14:checkedState w14:val="2612" w14:font="MS Gothic"/>
                  <w14:uncheckedState w14:val="2610" w14:font="MS Gothic"/>
                </w14:checkbox>
              </w:sdtPr>
              <w:sdtEndPr/>
              <w:sdtContent>
                <w:r w:rsidR="00530225">
                  <w:rPr>
                    <w:rFonts w:ascii="MS Gothic" w:eastAsia="MS Gothic" w:hAnsi="MS Gothic" w:cs="Arial" w:hint="eastAsia"/>
                    <w:sz w:val="19"/>
                    <w:szCs w:val="19"/>
                    <w:lang w:val="nl-NL"/>
                  </w:rPr>
                  <w:t>☐</w:t>
                </w:r>
              </w:sdtContent>
            </w:sdt>
            <w:r w:rsidR="00D35020">
              <w:rPr>
                <w:rFonts w:ascii="Source Sans Pro" w:eastAsia="Calibri" w:hAnsi="Source Sans Pro" w:cs="Arial"/>
                <w:sz w:val="19"/>
                <w:szCs w:val="19"/>
                <w:lang w:val="nl-NL"/>
              </w:rPr>
              <w:t xml:space="preserve"> De verwijzer </w:t>
            </w:r>
            <w:r w:rsidR="00B24ECD">
              <w:rPr>
                <w:rFonts w:ascii="Source Sans Pro" w:hAnsi="Source Sans Pro"/>
                <w:sz w:val="19"/>
                <w:szCs w:val="19"/>
                <w:lang w:val="nl-NL"/>
              </w:rPr>
              <w:t xml:space="preserve">moet </w:t>
            </w:r>
            <w:r w:rsidR="00530225">
              <w:rPr>
                <w:rFonts w:ascii="Source Sans Pro" w:hAnsi="Source Sans Pro"/>
                <w:sz w:val="19"/>
                <w:szCs w:val="19"/>
                <w:lang w:val="nl-NL"/>
              </w:rPr>
              <w:t xml:space="preserve">via de mail terugkoppelen </w:t>
            </w:r>
            <w:r w:rsidR="004E34B0">
              <w:rPr>
                <w:rFonts w:ascii="Source Sans Pro" w:hAnsi="Source Sans Pro"/>
                <w:sz w:val="19"/>
                <w:szCs w:val="19"/>
                <w:lang w:val="nl-NL"/>
              </w:rPr>
              <w:t xml:space="preserve">het zwaarwegende advies </w:t>
            </w:r>
            <w:r w:rsidR="00530225">
              <w:rPr>
                <w:rFonts w:ascii="Source Sans Pro" w:hAnsi="Source Sans Pro"/>
                <w:sz w:val="19"/>
                <w:szCs w:val="19"/>
                <w:lang w:val="nl-NL"/>
              </w:rPr>
              <w:t xml:space="preserve">over te nemen. </w:t>
            </w:r>
            <w:r w:rsidR="004E34B0">
              <w:rPr>
                <w:rFonts w:ascii="Source Sans Pro" w:hAnsi="Source Sans Pro"/>
                <w:sz w:val="19"/>
                <w:szCs w:val="19"/>
                <w:lang w:val="nl-NL"/>
              </w:rPr>
              <w:t>De aanvraag wordt dan</w:t>
            </w:r>
            <w:r w:rsidR="00530225">
              <w:rPr>
                <w:rFonts w:ascii="Source Sans Pro" w:hAnsi="Source Sans Pro"/>
                <w:sz w:val="19"/>
                <w:szCs w:val="19"/>
                <w:lang w:val="nl-NL"/>
              </w:rPr>
              <w:t>, zonder verdere bespreking,</w:t>
            </w:r>
            <w:r w:rsidR="004E34B0">
              <w:rPr>
                <w:rFonts w:ascii="Source Sans Pro" w:hAnsi="Source Sans Pro"/>
                <w:sz w:val="19"/>
                <w:szCs w:val="19"/>
                <w:lang w:val="nl-NL"/>
              </w:rPr>
              <w:t xml:space="preserve"> goedgekeurd. </w:t>
            </w:r>
          </w:p>
          <w:p w14:paraId="71ABB234" w14:textId="229EC322" w:rsidR="00D35020" w:rsidRDefault="00BB2658" w:rsidP="00530225">
            <w:pPr>
              <w:suppressAutoHyphens/>
              <w:autoSpaceDN w:val="0"/>
              <w:spacing w:line="276" w:lineRule="auto"/>
              <w:textAlignment w:val="baseline"/>
              <w:rPr>
                <w:rFonts w:ascii="Source Sans Pro" w:hAnsi="Source Sans Pro"/>
                <w:sz w:val="19"/>
                <w:szCs w:val="19"/>
                <w:lang w:val="nl-NL"/>
              </w:rPr>
            </w:pPr>
            <w:sdt>
              <w:sdtPr>
                <w:rPr>
                  <w:rFonts w:ascii="Source Sans Pro" w:eastAsia="Calibri" w:hAnsi="Source Sans Pro" w:cs="Arial"/>
                  <w:sz w:val="19"/>
                  <w:szCs w:val="19"/>
                  <w:lang w:val="nl-NL"/>
                </w:rPr>
                <w:id w:val="-2118281681"/>
                <w14:checkbox>
                  <w14:checked w14:val="0"/>
                  <w14:checkedState w14:val="2612" w14:font="MS Gothic"/>
                  <w14:uncheckedState w14:val="2610" w14:font="MS Gothic"/>
                </w14:checkbox>
              </w:sdtPr>
              <w:sdtEndPr/>
              <w:sdtContent>
                <w:r w:rsidR="00530225">
                  <w:rPr>
                    <w:rFonts w:ascii="MS Gothic" w:eastAsia="MS Gothic" w:hAnsi="MS Gothic" w:cs="Arial" w:hint="eastAsia"/>
                    <w:sz w:val="19"/>
                    <w:szCs w:val="19"/>
                    <w:lang w:val="nl-NL"/>
                  </w:rPr>
                  <w:t>☐</w:t>
                </w:r>
              </w:sdtContent>
            </w:sdt>
            <w:r w:rsidR="00530225">
              <w:rPr>
                <w:rFonts w:ascii="Source Sans Pro" w:eastAsia="Calibri" w:hAnsi="Source Sans Pro" w:cs="Arial"/>
                <w:sz w:val="19"/>
                <w:szCs w:val="19"/>
                <w:lang w:val="nl-NL"/>
              </w:rPr>
              <w:t xml:space="preserve"> D</w:t>
            </w:r>
            <w:r w:rsidR="004E34B0">
              <w:rPr>
                <w:rFonts w:ascii="Source Sans Pro" w:hAnsi="Source Sans Pro"/>
                <w:sz w:val="19"/>
                <w:szCs w:val="19"/>
                <w:lang w:val="nl-NL"/>
              </w:rPr>
              <w:t xml:space="preserve">e verwijzer </w:t>
            </w:r>
            <w:r w:rsidR="005E441B">
              <w:rPr>
                <w:rFonts w:ascii="Source Sans Pro" w:hAnsi="Source Sans Pro"/>
                <w:sz w:val="19"/>
                <w:szCs w:val="19"/>
                <w:lang w:val="nl-NL"/>
              </w:rPr>
              <w:t>moet de aanvraag opnieuw indienen als het zwaarwegende advies is uitgevoerd.</w:t>
            </w:r>
            <w:r w:rsidR="00FC5B38">
              <w:rPr>
                <w:rFonts w:ascii="Source Sans Pro" w:hAnsi="Source Sans Pro"/>
                <w:sz w:val="19"/>
                <w:szCs w:val="19"/>
                <w:lang w:val="nl-NL"/>
              </w:rPr>
              <w:t xml:space="preserve"> </w:t>
            </w:r>
            <w:r w:rsidR="005E441B">
              <w:rPr>
                <w:rFonts w:ascii="Source Sans Pro" w:hAnsi="Source Sans Pro"/>
                <w:sz w:val="19"/>
                <w:szCs w:val="19"/>
                <w:lang w:val="nl-NL"/>
              </w:rPr>
              <w:t>De aanvraag wordt dan</w:t>
            </w:r>
            <w:r w:rsidR="00FC5B38">
              <w:rPr>
                <w:rFonts w:ascii="Source Sans Pro" w:hAnsi="Source Sans Pro"/>
                <w:sz w:val="19"/>
                <w:szCs w:val="19"/>
                <w:lang w:val="nl-NL"/>
              </w:rPr>
              <w:t xml:space="preserve"> opnieuw beoordeeld</w:t>
            </w:r>
            <w:r w:rsidR="005E441B">
              <w:rPr>
                <w:rFonts w:ascii="Source Sans Pro" w:hAnsi="Source Sans Pro"/>
                <w:sz w:val="19"/>
                <w:szCs w:val="19"/>
                <w:lang w:val="nl-NL"/>
              </w:rPr>
              <w:t>.</w:t>
            </w:r>
            <w:r w:rsidR="00FC5B38">
              <w:rPr>
                <w:rFonts w:ascii="Source Sans Pro" w:hAnsi="Source Sans Pro"/>
                <w:sz w:val="19"/>
                <w:szCs w:val="19"/>
                <w:lang w:val="nl-NL"/>
              </w:rPr>
              <w:t xml:space="preserve"> </w:t>
            </w:r>
          </w:p>
          <w:p w14:paraId="79576EAC" w14:textId="77777777" w:rsidR="00B24ECD" w:rsidRDefault="00B24ECD" w:rsidP="00530225">
            <w:pPr>
              <w:suppressAutoHyphens/>
              <w:autoSpaceDN w:val="0"/>
              <w:spacing w:line="276" w:lineRule="auto"/>
              <w:textAlignment w:val="baseline"/>
              <w:rPr>
                <w:rFonts w:ascii="Source Sans Pro" w:hAnsi="Source Sans Pro"/>
                <w:sz w:val="19"/>
                <w:szCs w:val="19"/>
                <w:lang w:val="nl-NL"/>
              </w:rPr>
            </w:pPr>
          </w:p>
          <w:p w14:paraId="1BF86F12" w14:textId="73045BC5" w:rsidR="00B24ECD" w:rsidRDefault="00B24ECD" w:rsidP="00530225">
            <w:pPr>
              <w:suppressAutoHyphens/>
              <w:autoSpaceDN w:val="0"/>
              <w:spacing w:line="276" w:lineRule="auto"/>
              <w:textAlignment w:val="baseline"/>
              <w:rPr>
                <w:rFonts w:ascii="Source Sans Pro" w:hAnsi="Source Sans Pro"/>
                <w:sz w:val="19"/>
                <w:szCs w:val="19"/>
                <w:lang w:val="nl-NL"/>
              </w:rPr>
            </w:pPr>
            <w:r>
              <w:rPr>
                <w:rFonts w:ascii="Source Sans Pro" w:hAnsi="Source Sans Pro"/>
                <w:sz w:val="19"/>
                <w:szCs w:val="19"/>
                <w:lang w:val="nl-NL"/>
              </w:rPr>
              <w:t xml:space="preserve">Vervolg als verwijzer het zwaarwegende advies niet wil overnemen: </w:t>
            </w:r>
          </w:p>
          <w:p w14:paraId="55A3065D" w14:textId="29DC1A02" w:rsidR="00D35020" w:rsidRDefault="00BB2658" w:rsidP="00530225">
            <w:pPr>
              <w:suppressAutoHyphens/>
              <w:autoSpaceDN w:val="0"/>
              <w:spacing w:line="276" w:lineRule="auto"/>
              <w:textAlignment w:val="baseline"/>
              <w:rPr>
                <w:rFonts w:ascii="Source Sans Pro" w:hAnsi="Source Sans Pro"/>
                <w:sz w:val="19"/>
                <w:szCs w:val="19"/>
                <w:lang w:val="nl-NL"/>
              </w:rPr>
            </w:pPr>
            <w:sdt>
              <w:sdtPr>
                <w:rPr>
                  <w:rFonts w:ascii="Source Sans Pro" w:eastAsia="Calibri" w:hAnsi="Source Sans Pro" w:cs="Arial"/>
                  <w:sz w:val="19"/>
                  <w:szCs w:val="19"/>
                  <w:lang w:val="nl-NL"/>
                </w:rPr>
                <w:id w:val="1026217568"/>
                <w14:checkbox>
                  <w14:checked w14:val="0"/>
                  <w14:checkedState w14:val="2612" w14:font="MS Gothic"/>
                  <w14:uncheckedState w14:val="2610" w14:font="MS Gothic"/>
                </w14:checkbox>
              </w:sdtPr>
              <w:sdtEndPr/>
              <w:sdtContent>
                <w:r w:rsidR="00B24ECD">
                  <w:rPr>
                    <w:rFonts w:ascii="MS Gothic" w:eastAsia="MS Gothic" w:hAnsi="MS Gothic" w:cs="Arial" w:hint="eastAsia"/>
                    <w:sz w:val="19"/>
                    <w:szCs w:val="19"/>
                    <w:lang w:val="nl-NL"/>
                  </w:rPr>
                  <w:t>☐</w:t>
                </w:r>
              </w:sdtContent>
            </w:sdt>
            <w:r w:rsidR="00B24ECD">
              <w:rPr>
                <w:rFonts w:ascii="Source Sans Pro" w:eastAsia="Calibri" w:hAnsi="Source Sans Pro" w:cs="Arial"/>
                <w:sz w:val="19"/>
                <w:szCs w:val="19"/>
                <w:lang w:val="nl-NL"/>
              </w:rPr>
              <w:t xml:space="preserve"> D</w:t>
            </w:r>
            <w:r w:rsidR="00B24ECD">
              <w:rPr>
                <w:rFonts w:ascii="Source Sans Pro" w:hAnsi="Source Sans Pro"/>
                <w:sz w:val="19"/>
                <w:szCs w:val="19"/>
                <w:lang w:val="nl-NL"/>
              </w:rPr>
              <w:t>e verwijzer motiveert via de mail richting de CPV waarom hij het zwaarwegende advies niet wil overnemen. De</w:t>
            </w:r>
            <w:r w:rsidR="00F01E27">
              <w:rPr>
                <w:rFonts w:ascii="Source Sans Pro" w:hAnsi="Source Sans Pro"/>
                <w:sz w:val="19"/>
                <w:szCs w:val="19"/>
                <w:lang w:val="nl-NL"/>
              </w:rPr>
              <w:t xml:space="preserve"> CPV neemt een besluit op de aanvraag. </w:t>
            </w:r>
            <w:r w:rsidR="00B24ECD">
              <w:rPr>
                <w:rFonts w:ascii="Source Sans Pro" w:hAnsi="Source Sans Pro"/>
                <w:sz w:val="19"/>
                <w:szCs w:val="19"/>
                <w:lang w:val="nl-NL"/>
              </w:rPr>
              <w:t xml:space="preserve"> </w:t>
            </w:r>
          </w:p>
          <w:p w14:paraId="0289B7B5" w14:textId="20709D38" w:rsidR="00FC5B38" w:rsidRPr="00F01E27" w:rsidRDefault="00FC5B38" w:rsidP="00530225">
            <w:pPr>
              <w:suppressAutoHyphens/>
              <w:autoSpaceDN w:val="0"/>
              <w:spacing w:line="276" w:lineRule="auto"/>
              <w:textAlignment w:val="baseline"/>
              <w:rPr>
                <w:rFonts w:ascii="Source Sans Pro" w:hAnsi="Source Sans Pro"/>
                <w:sz w:val="19"/>
                <w:szCs w:val="19"/>
                <w:lang w:val="nl-NL"/>
              </w:rPr>
            </w:pPr>
          </w:p>
        </w:tc>
      </w:tr>
      <w:tr w:rsidR="00F05236" w:rsidRPr="005B7828" w14:paraId="7EC50728" w14:textId="77777777" w:rsidTr="003F115B">
        <w:tc>
          <w:tcPr>
            <w:tcW w:w="4316" w:type="dxa"/>
          </w:tcPr>
          <w:p w14:paraId="1EC000D5" w14:textId="249EE082" w:rsidR="00F05236" w:rsidRDefault="00F05236" w:rsidP="00F05236">
            <w:pPr>
              <w:rPr>
                <w:rFonts w:ascii="Source Sans Pro" w:hAnsi="Source Sans Pro"/>
                <w:sz w:val="19"/>
                <w:szCs w:val="19"/>
                <w:lang w:val="nl-NL"/>
              </w:rPr>
            </w:pPr>
            <w:r>
              <w:rPr>
                <w:rFonts w:ascii="Source Sans Pro" w:hAnsi="Source Sans Pro"/>
                <w:sz w:val="19"/>
                <w:szCs w:val="19"/>
                <w:lang w:val="nl-NL"/>
              </w:rPr>
              <w:t xml:space="preserve">Opmerkingen, aandachtspunten of afspraken uit de CPV-bespreking </w:t>
            </w:r>
          </w:p>
        </w:tc>
        <w:sdt>
          <w:sdtPr>
            <w:rPr>
              <w:rFonts w:ascii="Source Sans Pro" w:hAnsi="Source Sans Pro"/>
              <w:sz w:val="19"/>
              <w:szCs w:val="19"/>
              <w:lang w:val="nl-NL"/>
            </w:rPr>
            <w:id w:val="-1883937642"/>
            <w:placeholder>
              <w:docPart w:val="63A5F3DA2F3A42EDAE52812D851909F6"/>
            </w:placeholder>
            <w:showingPlcHdr/>
          </w:sdtPr>
          <w:sdtEndPr/>
          <w:sdtContent>
            <w:tc>
              <w:tcPr>
                <w:tcW w:w="4314" w:type="dxa"/>
              </w:tcPr>
              <w:p w14:paraId="46ECA00E" w14:textId="1B890E9A" w:rsidR="00F05236" w:rsidRDefault="00631CA1" w:rsidP="00B7556E">
                <w:pPr>
                  <w:rPr>
                    <w:rFonts w:ascii="Source Sans Pro" w:hAnsi="Source Sans Pro"/>
                    <w:sz w:val="19"/>
                    <w:szCs w:val="19"/>
                    <w:lang w:val="nl-NL"/>
                  </w:rPr>
                </w:pPr>
                <w:r w:rsidRPr="00987C2B">
                  <w:rPr>
                    <w:rStyle w:val="Tekstvantijdelijkeaanduiding"/>
                    <w:lang w:val="nl-NL"/>
                  </w:rPr>
                  <w:t>Klik of tik om tekst in te voeren.</w:t>
                </w:r>
              </w:p>
            </w:tc>
          </w:sdtContent>
        </w:sdt>
      </w:tr>
    </w:tbl>
    <w:p w14:paraId="12D55C65" w14:textId="77777777" w:rsidR="00046B36" w:rsidRPr="00795060" w:rsidRDefault="00046B36">
      <w:pPr>
        <w:rPr>
          <w:lang w:val="nl-NL"/>
        </w:rPr>
      </w:pPr>
    </w:p>
    <w:sectPr w:rsidR="00046B36" w:rsidRPr="00795060"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CDCB" w14:textId="77777777" w:rsidR="00BB2658" w:rsidRDefault="00BB2658" w:rsidP="00186AF1">
      <w:pPr>
        <w:spacing w:after="0" w:line="240" w:lineRule="auto"/>
      </w:pPr>
      <w:r>
        <w:separator/>
      </w:r>
    </w:p>
  </w:endnote>
  <w:endnote w:type="continuationSeparator" w:id="0">
    <w:p w14:paraId="2F19E869" w14:textId="77777777" w:rsidR="00BB2658" w:rsidRDefault="00BB2658" w:rsidP="0018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ource Sans Pro">
    <w:altName w:val="Arial"/>
    <w:charset w:val="00"/>
    <w:family w:val="swiss"/>
    <w:pitch w:val="variable"/>
    <w:sig w:usb0="600002F7" w:usb1="02000001" w:usb2="00000000" w:usb3="00000000" w:csb0="0000019F" w:csb1="00000000"/>
  </w:font>
  <w:font w:name="Oranda BT">
    <w:altName w:val="Times New Roman"/>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8128" w14:textId="77777777" w:rsidR="00BB2658" w:rsidRDefault="00BB2658" w:rsidP="00186AF1">
      <w:pPr>
        <w:spacing w:after="0" w:line="240" w:lineRule="auto"/>
      </w:pPr>
      <w:r>
        <w:separator/>
      </w:r>
    </w:p>
  </w:footnote>
  <w:footnote w:type="continuationSeparator" w:id="0">
    <w:p w14:paraId="23E9EE39" w14:textId="77777777" w:rsidR="00BB2658" w:rsidRDefault="00BB2658" w:rsidP="00186A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B6A0B98"/>
    <w:multiLevelType w:val="multilevel"/>
    <w:tmpl w:val="FE26A4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0B847091"/>
    <w:multiLevelType w:val="hybridMultilevel"/>
    <w:tmpl w:val="5AB08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C956FA"/>
    <w:multiLevelType w:val="hybridMultilevel"/>
    <w:tmpl w:val="158E6232"/>
    <w:lvl w:ilvl="0" w:tplc="BE1EF826">
      <w:start w:val="1"/>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690D73"/>
    <w:multiLevelType w:val="multilevel"/>
    <w:tmpl w:val="563479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3295CEB"/>
    <w:multiLevelType w:val="hybridMultilevel"/>
    <w:tmpl w:val="CA26988C"/>
    <w:lvl w:ilvl="0" w:tplc="BE1EF826">
      <w:start w:val="1"/>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7742EF"/>
    <w:multiLevelType w:val="hybridMultilevel"/>
    <w:tmpl w:val="65166A6E"/>
    <w:lvl w:ilvl="0" w:tplc="BE1EF826">
      <w:start w:val="1"/>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862F1A"/>
    <w:multiLevelType w:val="hybridMultilevel"/>
    <w:tmpl w:val="5570F9B4"/>
    <w:lvl w:ilvl="0" w:tplc="BE1EF826">
      <w:start w:val="3"/>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463A1E"/>
    <w:multiLevelType w:val="multilevel"/>
    <w:tmpl w:val="A880D092"/>
    <w:lvl w:ilvl="0">
      <w:numFmt w:val="bullet"/>
      <w:lvlText w:val="□"/>
      <w:lvlJc w:val="left"/>
      <w:pPr>
        <w:ind w:left="1080" w:hanging="360"/>
      </w:pPr>
      <w:rPr>
        <w:rFonts w:ascii="Courier New" w:hAnsi="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D213FC4"/>
    <w:multiLevelType w:val="hybridMultilevel"/>
    <w:tmpl w:val="B8C87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0384714">
    <w:abstractNumId w:val="8"/>
  </w:num>
  <w:num w:numId="2" w16cid:durableId="981813019">
    <w:abstractNumId w:val="6"/>
  </w:num>
  <w:num w:numId="3" w16cid:durableId="1788499601">
    <w:abstractNumId w:val="5"/>
  </w:num>
  <w:num w:numId="4" w16cid:durableId="424805326">
    <w:abstractNumId w:val="4"/>
  </w:num>
  <w:num w:numId="5" w16cid:durableId="997995658">
    <w:abstractNumId w:val="7"/>
  </w:num>
  <w:num w:numId="6" w16cid:durableId="941760534">
    <w:abstractNumId w:val="3"/>
  </w:num>
  <w:num w:numId="7" w16cid:durableId="1254702669">
    <w:abstractNumId w:val="2"/>
  </w:num>
  <w:num w:numId="8" w16cid:durableId="991715109">
    <w:abstractNumId w:val="1"/>
  </w:num>
  <w:num w:numId="9" w16cid:durableId="2020965384">
    <w:abstractNumId w:val="0"/>
  </w:num>
  <w:num w:numId="10" w16cid:durableId="910889453">
    <w:abstractNumId w:val="14"/>
  </w:num>
  <w:num w:numId="11" w16cid:durableId="306398864">
    <w:abstractNumId w:val="13"/>
  </w:num>
  <w:num w:numId="12" w16cid:durableId="2008632168">
    <w:abstractNumId w:val="15"/>
  </w:num>
  <w:num w:numId="13" w16cid:durableId="449974902">
    <w:abstractNumId w:val="17"/>
  </w:num>
  <w:num w:numId="14" w16cid:durableId="990328455">
    <w:abstractNumId w:val="9"/>
  </w:num>
  <w:num w:numId="15" w16cid:durableId="944189109">
    <w:abstractNumId w:val="11"/>
  </w:num>
  <w:num w:numId="16" w16cid:durableId="18316125">
    <w:abstractNumId w:val="12"/>
  </w:num>
  <w:num w:numId="17" w16cid:durableId="1906990455">
    <w:abstractNumId w:val="16"/>
  </w:num>
  <w:num w:numId="18" w16cid:durableId="32317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B5B"/>
    <w:rsid w:val="00005B15"/>
    <w:rsid w:val="00006982"/>
    <w:rsid w:val="00007F9D"/>
    <w:rsid w:val="000265C8"/>
    <w:rsid w:val="00030CA1"/>
    <w:rsid w:val="00031A17"/>
    <w:rsid w:val="0003311B"/>
    <w:rsid w:val="00034616"/>
    <w:rsid w:val="000419E5"/>
    <w:rsid w:val="000460A0"/>
    <w:rsid w:val="00046B36"/>
    <w:rsid w:val="00051EAE"/>
    <w:rsid w:val="00054FDA"/>
    <w:rsid w:val="0006063C"/>
    <w:rsid w:val="00062569"/>
    <w:rsid w:val="00062C1D"/>
    <w:rsid w:val="0006600D"/>
    <w:rsid w:val="00072F30"/>
    <w:rsid w:val="00077A54"/>
    <w:rsid w:val="000900CD"/>
    <w:rsid w:val="000A2A55"/>
    <w:rsid w:val="000A33B7"/>
    <w:rsid w:val="000B1094"/>
    <w:rsid w:val="000C3C1A"/>
    <w:rsid w:val="000C747F"/>
    <w:rsid w:val="000D5533"/>
    <w:rsid w:val="000E0D14"/>
    <w:rsid w:val="000E53D7"/>
    <w:rsid w:val="000F4569"/>
    <w:rsid w:val="000F5BC7"/>
    <w:rsid w:val="000F6DF7"/>
    <w:rsid w:val="00105745"/>
    <w:rsid w:val="00110176"/>
    <w:rsid w:val="00110758"/>
    <w:rsid w:val="0012628A"/>
    <w:rsid w:val="00126A20"/>
    <w:rsid w:val="00127140"/>
    <w:rsid w:val="00127405"/>
    <w:rsid w:val="00137C69"/>
    <w:rsid w:val="00141CB8"/>
    <w:rsid w:val="00142649"/>
    <w:rsid w:val="00143FA2"/>
    <w:rsid w:val="0014404F"/>
    <w:rsid w:val="00144CCE"/>
    <w:rsid w:val="00145D9F"/>
    <w:rsid w:val="001470B8"/>
    <w:rsid w:val="0015074B"/>
    <w:rsid w:val="0015305E"/>
    <w:rsid w:val="0015798B"/>
    <w:rsid w:val="001638F4"/>
    <w:rsid w:val="001755DA"/>
    <w:rsid w:val="001827B2"/>
    <w:rsid w:val="00186AF1"/>
    <w:rsid w:val="00191CB2"/>
    <w:rsid w:val="001A22E4"/>
    <w:rsid w:val="001A332C"/>
    <w:rsid w:val="001A5C83"/>
    <w:rsid w:val="001B4212"/>
    <w:rsid w:val="001B4F22"/>
    <w:rsid w:val="001B5CFA"/>
    <w:rsid w:val="001B6B8A"/>
    <w:rsid w:val="001C15C5"/>
    <w:rsid w:val="001C7B1A"/>
    <w:rsid w:val="001D0151"/>
    <w:rsid w:val="001E2888"/>
    <w:rsid w:val="001F022F"/>
    <w:rsid w:val="001F1284"/>
    <w:rsid w:val="001F6453"/>
    <w:rsid w:val="002004F8"/>
    <w:rsid w:val="00202E23"/>
    <w:rsid w:val="00203C5A"/>
    <w:rsid w:val="0022486D"/>
    <w:rsid w:val="00224BA5"/>
    <w:rsid w:val="0022524F"/>
    <w:rsid w:val="002276B8"/>
    <w:rsid w:val="00230186"/>
    <w:rsid w:val="0023227D"/>
    <w:rsid w:val="002356AC"/>
    <w:rsid w:val="00235CCE"/>
    <w:rsid w:val="00243396"/>
    <w:rsid w:val="002437B7"/>
    <w:rsid w:val="00243840"/>
    <w:rsid w:val="00243A9D"/>
    <w:rsid w:val="002465C1"/>
    <w:rsid w:val="00247005"/>
    <w:rsid w:val="00247A3B"/>
    <w:rsid w:val="0025650C"/>
    <w:rsid w:val="0026105F"/>
    <w:rsid w:val="00263A31"/>
    <w:rsid w:val="002640D4"/>
    <w:rsid w:val="00266E83"/>
    <w:rsid w:val="00267C54"/>
    <w:rsid w:val="002738C9"/>
    <w:rsid w:val="0027486C"/>
    <w:rsid w:val="00276D27"/>
    <w:rsid w:val="00280462"/>
    <w:rsid w:val="002819A8"/>
    <w:rsid w:val="00281E13"/>
    <w:rsid w:val="00282FA7"/>
    <w:rsid w:val="002857BD"/>
    <w:rsid w:val="0029171A"/>
    <w:rsid w:val="00291ACE"/>
    <w:rsid w:val="0029600F"/>
    <w:rsid w:val="0029639D"/>
    <w:rsid w:val="002A0033"/>
    <w:rsid w:val="002A0928"/>
    <w:rsid w:val="002A415F"/>
    <w:rsid w:val="002A519F"/>
    <w:rsid w:val="002A60F5"/>
    <w:rsid w:val="002A617C"/>
    <w:rsid w:val="002A67E4"/>
    <w:rsid w:val="002B107C"/>
    <w:rsid w:val="002B626F"/>
    <w:rsid w:val="002C1B56"/>
    <w:rsid w:val="002C1F02"/>
    <w:rsid w:val="002C3E95"/>
    <w:rsid w:val="002C72D5"/>
    <w:rsid w:val="002E1961"/>
    <w:rsid w:val="002E2008"/>
    <w:rsid w:val="002E694C"/>
    <w:rsid w:val="002E6FCA"/>
    <w:rsid w:val="002F2FFD"/>
    <w:rsid w:val="002F4796"/>
    <w:rsid w:val="002F5C19"/>
    <w:rsid w:val="00306131"/>
    <w:rsid w:val="0030615E"/>
    <w:rsid w:val="00311D2A"/>
    <w:rsid w:val="00326F90"/>
    <w:rsid w:val="0033407C"/>
    <w:rsid w:val="00343BE1"/>
    <w:rsid w:val="0034790A"/>
    <w:rsid w:val="00352AB6"/>
    <w:rsid w:val="00352CC1"/>
    <w:rsid w:val="003569AE"/>
    <w:rsid w:val="003610C5"/>
    <w:rsid w:val="0036295B"/>
    <w:rsid w:val="00374197"/>
    <w:rsid w:val="00374E5B"/>
    <w:rsid w:val="0037631B"/>
    <w:rsid w:val="00376C79"/>
    <w:rsid w:val="00385C93"/>
    <w:rsid w:val="00391282"/>
    <w:rsid w:val="003921C5"/>
    <w:rsid w:val="0039601D"/>
    <w:rsid w:val="00396796"/>
    <w:rsid w:val="003A0B6B"/>
    <w:rsid w:val="003A0F29"/>
    <w:rsid w:val="003A3BDC"/>
    <w:rsid w:val="003A4CEF"/>
    <w:rsid w:val="003A8195"/>
    <w:rsid w:val="003B23A8"/>
    <w:rsid w:val="003B4B79"/>
    <w:rsid w:val="003B7ABF"/>
    <w:rsid w:val="003C4CE1"/>
    <w:rsid w:val="003C5455"/>
    <w:rsid w:val="003D5A40"/>
    <w:rsid w:val="003D6B68"/>
    <w:rsid w:val="003E09D0"/>
    <w:rsid w:val="003E1A04"/>
    <w:rsid w:val="003E5334"/>
    <w:rsid w:val="003E77A0"/>
    <w:rsid w:val="003F115B"/>
    <w:rsid w:val="00402329"/>
    <w:rsid w:val="00407BBE"/>
    <w:rsid w:val="00407C38"/>
    <w:rsid w:val="00427C23"/>
    <w:rsid w:val="004317D4"/>
    <w:rsid w:val="00435DB8"/>
    <w:rsid w:val="00437FCB"/>
    <w:rsid w:val="00440173"/>
    <w:rsid w:val="0044207E"/>
    <w:rsid w:val="00442DD0"/>
    <w:rsid w:val="00445071"/>
    <w:rsid w:val="004604AF"/>
    <w:rsid w:val="00461F47"/>
    <w:rsid w:val="004625E4"/>
    <w:rsid w:val="00465F91"/>
    <w:rsid w:val="00471B01"/>
    <w:rsid w:val="00471BA3"/>
    <w:rsid w:val="00471D68"/>
    <w:rsid w:val="00471EB1"/>
    <w:rsid w:val="00475C47"/>
    <w:rsid w:val="00483D22"/>
    <w:rsid w:val="00484E51"/>
    <w:rsid w:val="004852EC"/>
    <w:rsid w:val="004853D9"/>
    <w:rsid w:val="00487E14"/>
    <w:rsid w:val="004937F2"/>
    <w:rsid w:val="004939E6"/>
    <w:rsid w:val="00493BCF"/>
    <w:rsid w:val="004A2F14"/>
    <w:rsid w:val="004A4150"/>
    <w:rsid w:val="004B5AA5"/>
    <w:rsid w:val="004B675B"/>
    <w:rsid w:val="004C0787"/>
    <w:rsid w:val="004C315F"/>
    <w:rsid w:val="004D7C1B"/>
    <w:rsid w:val="004E158D"/>
    <w:rsid w:val="004E34B0"/>
    <w:rsid w:val="004F5B48"/>
    <w:rsid w:val="0050253E"/>
    <w:rsid w:val="005039A4"/>
    <w:rsid w:val="00505D1B"/>
    <w:rsid w:val="005130FA"/>
    <w:rsid w:val="00513AB9"/>
    <w:rsid w:val="005201BD"/>
    <w:rsid w:val="00530225"/>
    <w:rsid w:val="00530D9D"/>
    <w:rsid w:val="00530EEC"/>
    <w:rsid w:val="00532A3A"/>
    <w:rsid w:val="00532B7F"/>
    <w:rsid w:val="0054128C"/>
    <w:rsid w:val="00541B18"/>
    <w:rsid w:val="0054602F"/>
    <w:rsid w:val="00554302"/>
    <w:rsid w:val="00554BB5"/>
    <w:rsid w:val="00560172"/>
    <w:rsid w:val="005629B3"/>
    <w:rsid w:val="0056779B"/>
    <w:rsid w:val="0057195A"/>
    <w:rsid w:val="005768BB"/>
    <w:rsid w:val="005816C0"/>
    <w:rsid w:val="005830FA"/>
    <w:rsid w:val="00583A8C"/>
    <w:rsid w:val="00583E9D"/>
    <w:rsid w:val="00587D8B"/>
    <w:rsid w:val="00587FFB"/>
    <w:rsid w:val="00591B81"/>
    <w:rsid w:val="0059576A"/>
    <w:rsid w:val="005A0E5D"/>
    <w:rsid w:val="005A18BA"/>
    <w:rsid w:val="005A2FE3"/>
    <w:rsid w:val="005A58EB"/>
    <w:rsid w:val="005B746C"/>
    <w:rsid w:val="005B7828"/>
    <w:rsid w:val="005C681D"/>
    <w:rsid w:val="005C72ED"/>
    <w:rsid w:val="005D05AF"/>
    <w:rsid w:val="005D0E69"/>
    <w:rsid w:val="005D1553"/>
    <w:rsid w:val="005D2F55"/>
    <w:rsid w:val="005E2BB9"/>
    <w:rsid w:val="005E441B"/>
    <w:rsid w:val="005E46DD"/>
    <w:rsid w:val="005E4707"/>
    <w:rsid w:val="005F1752"/>
    <w:rsid w:val="00605285"/>
    <w:rsid w:val="006106A9"/>
    <w:rsid w:val="00613683"/>
    <w:rsid w:val="006157D7"/>
    <w:rsid w:val="00616571"/>
    <w:rsid w:val="00616FCE"/>
    <w:rsid w:val="006209DC"/>
    <w:rsid w:val="00621723"/>
    <w:rsid w:val="00623698"/>
    <w:rsid w:val="00627254"/>
    <w:rsid w:val="00631CA1"/>
    <w:rsid w:val="006320D0"/>
    <w:rsid w:val="00636B80"/>
    <w:rsid w:val="00640C80"/>
    <w:rsid w:val="00663163"/>
    <w:rsid w:val="006653B5"/>
    <w:rsid w:val="006773A3"/>
    <w:rsid w:val="00684FF8"/>
    <w:rsid w:val="00693425"/>
    <w:rsid w:val="006A08B1"/>
    <w:rsid w:val="006A13BB"/>
    <w:rsid w:val="006A3F21"/>
    <w:rsid w:val="006A62D9"/>
    <w:rsid w:val="006A74A1"/>
    <w:rsid w:val="006B00FA"/>
    <w:rsid w:val="006B3383"/>
    <w:rsid w:val="006B7798"/>
    <w:rsid w:val="006C1771"/>
    <w:rsid w:val="006C1810"/>
    <w:rsid w:val="006C6CAA"/>
    <w:rsid w:val="006D3146"/>
    <w:rsid w:val="006D413A"/>
    <w:rsid w:val="006D5611"/>
    <w:rsid w:val="006D5F0F"/>
    <w:rsid w:val="006E373F"/>
    <w:rsid w:val="006E4E1C"/>
    <w:rsid w:val="006E4F10"/>
    <w:rsid w:val="006F2790"/>
    <w:rsid w:val="006F5D04"/>
    <w:rsid w:val="00700419"/>
    <w:rsid w:val="00700543"/>
    <w:rsid w:val="007071B7"/>
    <w:rsid w:val="007110D8"/>
    <w:rsid w:val="00713E6E"/>
    <w:rsid w:val="007205AA"/>
    <w:rsid w:val="00724669"/>
    <w:rsid w:val="00727DFC"/>
    <w:rsid w:val="00727F53"/>
    <w:rsid w:val="00731740"/>
    <w:rsid w:val="007332BF"/>
    <w:rsid w:val="00735771"/>
    <w:rsid w:val="007375E3"/>
    <w:rsid w:val="007451EE"/>
    <w:rsid w:val="00745FA2"/>
    <w:rsid w:val="00746EC6"/>
    <w:rsid w:val="00752A66"/>
    <w:rsid w:val="00754BD5"/>
    <w:rsid w:val="00763D01"/>
    <w:rsid w:val="00771FF4"/>
    <w:rsid w:val="0078413D"/>
    <w:rsid w:val="00784AB6"/>
    <w:rsid w:val="00790B70"/>
    <w:rsid w:val="007920FE"/>
    <w:rsid w:val="00795060"/>
    <w:rsid w:val="007A0ABF"/>
    <w:rsid w:val="007A328E"/>
    <w:rsid w:val="007A6663"/>
    <w:rsid w:val="007B1B07"/>
    <w:rsid w:val="007B5F34"/>
    <w:rsid w:val="007B6538"/>
    <w:rsid w:val="007C1099"/>
    <w:rsid w:val="007C340C"/>
    <w:rsid w:val="007C7CFE"/>
    <w:rsid w:val="007D1DBB"/>
    <w:rsid w:val="007D2466"/>
    <w:rsid w:val="007D2A50"/>
    <w:rsid w:val="007D6257"/>
    <w:rsid w:val="007E12F9"/>
    <w:rsid w:val="007E1310"/>
    <w:rsid w:val="007E4616"/>
    <w:rsid w:val="007E6347"/>
    <w:rsid w:val="007E74AF"/>
    <w:rsid w:val="007F1DAF"/>
    <w:rsid w:val="00800A67"/>
    <w:rsid w:val="00801F99"/>
    <w:rsid w:val="00812F8A"/>
    <w:rsid w:val="008141C8"/>
    <w:rsid w:val="008156BE"/>
    <w:rsid w:val="00817E31"/>
    <w:rsid w:val="0082513D"/>
    <w:rsid w:val="00831D96"/>
    <w:rsid w:val="00833D81"/>
    <w:rsid w:val="00842BB7"/>
    <w:rsid w:val="00843E90"/>
    <w:rsid w:val="0085245D"/>
    <w:rsid w:val="00856DF8"/>
    <w:rsid w:val="00856EE5"/>
    <w:rsid w:val="00861EED"/>
    <w:rsid w:val="00865E85"/>
    <w:rsid w:val="00872F17"/>
    <w:rsid w:val="008740C9"/>
    <w:rsid w:val="00875707"/>
    <w:rsid w:val="008766D7"/>
    <w:rsid w:val="00886D21"/>
    <w:rsid w:val="00894788"/>
    <w:rsid w:val="00895697"/>
    <w:rsid w:val="008959CE"/>
    <w:rsid w:val="008A2986"/>
    <w:rsid w:val="008A54EC"/>
    <w:rsid w:val="008A5AF2"/>
    <w:rsid w:val="008A6715"/>
    <w:rsid w:val="008B386E"/>
    <w:rsid w:val="008B608E"/>
    <w:rsid w:val="008C0375"/>
    <w:rsid w:val="008C1357"/>
    <w:rsid w:val="008C141F"/>
    <w:rsid w:val="008C23EE"/>
    <w:rsid w:val="008D79FD"/>
    <w:rsid w:val="008E2482"/>
    <w:rsid w:val="008E381C"/>
    <w:rsid w:val="008E4923"/>
    <w:rsid w:val="008E762C"/>
    <w:rsid w:val="008F11EF"/>
    <w:rsid w:val="008F396F"/>
    <w:rsid w:val="00901E41"/>
    <w:rsid w:val="009025F4"/>
    <w:rsid w:val="00905CF6"/>
    <w:rsid w:val="009117CB"/>
    <w:rsid w:val="00914A42"/>
    <w:rsid w:val="00924537"/>
    <w:rsid w:val="0092497F"/>
    <w:rsid w:val="00927872"/>
    <w:rsid w:val="00933401"/>
    <w:rsid w:val="00934FFB"/>
    <w:rsid w:val="0094076F"/>
    <w:rsid w:val="00940EB9"/>
    <w:rsid w:val="00940FC0"/>
    <w:rsid w:val="00943BD9"/>
    <w:rsid w:val="00952FDE"/>
    <w:rsid w:val="00955DFC"/>
    <w:rsid w:val="00965644"/>
    <w:rsid w:val="00972BED"/>
    <w:rsid w:val="00973547"/>
    <w:rsid w:val="00976C31"/>
    <w:rsid w:val="00980483"/>
    <w:rsid w:val="009814C0"/>
    <w:rsid w:val="0098726C"/>
    <w:rsid w:val="00987C2B"/>
    <w:rsid w:val="0099142B"/>
    <w:rsid w:val="00995F7B"/>
    <w:rsid w:val="009A1576"/>
    <w:rsid w:val="009A6F78"/>
    <w:rsid w:val="009B19E0"/>
    <w:rsid w:val="009B5D4E"/>
    <w:rsid w:val="009C01A0"/>
    <w:rsid w:val="009C30FC"/>
    <w:rsid w:val="009C7CC8"/>
    <w:rsid w:val="009D5EC2"/>
    <w:rsid w:val="009D6692"/>
    <w:rsid w:val="009E1357"/>
    <w:rsid w:val="009E38EC"/>
    <w:rsid w:val="00A02726"/>
    <w:rsid w:val="00A05004"/>
    <w:rsid w:val="00A06A05"/>
    <w:rsid w:val="00A15336"/>
    <w:rsid w:val="00A2124B"/>
    <w:rsid w:val="00A22524"/>
    <w:rsid w:val="00A2258E"/>
    <w:rsid w:val="00A31B4E"/>
    <w:rsid w:val="00A3300D"/>
    <w:rsid w:val="00A36236"/>
    <w:rsid w:val="00A436E4"/>
    <w:rsid w:val="00A55126"/>
    <w:rsid w:val="00A60D64"/>
    <w:rsid w:val="00A610DB"/>
    <w:rsid w:val="00A673ED"/>
    <w:rsid w:val="00A70571"/>
    <w:rsid w:val="00A71E8D"/>
    <w:rsid w:val="00A7374D"/>
    <w:rsid w:val="00A765DA"/>
    <w:rsid w:val="00A816F0"/>
    <w:rsid w:val="00A82891"/>
    <w:rsid w:val="00AA0E43"/>
    <w:rsid w:val="00AA1D8D"/>
    <w:rsid w:val="00AA22D7"/>
    <w:rsid w:val="00AA2D17"/>
    <w:rsid w:val="00AA3180"/>
    <w:rsid w:val="00AA4684"/>
    <w:rsid w:val="00AB1FBD"/>
    <w:rsid w:val="00AB3704"/>
    <w:rsid w:val="00AB6AA7"/>
    <w:rsid w:val="00AB77A9"/>
    <w:rsid w:val="00AD7E0A"/>
    <w:rsid w:val="00AE5DC8"/>
    <w:rsid w:val="00AE5F3D"/>
    <w:rsid w:val="00AE6F7E"/>
    <w:rsid w:val="00B00BA2"/>
    <w:rsid w:val="00B0241B"/>
    <w:rsid w:val="00B11105"/>
    <w:rsid w:val="00B1456D"/>
    <w:rsid w:val="00B15956"/>
    <w:rsid w:val="00B20D04"/>
    <w:rsid w:val="00B211AE"/>
    <w:rsid w:val="00B22FCB"/>
    <w:rsid w:val="00B24ECD"/>
    <w:rsid w:val="00B315A5"/>
    <w:rsid w:val="00B317BC"/>
    <w:rsid w:val="00B456B9"/>
    <w:rsid w:val="00B461EE"/>
    <w:rsid w:val="00B47730"/>
    <w:rsid w:val="00B53396"/>
    <w:rsid w:val="00B53AAB"/>
    <w:rsid w:val="00B53D81"/>
    <w:rsid w:val="00B54F66"/>
    <w:rsid w:val="00B57CEF"/>
    <w:rsid w:val="00B61952"/>
    <w:rsid w:val="00B63EC6"/>
    <w:rsid w:val="00B667D7"/>
    <w:rsid w:val="00B6682E"/>
    <w:rsid w:val="00B72199"/>
    <w:rsid w:val="00B72323"/>
    <w:rsid w:val="00B73728"/>
    <w:rsid w:val="00B73EE2"/>
    <w:rsid w:val="00B7556E"/>
    <w:rsid w:val="00B758B8"/>
    <w:rsid w:val="00B80290"/>
    <w:rsid w:val="00B856DD"/>
    <w:rsid w:val="00B93A74"/>
    <w:rsid w:val="00B93C28"/>
    <w:rsid w:val="00BA01AD"/>
    <w:rsid w:val="00BA2C1C"/>
    <w:rsid w:val="00BA3C91"/>
    <w:rsid w:val="00BA4A29"/>
    <w:rsid w:val="00BA6821"/>
    <w:rsid w:val="00BB1C94"/>
    <w:rsid w:val="00BB2658"/>
    <w:rsid w:val="00BB2A42"/>
    <w:rsid w:val="00BB6B96"/>
    <w:rsid w:val="00BC6383"/>
    <w:rsid w:val="00BC6B52"/>
    <w:rsid w:val="00BD0026"/>
    <w:rsid w:val="00BD51C1"/>
    <w:rsid w:val="00BE319D"/>
    <w:rsid w:val="00BE556B"/>
    <w:rsid w:val="00BE73A8"/>
    <w:rsid w:val="00BE798D"/>
    <w:rsid w:val="00BE7E5D"/>
    <w:rsid w:val="00BF1249"/>
    <w:rsid w:val="00BF3EA7"/>
    <w:rsid w:val="00BF53E8"/>
    <w:rsid w:val="00BF5EFD"/>
    <w:rsid w:val="00BF7D68"/>
    <w:rsid w:val="00C06D0E"/>
    <w:rsid w:val="00C1262D"/>
    <w:rsid w:val="00C230D5"/>
    <w:rsid w:val="00C278F0"/>
    <w:rsid w:val="00C31645"/>
    <w:rsid w:val="00C31E5A"/>
    <w:rsid w:val="00C335D8"/>
    <w:rsid w:val="00C33B0F"/>
    <w:rsid w:val="00C4007E"/>
    <w:rsid w:val="00C46DD7"/>
    <w:rsid w:val="00C52C88"/>
    <w:rsid w:val="00C566A9"/>
    <w:rsid w:val="00C63774"/>
    <w:rsid w:val="00C650D7"/>
    <w:rsid w:val="00C718F1"/>
    <w:rsid w:val="00C8376F"/>
    <w:rsid w:val="00C912FA"/>
    <w:rsid w:val="00C93C70"/>
    <w:rsid w:val="00C968E2"/>
    <w:rsid w:val="00CA095D"/>
    <w:rsid w:val="00CA15D4"/>
    <w:rsid w:val="00CB01C8"/>
    <w:rsid w:val="00CB0664"/>
    <w:rsid w:val="00CB12E3"/>
    <w:rsid w:val="00CB2F08"/>
    <w:rsid w:val="00CB35B5"/>
    <w:rsid w:val="00CC08C5"/>
    <w:rsid w:val="00CC6C71"/>
    <w:rsid w:val="00CD0D25"/>
    <w:rsid w:val="00CD3100"/>
    <w:rsid w:val="00CD43D4"/>
    <w:rsid w:val="00CD463C"/>
    <w:rsid w:val="00CD4895"/>
    <w:rsid w:val="00CD570A"/>
    <w:rsid w:val="00CD6B16"/>
    <w:rsid w:val="00CE119A"/>
    <w:rsid w:val="00CE4349"/>
    <w:rsid w:val="00CE4883"/>
    <w:rsid w:val="00CE6393"/>
    <w:rsid w:val="00D01D1B"/>
    <w:rsid w:val="00D05A1B"/>
    <w:rsid w:val="00D07C63"/>
    <w:rsid w:val="00D13E91"/>
    <w:rsid w:val="00D1428D"/>
    <w:rsid w:val="00D15B0E"/>
    <w:rsid w:val="00D224FE"/>
    <w:rsid w:val="00D25F76"/>
    <w:rsid w:val="00D3107A"/>
    <w:rsid w:val="00D35020"/>
    <w:rsid w:val="00D4144B"/>
    <w:rsid w:val="00D451E9"/>
    <w:rsid w:val="00D4752B"/>
    <w:rsid w:val="00D65323"/>
    <w:rsid w:val="00D70309"/>
    <w:rsid w:val="00D73894"/>
    <w:rsid w:val="00D827C4"/>
    <w:rsid w:val="00D9022D"/>
    <w:rsid w:val="00D905E8"/>
    <w:rsid w:val="00D9524E"/>
    <w:rsid w:val="00D97ED2"/>
    <w:rsid w:val="00DA0847"/>
    <w:rsid w:val="00DA16A6"/>
    <w:rsid w:val="00DA5E24"/>
    <w:rsid w:val="00DA6BD7"/>
    <w:rsid w:val="00DB11EF"/>
    <w:rsid w:val="00DB2294"/>
    <w:rsid w:val="00DB46F3"/>
    <w:rsid w:val="00DB495A"/>
    <w:rsid w:val="00DB72F7"/>
    <w:rsid w:val="00DC5DCA"/>
    <w:rsid w:val="00DD3884"/>
    <w:rsid w:val="00DE72EC"/>
    <w:rsid w:val="00DE7F8D"/>
    <w:rsid w:val="00DF4699"/>
    <w:rsid w:val="00E011C3"/>
    <w:rsid w:val="00E0229B"/>
    <w:rsid w:val="00E04A25"/>
    <w:rsid w:val="00E07524"/>
    <w:rsid w:val="00E10826"/>
    <w:rsid w:val="00E1179A"/>
    <w:rsid w:val="00E20D3E"/>
    <w:rsid w:val="00E32103"/>
    <w:rsid w:val="00E35FA5"/>
    <w:rsid w:val="00E365E9"/>
    <w:rsid w:val="00E37EBB"/>
    <w:rsid w:val="00E4003D"/>
    <w:rsid w:val="00E415CD"/>
    <w:rsid w:val="00E44238"/>
    <w:rsid w:val="00E50436"/>
    <w:rsid w:val="00E52E76"/>
    <w:rsid w:val="00E61B29"/>
    <w:rsid w:val="00E62ACB"/>
    <w:rsid w:val="00E63C88"/>
    <w:rsid w:val="00E75D3E"/>
    <w:rsid w:val="00E815CC"/>
    <w:rsid w:val="00E8380A"/>
    <w:rsid w:val="00E859A3"/>
    <w:rsid w:val="00E95C69"/>
    <w:rsid w:val="00E95CE0"/>
    <w:rsid w:val="00E97EDF"/>
    <w:rsid w:val="00EA2A17"/>
    <w:rsid w:val="00EA2D40"/>
    <w:rsid w:val="00EB55AA"/>
    <w:rsid w:val="00EB65A2"/>
    <w:rsid w:val="00EB7CE8"/>
    <w:rsid w:val="00EC44F0"/>
    <w:rsid w:val="00EC648B"/>
    <w:rsid w:val="00EE0DEB"/>
    <w:rsid w:val="00EE1E40"/>
    <w:rsid w:val="00EE4A51"/>
    <w:rsid w:val="00EE4D46"/>
    <w:rsid w:val="00EF1F31"/>
    <w:rsid w:val="00EF7B7F"/>
    <w:rsid w:val="00F005BF"/>
    <w:rsid w:val="00F01E27"/>
    <w:rsid w:val="00F044B7"/>
    <w:rsid w:val="00F05236"/>
    <w:rsid w:val="00F0631C"/>
    <w:rsid w:val="00F07F82"/>
    <w:rsid w:val="00F10770"/>
    <w:rsid w:val="00F11CF4"/>
    <w:rsid w:val="00F13F14"/>
    <w:rsid w:val="00F1713D"/>
    <w:rsid w:val="00F20AD1"/>
    <w:rsid w:val="00F2294F"/>
    <w:rsid w:val="00F22DE3"/>
    <w:rsid w:val="00F34063"/>
    <w:rsid w:val="00F421C1"/>
    <w:rsid w:val="00F550BF"/>
    <w:rsid w:val="00F62C4D"/>
    <w:rsid w:val="00F62EC4"/>
    <w:rsid w:val="00F62EDB"/>
    <w:rsid w:val="00F63788"/>
    <w:rsid w:val="00F72AA8"/>
    <w:rsid w:val="00F768A5"/>
    <w:rsid w:val="00F802D8"/>
    <w:rsid w:val="00F817AB"/>
    <w:rsid w:val="00F85AC8"/>
    <w:rsid w:val="00F87E16"/>
    <w:rsid w:val="00F90CE3"/>
    <w:rsid w:val="00F97333"/>
    <w:rsid w:val="00F97F70"/>
    <w:rsid w:val="00FA39E2"/>
    <w:rsid w:val="00FC12CD"/>
    <w:rsid w:val="00FC2063"/>
    <w:rsid w:val="00FC2486"/>
    <w:rsid w:val="00FC2A1D"/>
    <w:rsid w:val="00FC5B38"/>
    <w:rsid w:val="00FC6243"/>
    <w:rsid w:val="00FC693F"/>
    <w:rsid w:val="00FC6FF4"/>
    <w:rsid w:val="00FD3383"/>
    <w:rsid w:val="00FD51A6"/>
    <w:rsid w:val="00FD5762"/>
    <w:rsid w:val="00FD796D"/>
    <w:rsid w:val="00FE5E39"/>
    <w:rsid w:val="00FF1593"/>
    <w:rsid w:val="00FF322D"/>
    <w:rsid w:val="00FF5B71"/>
    <w:rsid w:val="01244DB0"/>
    <w:rsid w:val="01A48D9E"/>
    <w:rsid w:val="054FBD4E"/>
    <w:rsid w:val="061275F1"/>
    <w:rsid w:val="082DDB5E"/>
    <w:rsid w:val="0AC74FDC"/>
    <w:rsid w:val="0D101576"/>
    <w:rsid w:val="0FCF3A49"/>
    <w:rsid w:val="11F3319D"/>
    <w:rsid w:val="1492FD82"/>
    <w:rsid w:val="14AAFFDD"/>
    <w:rsid w:val="150F3B63"/>
    <w:rsid w:val="163679B4"/>
    <w:rsid w:val="17ABA8C9"/>
    <w:rsid w:val="1A957637"/>
    <w:rsid w:val="1ACDBB5D"/>
    <w:rsid w:val="1CA5C9F9"/>
    <w:rsid w:val="2569A235"/>
    <w:rsid w:val="25709A67"/>
    <w:rsid w:val="25D78605"/>
    <w:rsid w:val="267DECFF"/>
    <w:rsid w:val="2987D631"/>
    <w:rsid w:val="2BEDE5F3"/>
    <w:rsid w:val="35EDDA6D"/>
    <w:rsid w:val="364F8DEB"/>
    <w:rsid w:val="3E08D1B9"/>
    <w:rsid w:val="3F906E9D"/>
    <w:rsid w:val="40EBC7CE"/>
    <w:rsid w:val="40F2788A"/>
    <w:rsid w:val="4274C1D9"/>
    <w:rsid w:val="4334EBC8"/>
    <w:rsid w:val="4449FB5A"/>
    <w:rsid w:val="4B8F3174"/>
    <w:rsid w:val="4D1AA4AA"/>
    <w:rsid w:val="4EBDBF3C"/>
    <w:rsid w:val="5031BC09"/>
    <w:rsid w:val="50AD4948"/>
    <w:rsid w:val="515706C1"/>
    <w:rsid w:val="5638525C"/>
    <w:rsid w:val="5C2631D9"/>
    <w:rsid w:val="5D8C58B6"/>
    <w:rsid w:val="5DB89AFE"/>
    <w:rsid w:val="5E0181B2"/>
    <w:rsid w:val="5F43CE0E"/>
    <w:rsid w:val="5F455EB1"/>
    <w:rsid w:val="618E858A"/>
    <w:rsid w:val="629B86C8"/>
    <w:rsid w:val="638F00B9"/>
    <w:rsid w:val="64220A2C"/>
    <w:rsid w:val="65714AED"/>
    <w:rsid w:val="68BC84FE"/>
    <w:rsid w:val="68F21104"/>
    <w:rsid w:val="69B71D2A"/>
    <w:rsid w:val="6C63A0D1"/>
    <w:rsid w:val="6E7A414B"/>
    <w:rsid w:val="6E962AE5"/>
    <w:rsid w:val="6EA8BCD7"/>
    <w:rsid w:val="7071A0E4"/>
    <w:rsid w:val="711CB72E"/>
    <w:rsid w:val="74C37CE5"/>
    <w:rsid w:val="75AFEC11"/>
    <w:rsid w:val="7AEDB842"/>
    <w:rsid w:val="7AF01C38"/>
    <w:rsid w:val="7C2AE455"/>
    <w:rsid w:val="7E4FE152"/>
    <w:rsid w:val="7FE9CB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39F3B"/>
  <w14:defaultImageDpi w14:val="330"/>
  <w15:docId w15:val="{A4B22653-89A4-41EB-B311-87C9FD6F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aliases w:val="Kopregel"/>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Tussenkop 1"/>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regel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Tussenkop 1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qFormat/>
    <w:rsid w:val="00FC693F"/>
    <w:pPr>
      <w:spacing w:after="0" w:line="240" w:lineRule="auto"/>
    </w:p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306131"/>
    <w:rPr>
      <w:color w:val="0000FF" w:themeColor="hyperlink"/>
      <w:u w:val="single"/>
    </w:rPr>
  </w:style>
  <w:style w:type="character" w:styleId="Onopgelostemelding">
    <w:name w:val="Unresolved Mention"/>
    <w:basedOn w:val="Standaardalinea-lettertype"/>
    <w:uiPriority w:val="99"/>
    <w:semiHidden/>
    <w:unhideWhenUsed/>
    <w:rsid w:val="00306131"/>
    <w:rPr>
      <w:color w:val="605E5C"/>
      <w:shd w:val="clear" w:color="auto" w:fill="E1DFDD"/>
    </w:rPr>
  </w:style>
  <w:style w:type="paragraph" w:styleId="Eindnoottekst">
    <w:name w:val="endnote text"/>
    <w:basedOn w:val="Standaard"/>
    <w:link w:val="EindnoottekstChar"/>
    <w:rsid w:val="00186AF1"/>
    <w:pPr>
      <w:suppressAutoHyphens/>
      <w:autoSpaceDN w:val="0"/>
      <w:spacing w:after="0" w:line="240" w:lineRule="auto"/>
      <w:textAlignment w:val="baseline"/>
    </w:pPr>
    <w:rPr>
      <w:rFonts w:ascii="Source Sans Pro" w:eastAsia="Calibri" w:hAnsi="Source Sans Pro" w:cs="Arial"/>
      <w:sz w:val="20"/>
      <w:szCs w:val="20"/>
      <w:lang w:val="nl-NL"/>
    </w:rPr>
  </w:style>
  <w:style w:type="character" w:customStyle="1" w:styleId="EindnoottekstChar">
    <w:name w:val="Eindnoottekst Char"/>
    <w:basedOn w:val="Standaardalinea-lettertype"/>
    <w:link w:val="Eindnoottekst"/>
    <w:rsid w:val="00186AF1"/>
    <w:rPr>
      <w:rFonts w:ascii="Source Sans Pro" w:eastAsia="Calibri" w:hAnsi="Source Sans Pro" w:cs="Arial"/>
      <w:sz w:val="20"/>
      <w:szCs w:val="20"/>
      <w:lang w:val="nl-NL"/>
    </w:rPr>
  </w:style>
  <w:style w:type="character" w:styleId="Eindnootmarkering">
    <w:name w:val="endnote reference"/>
    <w:rsid w:val="00186AF1"/>
    <w:rPr>
      <w:position w:val="0"/>
      <w:vertAlign w:val="superscript"/>
    </w:rPr>
  </w:style>
  <w:style w:type="character" w:styleId="Tekstvantijdelijkeaanduiding">
    <w:name w:val="Placeholder Text"/>
    <w:basedOn w:val="Standaardalinea-lettertype"/>
    <w:uiPriority w:val="99"/>
    <w:semiHidden/>
    <w:rsid w:val="00281E13"/>
    <w:rPr>
      <w:color w:val="666666"/>
    </w:rPr>
  </w:style>
  <w:style w:type="paragraph" w:styleId="Revisie">
    <w:name w:val="Revision"/>
    <w:hidden/>
    <w:uiPriority w:val="99"/>
    <w:semiHidden/>
    <w:rsid w:val="00554BB5"/>
    <w:pPr>
      <w:spacing w:after="0" w:line="240" w:lineRule="auto"/>
    </w:pPr>
  </w:style>
  <w:style w:type="paragraph" w:customStyle="1" w:styleId="CommentText">
    <w:name w:val="Comment Text"/>
    <w:basedOn w:val="Standaard"/>
    <w:link w:val="CommentTextChar"/>
    <w:uiPriority w:val="99"/>
    <w:unhideWhenUsed/>
    <w:pPr>
      <w:spacing w:line="240" w:lineRule="auto"/>
    </w:pPr>
    <w:rPr>
      <w:sz w:val="20"/>
      <w:szCs w:val="20"/>
    </w:rPr>
  </w:style>
  <w:style w:type="character" w:customStyle="1" w:styleId="CommentTextChar">
    <w:name w:val="Comment Text Char"/>
    <w:basedOn w:val="Standaardalinea-lettertype"/>
    <w:link w:val="CommentText"/>
    <w:uiPriority w:val="99"/>
    <w:rPr>
      <w:sz w:val="20"/>
      <w:szCs w:val="20"/>
    </w:rPr>
  </w:style>
  <w:style w:type="character" w:customStyle="1" w:styleId="CommentReference">
    <w:name w:val="Comment Reference"/>
    <w:basedOn w:val="Standaardalinea-lettertype"/>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D05A1B"/>
    <w:rPr>
      <w:b/>
      <w:bCs/>
    </w:rPr>
  </w:style>
  <w:style w:type="character" w:customStyle="1" w:styleId="CommentSubjectChar">
    <w:name w:val="Comment Subject Char"/>
    <w:basedOn w:val="CommentTextChar"/>
    <w:link w:val="CommentSubject"/>
    <w:uiPriority w:val="99"/>
    <w:semiHidden/>
    <w:rsid w:val="00D05A1B"/>
    <w:rPr>
      <w:b/>
      <w:bCs/>
      <w:sz w:val="20"/>
      <w:szCs w:val="20"/>
    </w:rPr>
  </w:style>
  <w:style w:type="character" w:styleId="Vermelding">
    <w:name w:val="Mention"/>
    <w:basedOn w:val="Standaardalinea-lettertype"/>
    <w:uiPriority w:val="99"/>
    <w:unhideWhenUsed/>
    <w:rsid w:val="00D05A1B"/>
    <w:rPr>
      <w:color w:val="2B579A"/>
      <w:shd w:val="clear" w:color="auto" w:fill="E1DFDD"/>
    </w:rPr>
  </w:style>
  <w:style w:type="character" w:customStyle="1" w:styleId="CommentReference1">
    <w:name w:val="Comment Reference1"/>
    <w:basedOn w:val="Standaardalinea-lettertype"/>
    <w:uiPriority w:val="99"/>
    <w:semiHidden/>
    <w:unhideWhenUsed/>
    <w:rsid w:val="00CA095D"/>
    <w:rPr>
      <w:sz w:val="16"/>
      <w:szCs w:val="16"/>
    </w:rPr>
  </w:style>
  <w:style w:type="paragraph" w:customStyle="1" w:styleId="CommentText1">
    <w:name w:val="Comment Text1"/>
    <w:basedOn w:val="Standaard"/>
    <w:uiPriority w:val="99"/>
    <w:unhideWhenUsed/>
    <w:rsid w:val="00CA095D"/>
    <w:pPr>
      <w:spacing w:line="240" w:lineRule="auto"/>
    </w:pPr>
    <w:rPr>
      <w:sz w:val="20"/>
      <w:szCs w:val="20"/>
    </w:rPr>
  </w:style>
  <w:style w:type="paragraph" w:customStyle="1" w:styleId="CommentSubject1">
    <w:name w:val="Comment Subject1"/>
    <w:basedOn w:val="CommentText1"/>
    <w:next w:val="CommentText1"/>
    <w:uiPriority w:val="99"/>
    <w:semiHidden/>
    <w:unhideWhenUsed/>
    <w:rsid w:val="00CA09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sendeverwijzing@nijme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A35F563B7F40B28291CBF2A54EE1B5"/>
        <w:category>
          <w:name w:val="Algemeen"/>
          <w:gallery w:val="placeholder"/>
        </w:category>
        <w:types>
          <w:type w:val="bbPlcHdr"/>
        </w:types>
        <w:behaviors>
          <w:behavior w:val="content"/>
        </w:behaviors>
        <w:guid w:val="{284AAAB5-E5E5-41C3-BCE3-412E10C80AB1}"/>
      </w:docPartPr>
      <w:docPartBody>
        <w:p w:rsidR="00172E29" w:rsidRDefault="005768BB" w:rsidP="005768BB">
          <w:pPr>
            <w:pStyle w:val="DAA35F563B7F40B28291CBF2A54EE1B54"/>
          </w:pPr>
          <w:r w:rsidRPr="00A610DB">
            <w:rPr>
              <w:rStyle w:val="Tekstvantijdelijkeaanduiding"/>
              <w:lang w:val="nl-NL"/>
            </w:rPr>
            <w:t>Klik of tik om tekst in te voeren.</w:t>
          </w:r>
        </w:p>
      </w:docPartBody>
    </w:docPart>
    <w:docPart>
      <w:docPartPr>
        <w:name w:val="606C4AAE39654EE9A29C8AAC2104E18F"/>
        <w:category>
          <w:name w:val="Algemeen"/>
          <w:gallery w:val="placeholder"/>
        </w:category>
        <w:types>
          <w:type w:val="bbPlcHdr"/>
        </w:types>
        <w:behaviors>
          <w:behavior w:val="content"/>
        </w:behaviors>
        <w:guid w:val="{C3ED7E19-9389-4BDB-BA04-06FA99DE611A}"/>
      </w:docPartPr>
      <w:docPartBody>
        <w:p w:rsidR="00172E29" w:rsidRDefault="005768BB" w:rsidP="005768BB">
          <w:pPr>
            <w:pStyle w:val="606C4AAE39654EE9A29C8AAC2104E18F"/>
          </w:pPr>
          <w:r w:rsidRPr="00987C2B">
            <w:rPr>
              <w:rStyle w:val="Tekstvantijdelijkeaanduiding"/>
              <w:lang w:val="nl-NL"/>
            </w:rPr>
            <w:t>Klik of tik om tekst in te voeren.</w:t>
          </w:r>
        </w:p>
      </w:docPartBody>
    </w:docPart>
    <w:docPart>
      <w:docPartPr>
        <w:name w:val="2190A12A528F4A0D98450F498C4DE395"/>
        <w:category>
          <w:name w:val="Algemeen"/>
          <w:gallery w:val="placeholder"/>
        </w:category>
        <w:types>
          <w:type w:val="bbPlcHdr"/>
        </w:types>
        <w:behaviors>
          <w:behavior w:val="content"/>
        </w:behaviors>
        <w:guid w:val="{C5ECD816-75A9-4196-B735-A5D1C88D8D09}"/>
      </w:docPartPr>
      <w:docPartBody>
        <w:p w:rsidR="00172E29" w:rsidRDefault="005768BB" w:rsidP="005768BB">
          <w:pPr>
            <w:pStyle w:val="2190A12A528F4A0D98450F498C4DE395"/>
          </w:pPr>
          <w:r w:rsidRPr="00987C2B">
            <w:rPr>
              <w:rStyle w:val="Tekstvantijdelijkeaanduiding"/>
              <w:lang w:val="nl-NL"/>
            </w:rPr>
            <w:t>Klik of tik om tekst in te voeren.</w:t>
          </w:r>
        </w:p>
      </w:docPartBody>
    </w:docPart>
    <w:docPart>
      <w:docPartPr>
        <w:name w:val="606525FF00094027A10254CF89CFDB95"/>
        <w:category>
          <w:name w:val="Algemeen"/>
          <w:gallery w:val="placeholder"/>
        </w:category>
        <w:types>
          <w:type w:val="bbPlcHdr"/>
        </w:types>
        <w:behaviors>
          <w:behavior w:val="content"/>
        </w:behaviors>
        <w:guid w:val="{540F0E8F-4A9E-4464-8984-B327E013E885}"/>
      </w:docPartPr>
      <w:docPartBody>
        <w:p w:rsidR="00172E29" w:rsidRDefault="005768BB" w:rsidP="005768BB">
          <w:pPr>
            <w:pStyle w:val="606525FF00094027A10254CF89CFDB95"/>
          </w:pPr>
          <w:r w:rsidRPr="00987C2B">
            <w:rPr>
              <w:rStyle w:val="Tekstvantijdelijkeaanduiding"/>
              <w:lang w:val="nl-NL"/>
            </w:rPr>
            <w:t>Klik of tik om tekst in te voeren.</w:t>
          </w:r>
        </w:p>
      </w:docPartBody>
    </w:docPart>
    <w:docPart>
      <w:docPartPr>
        <w:name w:val="A24ADD2546924EA8BBB04D18A256EAEC"/>
        <w:category>
          <w:name w:val="Algemeen"/>
          <w:gallery w:val="placeholder"/>
        </w:category>
        <w:types>
          <w:type w:val="bbPlcHdr"/>
        </w:types>
        <w:behaviors>
          <w:behavior w:val="content"/>
        </w:behaviors>
        <w:guid w:val="{5B189E9B-F6B9-4317-8085-863C71545E5B}"/>
      </w:docPartPr>
      <w:docPartBody>
        <w:p w:rsidR="00172E29" w:rsidRDefault="005768BB" w:rsidP="005768BB">
          <w:pPr>
            <w:pStyle w:val="A24ADD2546924EA8BBB04D18A256EAEC"/>
          </w:pPr>
          <w:r w:rsidRPr="00987C2B">
            <w:rPr>
              <w:rStyle w:val="Tekstvantijdelijkeaanduiding"/>
              <w:lang w:val="nl-NL"/>
            </w:rPr>
            <w:t>Klik of tik om tekst in te voeren.</w:t>
          </w:r>
        </w:p>
      </w:docPartBody>
    </w:docPart>
    <w:docPart>
      <w:docPartPr>
        <w:name w:val="0E4BBFF6D45441ED85B82813A1A97AC5"/>
        <w:category>
          <w:name w:val="Algemeen"/>
          <w:gallery w:val="placeholder"/>
        </w:category>
        <w:types>
          <w:type w:val="bbPlcHdr"/>
        </w:types>
        <w:behaviors>
          <w:behavior w:val="content"/>
        </w:behaviors>
        <w:guid w:val="{8D8B8A9C-6439-484C-B808-7D4893B11E78}"/>
      </w:docPartPr>
      <w:docPartBody>
        <w:p w:rsidR="00172E29" w:rsidRDefault="005768BB" w:rsidP="005768BB">
          <w:pPr>
            <w:pStyle w:val="0E4BBFF6D45441ED85B82813A1A97AC5"/>
          </w:pPr>
          <w:r w:rsidRPr="005F1752">
            <w:rPr>
              <w:rStyle w:val="Tekstvantijdelijkeaanduiding"/>
              <w:lang w:val="nl-NL"/>
            </w:rPr>
            <w:t>Kies een item.</w:t>
          </w:r>
        </w:p>
      </w:docPartBody>
    </w:docPart>
    <w:docPart>
      <w:docPartPr>
        <w:name w:val="1F7AC78EDAD6430EBB51F6E221C95585"/>
        <w:category>
          <w:name w:val="Algemeen"/>
          <w:gallery w:val="placeholder"/>
        </w:category>
        <w:types>
          <w:type w:val="bbPlcHdr"/>
        </w:types>
        <w:behaviors>
          <w:behavior w:val="content"/>
        </w:behaviors>
        <w:guid w:val="{0ABE4247-857C-4747-AD82-9978ACBF723A}"/>
      </w:docPartPr>
      <w:docPartBody>
        <w:p w:rsidR="00172E29" w:rsidRDefault="005768BB" w:rsidP="005768BB">
          <w:pPr>
            <w:pStyle w:val="1F7AC78EDAD6430EBB51F6E221C95585"/>
          </w:pPr>
          <w:r w:rsidRPr="00752A66">
            <w:rPr>
              <w:rStyle w:val="Tekstvantijdelijkeaanduiding"/>
              <w:lang w:val="nl-NL"/>
            </w:rPr>
            <w:t>Klik of tik om een datum in te voeren.</w:t>
          </w:r>
        </w:p>
      </w:docPartBody>
    </w:docPart>
    <w:docPart>
      <w:docPartPr>
        <w:name w:val="65124C4648B341B390AED65BB5BC0598"/>
        <w:category>
          <w:name w:val="Algemeen"/>
          <w:gallery w:val="placeholder"/>
        </w:category>
        <w:types>
          <w:type w:val="bbPlcHdr"/>
        </w:types>
        <w:behaviors>
          <w:behavior w:val="content"/>
        </w:behaviors>
        <w:guid w:val="{B70BD99D-BA17-4729-857D-1D0A05FF3E0E}"/>
      </w:docPartPr>
      <w:docPartBody>
        <w:p w:rsidR="00172E29" w:rsidRDefault="005768BB" w:rsidP="005768BB">
          <w:pPr>
            <w:pStyle w:val="65124C4648B341B390AED65BB5BC0598"/>
          </w:pPr>
          <w:r w:rsidRPr="00F90CE3">
            <w:rPr>
              <w:rStyle w:val="Tekstvantijdelijkeaanduiding"/>
              <w:lang w:val="nl-NL"/>
            </w:rPr>
            <w:t>Klik of tik om tekst in te voeren.</w:t>
          </w:r>
        </w:p>
      </w:docPartBody>
    </w:docPart>
    <w:docPart>
      <w:docPartPr>
        <w:name w:val="4F21C03830BE495AAC213FE005EA7535"/>
        <w:category>
          <w:name w:val="Algemeen"/>
          <w:gallery w:val="placeholder"/>
        </w:category>
        <w:types>
          <w:type w:val="bbPlcHdr"/>
        </w:types>
        <w:behaviors>
          <w:behavior w:val="content"/>
        </w:behaviors>
        <w:guid w:val="{C82B4922-C6B3-4C13-9214-D37649BAEFBE}"/>
      </w:docPartPr>
      <w:docPartBody>
        <w:p w:rsidR="00691C11" w:rsidRDefault="00934FFB" w:rsidP="00934FFB">
          <w:pPr>
            <w:pStyle w:val="4F21C03830BE495AAC213FE005EA7535"/>
          </w:pPr>
          <w:r w:rsidRPr="00987C2B">
            <w:rPr>
              <w:rStyle w:val="Tekstvantijdelijkeaanduiding"/>
            </w:rPr>
            <w:t>Klik of tik om tekst in te voeren.</w:t>
          </w:r>
        </w:p>
      </w:docPartBody>
    </w:docPart>
    <w:docPart>
      <w:docPartPr>
        <w:name w:val="4F65399B8FC042808CBCFDA9D365FF01"/>
        <w:category>
          <w:name w:val="Algemeen"/>
          <w:gallery w:val="placeholder"/>
        </w:category>
        <w:types>
          <w:type w:val="bbPlcHdr"/>
        </w:types>
        <w:behaviors>
          <w:behavior w:val="content"/>
        </w:behaviors>
        <w:guid w:val="{24E31088-1D98-4944-97F8-FDEC9AF3F729}"/>
      </w:docPartPr>
      <w:docPartBody>
        <w:p w:rsidR="00691C11" w:rsidRDefault="00934FFB" w:rsidP="00934FFB">
          <w:pPr>
            <w:pStyle w:val="4F65399B8FC042808CBCFDA9D365FF01"/>
          </w:pPr>
          <w:r w:rsidRPr="00E85D59">
            <w:rPr>
              <w:rStyle w:val="Tekstvantijdelijkeaanduiding"/>
            </w:rPr>
            <w:t>Kies een item.</w:t>
          </w:r>
        </w:p>
      </w:docPartBody>
    </w:docPart>
    <w:docPart>
      <w:docPartPr>
        <w:name w:val="32683F946BAB4428B4AC02D02DBD3328"/>
        <w:category>
          <w:name w:val="Algemeen"/>
          <w:gallery w:val="placeholder"/>
        </w:category>
        <w:types>
          <w:type w:val="bbPlcHdr"/>
        </w:types>
        <w:behaviors>
          <w:behavior w:val="content"/>
        </w:behaviors>
        <w:guid w:val="{3131E1B6-039D-4AD4-92A1-0952576CA2C2}"/>
      </w:docPartPr>
      <w:docPartBody>
        <w:p w:rsidR="00691C11" w:rsidRDefault="00934FFB" w:rsidP="00934FFB">
          <w:pPr>
            <w:pStyle w:val="32683F946BAB4428B4AC02D02DBD3328"/>
          </w:pPr>
          <w:r w:rsidRPr="00F85AC8">
            <w:rPr>
              <w:rStyle w:val="Tekstvantijdelijkeaanduiding"/>
            </w:rPr>
            <w:t>Klik of tik om een datum in te voeren.</w:t>
          </w:r>
        </w:p>
      </w:docPartBody>
    </w:docPart>
    <w:docPart>
      <w:docPartPr>
        <w:name w:val="19851CBCC25F404C882E89143356E477"/>
        <w:category>
          <w:name w:val="Algemeen"/>
          <w:gallery w:val="placeholder"/>
        </w:category>
        <w:types>
          <w:type w:val="bbPlcHdr"/>
        </w:types>
        <w:behaviors>
          <w:behavior w:val="content"/>
        </w:behaviors>
        <w:guid w:val="{C7517BBF-3CB4-4C05-84F5-4406F4774C04}"/>
      </w:docPartPr>
      <w:docPartBody>
        <w:p w:rsidR="00691C11" w:rsidRDefault="00934FFB" w:rsidP="00934FFB">
          <w:pPr>
            <w:pStyle w:val="19851CBCC25F404C882E89143356E477"/>
          </w:pPr>
          <w:r w:rsidRPr="00F85AC8">
            <w:rPr>
              <w:rStyle w:val="Tekstvantijdelijkeaanduiding"/>
            </w:rPr>
            <w:t>Klik of tik om een datum in te voeren.</w:t>
          </w:r>
        </w:p>
      </w:docPartBody>
    </w:docPart>
    <w:docPart>
      <w:docPartPr>
        <w:name w:val="2DD18A4AA46D4BBDB4FB0416C46264AA"/>
        <w:category>
          <w:name w:val="Algemeen"/>
          <w:gallery w:val="placeholder"/>
        </w:category>
        <w:types>
          <w:type w:val="bbPlcHdr"/>
        </w:types>
        <w:behaviors>
          <w:behavior w:val="content"/>
        </w:behaviors>
        <w:guid w:val="{5E443FAE-ECAF-4700-B071-3771E94D283D}"/>
      </w:docPartPr>
      <w:docPartBody>
        <w:p w:rsidR="00691C11" w:rsidRDefault="00934FFB" w:rsidP="00934FFB">
          <w:pPr>
            <w:pStyle w:val="2DD18A4AA46D4BBDB4FB0416C46264AA"/>
          </w:pPr>
          <w:r w:rsidRPr="00B317BC">
            <w:rPr>
              <w:rStyle w:val="Tekstvantijdelijkeaanduiding"/>
            </w:rPr>
            <w:t>Klik of tik om een datum in te voeren.</w:t>
          </w:r>
        </w:p>
      </w:docPartBody>
    </w:docPart>
    <w:docPart>
      <w:docPartPr>
        <w:name w:val="6F10D1954BE44614842C7A51C6235781"/>
        <w:category>
          <w:name w:val="Algemeen"/>
          <w:gallery w:val="placeholder"/>
        </w:category>
        <w:types>
          <w:type w:val="bbPlcHdr"/>
        </w:types>
        <w:behaviors>
          <w:behavior w:val="content"/>
        </w:behaviors>
        <w:guid w:val="{2D615C4C-C3D0-4363-BFE2-E8F4F05C7766}"/>
      </w:docPartPr>
      <w:docPartBody>
        <w:p w:rsidR="00691C11" w:rsidRDefault="00934FFB" w:rsidP="00934FFB">
          <w:pPr>
            <w:pStyle w:val="6F10D1954BE44614842C7A51C6235781"/>
          </w:pPr>
          <w:r w:rsidRPr="004B5AA5">
            <w:rPr>
              <w:rStyle w:val="Tekstvantijdelijkeaanduiding"/>
            </w:rPr>
            <w:t>Kies een item.</w:t>
          </w:r>
        </w:p>
      </w:docPartBody>
    </w:docPart>
    <w:docPart>
      <w:docPartPr>
        <w:name w:val="40C7B7D7000347D5B402ABDA5992F830"/>
        <w:category>
          <w:name w:val="Algemeen"/>
          <w:gallery w:val="placeholder"/>
        </w:category>
        <w:types>
          <w:type w:val="bbPlcHdr"/>
        </w:types>
        <w:behaviors>
          <w:behavior w:val="content"/>
        </w:behaviors>
        <w:guid w:val="{98A5CD5B-BAF6-4526-ACBB-5B5E6321FF52}"/>
      </w:docPartPr>
      <w:docPartBody>
        <w:p w:rsidR="00691C11" w:rsidRDefault="00934FFB" w:rsidP="00934FFB">
          <w:pPr>
            <w:pStyle w:val="40C7B7D7000347D5B402ABDA5992F830"/>
          </w:pPr>
          <w:r w:rsidRPr="00062C1D">
            <w:rPr>
              <w:rStyle w:val="Tekstvantijdelijkeaanduiding"/>
            </w:rPr>
            <w:t>Klik of tik om tekst in te voeren.</w:t>
          </w:r>
        </w:p>
      </w:docPartBody>
    </w:docPart>
    <w:docPart>
      <w:docPartPr>
        <w:name w:val="83D9506E97504166B877015153299C88"/>
        <w:category>
          <w:name w:val="Algemeen"/>
          <w:gallery w:val="placeholder"/>
        </w:category>
        <w:types>
          <w:type w:val="bbPlcHdr"/>
        </w:types>
        <w:behaviors>
          <w:behavior w:val="content"/>
        </w:behaviors>
        <w:guid w:val="{B03F8B08-4E43-4FE2-90FA-6BF6B2D4E82D}"/>
      </w:docPartPr>
      <w:docPartBody>
        <w:p w:rsidR="00691C11" w:rsidRDefault="00934FFB" w:rsidP="00934FFB">
          <w:pPr>
            <w:pStyle w:val="83D9506E97504166B877015153299C88"/>
          </w:pPr>
          <w:r w:rsidRPr="00F85AC8">
            <w:rPr>
              <w:rStyle w:val="Tekstvantijdelijkeaanduiding"/>
            </w:rPr>
            <w:t>Klik of tik om een datum in te voeren.</w:t>
          </w:r>
        </w:p>
      </w:docPartBody>
    </w:docPart>
    <w:docPart>
      <w:docPartPr>
        <w:name w:val="3E2DA661E23F493E909F19A6F92E0C3E"/>
        <w:category>
          <w:name w:val="Algemeen"/>
          <w:gallery w:val="placeholder"/>
        </w:category>
        <w:types>
          <w:type w:val="bbPlcHdr"/>
        </w:types>
        <w:behaviors>
          <w:behavior w:val="content"/>
        </w:behaviors>
        <w:guid w:val="{7A4AE2B9-63FF-4AF0-81BE-97015221191E}"/>
      </w:docPartPr>
      <w:docPartBody>
        <w:p w:rsidR="003E4CC9" w:rsidRDefault="00937349" w:rsidP="00937349">
          <w:pPr>
            <w:pStyle w:val="3E2DA661E23F493E909F19A6F92E0C3E"/>
          </w:pPr>
          <w:r w:rsidRPr="00B317BC">
            <w:rPr>
              <w:rStyle w:val="Tekstvantijdelijkeaanduiding"/>
            </w:rPr>
            <w:t>Klik of tik om een datum in te voeren.</w:t>
          </w:r>
        </w:p>
      </w:docPartBody>
    </w:docPart>
    <w:docPart>
      <w:docPartPr>
        <w:name w:val="300BEBF2BFAE42F6939D9D477B40ACB5"/>
        <w:category>
          <w:name w:val="Algemeen"/>
          <w:gallery w:val="placeholder"/>
        </w:category>
        <w:types>
          <w:type w:val="bbPlcHdr"/>
        </w:types>
        <w:behaviors>
          <w:behavior w:val="content"/>
        </w:behaviors>
        <w:guid w:val="{563B6FA0-81A8-45A7-8745-B13668163162}"/>
      </w:docPartPr>
      <w:docPartBody>
        <w:p w:rsidR="003E4CC9" w:rsidRDefault="00937349" w:rsidP="00937349">
          <w:pPr>
            <w:pStyle w:val="300BEBF2BFAE42F6939D9D477B40ACB5"/>
          </w:pPr>
          <w:r w:rsidRPr="00B317BC">
            <w:rPr>
              <w:rStyle w:val="Tekstvantijdelijkeaanduiding"/>
            </w:rPr>
            <w:t>Klik of tik om een datum in te voeren.</w:t>
          </w:r>
        </w:p>
      </w:docPartBody>
    </w:docPart>
    <w:docPart>
      <w:docPartPr>
        <w:name w:val="3E5786F6E32C417DA3BFAF616994B915"/>
        <w:category>
          <w:name w:val="Algemeen"/>
          <w:gallery w:val="placeholder"/>
        </w:category>
        <w:types>
          <w:type w:val="bbPlcHdr"/>
        </w:types>
        <w:behaviors>
          <w:behavior w:val="content"/>
        </w:behaviors>
        <w:guid w:val="{B939A6DF-69AF-4D58-B04F-B4DA8FEF406A}"/>
      </w:docPartPr>
      <w:docPartBody>
        <w:p w:rsidR="003E4CC9" w:rsidRDefault="00937349" w:rsidP="00937349">
          <w:pPr>
            <w:pStyle w:val="3E5786F6E32C417DA3BFAF616994B915"/>
          </w:pPr>
          <w:r w:rsidRPr="00987C2B">
            <w:rPr>
              <w:rStyle w:val="Tekstvantijdelijkeaanduiding"/>
            </w:rPr>
            <w:t>Klik of tik om tekst in te voeren.</w:t>
          </w:r>
        </w:p>
      </w:docPartBody>
    </w:docPart>
    <w:docPart>
      <w:docPartPr>
        <w:name w:val="E6CA47E8436946E7983DBF46BD558D73"/>
        <w:category>
          <w:name w:val="Algemeen"/>
          <w:gallery w:val="placeholder"/>
        </w:category>
        <w:types>
          <w:type w:val="bbPlcHdr"/>
        </w:types>
        <w:behaviors>
          <w:behavior w:val="content"/>
        </w:behaviors>
        <w:guid w:val="{71CA4106-CC73-4F73-ACF0-79C7DF209EF4}"/>
      </w:docPartPr>
      <w:docPartBody>
        <w:p w:rsidR="003E4CC9" w:rsidRDefault="00937349" w:rsidP="00937349">
          <w:pPr>
            <w:pStyle w:val="E6CA47E8436946E7983DBF46BD558D73"/>
          </w:pPr>
          <w:r w:rsidRPr="00987C2B">
            <w:rPr>
              <w:rStyle w:val="Tekstvantijdelijkeaanduiding"/>
            </w:rPr>
            <w:t>Klik of tik om tekst in te voeren.</w:t>
          </w:r>
        </w:p>
      </w:docPartBody>
    </w:docPart>
    <w:docPart>
      <w:docPartPr>
        <w:name w:val="822A58E48DF141228FC76E207D8FA3BF"/>
        <w:category>
          <w:name w:val="Algemeen"/>
          <w:gallery w:val="placeholder"/>
        </w:category>
        <w:types>
          <w:type w:val="bbPlcHdr"/>
        </w:types>
        <w:behaviors>
          <w:behavior w:val="content"/>
        </w:behaviors>
        <w:guid w:val="{91174E1D-058C-4420-9B3B-E9F962A4CF58}"/>
      </w:docPartPr>
      <w:docPartBody>
        <w:p w:rsidR="003E4CC9" w:rsidRDefault="00937349" w:rsidP="00937349">
          <w:pPr>
            <w:pStyle w:val="822A58E48DF141228FC76E207D8FA3BF"/>
          </w:pPr>
          <w:r w:rsidRPr="00987C2B">
            <w:rPr>
              <w:rStyle w:val="Tekstvantijdelijkeaanduiding"/>
            </w:rPr>
            <w:t>Klik of tik om tekst in te voeren.</w:t>
          </w:r>
        </w:p>
      </w:docPartBody>
    </w:docPart>
    <w:docPart>
      <w:docPartPr>
        <w:name w:val="3B2AE09D04564F459CB11ED293B39CF6"/>
        <w:category>
          <w:name w:val="Algemeen"/>
          <w:gallery w:val="placeholder"/>
        </w:category>
        <w:types>
          <w:type w:val="bbPlcHdr"/>
        </w:types>
        <w:behaviors>
          <w:behavior w:val="content"/>
        </w:behaviors>
        <w:guid w:val="{BEFCFDB1-21F1-4B01-8D7B-77F3AE5D4E4D}"/>
      </w:docPartPr>
      <w:docPartBody>
        <w:p w:rsidR="003E4CC9" w:rsidRDefault="00937349" w:rsidP="00937349">
          <w:pPr>
            <w:pStyle w:val="3B2AE09D04564F459CB11ED293B39CF6"/>
          </w:pPr>
          <w:r w:rsidRPr="00987C2B">
            <w:rPr>
              <w:rStyle w:val="Tekstvantijdelijkeaanduiding"/>
            </w:rPr>
            <w:t>Klik of tik om tekst in te voeren.</w:t>
          </w:r>
        </w:p>
      </w:docPartBody>
    </w:docPart>
    <w:docPart>
      <w:docPartPr>
        <w:name w:val="50654CFE5CA84A54B9F7BD0FBB522D30"/>
        <w:category>
          <w:name w:val="Algemeen"/>
          <w:gallery w:val="placeholder"/>
        </w:category>
        <w:types>
          <w:type w:val="bbPlcHdr"/>
        </w:types>
        <w:behaviors>
          <w:behavior w:val="content"/>
        </w:behaviors>
        <w:guid w:val="{CA274FFB-F956-435E-9F50-4BA543E2A26D}"/>
      </w:docPartPr>
      <w:docPartBody>
        <w:p w:rsidR="003E4CC9" w:rsidRDefault="00937349" w:rsidP="00937349">
          <w:pPr>
            <w:pStyle w:val="50654CFE5CA84A54B9F7BD0FBB522D30"/>
          </w:pPr>
          <w:r w:rsidRPr="00987C2B">
            <w:rPr>
              <w:rStyle w:val="Tekstvantijdelijkeaanduiding"/>
            </w:rPr>
            <w:t>Klik of tik om tekst in te voeren.</w:t>
          </w:r>
        </w:p>
      </w:docPartBody>
    </w:docPart>
    <w:docPart>
      <w:docPartPr>
        <w:name w:val="63A5F3DA2F3A42EDAE52812D851909F6"/>
        <w:category>
          <w:name w:val="Algemeen"/>
          <w:gallery w:val="placeholder"/>
        </w:category>
        <w:types>
          <w:type w:val="bbPlcHdr"/>
        </w:types>
        <w:behaviors>
          <w:behavior w:val="content"/>
        </w:behaviors>
        <w:guid w:val="{4B468B85-8511-4F89-9C3C-18EDAA3B0DF1}"/>
      </w:docPartPr>
      <w:docPartBody>
        <w:p w:rsidR="003E4CC9" w:rsidRDefault="00937349" w:rsidP="00937349">
          <w:pPr>
            <w:pStyle w:val="63A5F3DA2F3A42EDAE52812D851909F6"/>
          </w:pPr>
          <w:r w:rsidRPr="00987C2B">
            <w:rPr>
              <w:rStyle w:val="Tekstvantijdelijkeaanduiding"/>
            </w:rPr>
            <w:t>Klik of tik om tekst in te voeren.</w:t>
          </w:r>
        </w:p>
      </w:docPartBody>
    </w:docPart>
    <w:docPart>
      <w:docPartPr>
        <w:name w:val="8EB5CA9E57D746AA8588CC799EB53E6C"/>
        <w:category>
          <w:name w:val="Algemeen"/>
          <w:gallery w:val="placeholder"/>
        </w:category>
        <w:types>
          <w:type w:val="bbPlcHdr"/>
        </w:types>
        <w:behaviors>
          <w:behavior w:val="content"/>
        </w:behaviors>
        <w:guid w:val="{D8659307-C82A-4295-9706-3CBAEF1B923F}"/>
      </w:docPartPr>
      <w:docPartBody>
        <w:p w:rsidR="003E4CC9" w:rsidRDefault="00937349" w:rsidP="00937349">
          <w:pPr>
            <w:pStyle w:val="8EB5CA9E57D746AA8588CC799EB53E6C"/>
          </w:pPr>
          <w:r w:rsidRPr="00987C2B">
            <w:rPr>
              <w:rStyle w:val="Tekstvantijdelijkeaanduiding"/>
            </w:rPr>
            <w:t>Klik of tik om tekst in te voeren.</w:t>
          </w:r>
        </w:p>
      </w:docPartBody>
    </w:docPart>
    <w:docPart>
      <w:docPartPr>
        <w:name w:val="708CD9F398CF4E4E92E95D7276FF645E"/>
        <w:category>
          <w:name w:val="Algemeen"/>
          <w:gallery w:val="placeholder"/>
        </w:category>
        <w:types>
          <w:type w:val="bbPlcHdr"/>
        </w:types>
        <w:behaviors>
          <w:behavior w:val="content"/>
        </w:behaviors>
        <w:guid w:val="{CC63AA26-F66B-497F-8114-D50B2E946C2F}"/>
      </w:docPartPr>
      <w:docPartBody>
        <w:p w:rsidR="003E4CC9" w:rsidRDefault="00937349" w:rsidP="00937349">
          <w:pPr>
            <w:pStyle w:val="708CD9F398CF4E4E92E95D7276FF645E"/>
          </w:pPr>
          <w:r w:rsidRPr="00987C2B">
            <w:rPr>
              <w:rStyle w:val="Tekstvantijdelijkeaanduiding"/>
            </w:rPr>
            <w:t>Klik of tik om tekst in te voeren.</w:t>
          </w:r>
        </w:p>
      </w:docPartBody>
    </w:docPart>
    <w:docPart>
      <w:docPartPr>
        <w:name w:val="58F41DEEFCCE4073B351B1FE01BC3FD5"/>
        <w:category>
          <w:name w:val="Algemeen"/>
          <w:gallery w:val="placeholder"/>
        </w:category>
        <w:types>
          <w:type w:val="bbPlcHdr"/>
        </w:types>
        <w:behaviors>
          <w:behavior w:val="content"/>
        </w:behaviors>
        <w:guid w:val="{D4A91206-D6E0-4FF6-86C8-402DD82E739B}"/>
      </w:docPartPr>
      <w:docPartBody>
        <w:p w:rsidR="003E4CC9" w:rsidRDefault="00937349" w:rsidP="00937349">
          <w:pPr>
            <w:pStyle w:val="58F41DEEFCCE4073B351B1FE01BC3FD5"/>
          </w:pPr>
          <w:r w:rsidRPr="00987C2B">
            <w:rPr>
              <w:rStyle w:val="Tekstvantijdelijkeaanduiding"/>
            </w:rPr>
            <w:t>Klik of tik om tekst in te voeren.</w:t>
          </w:r>
        </w:p>
      </w:docPartBody>
    </w:docPart>
    <w:docPart>
      <w:docPartPr>
        <w:name w:val="B1EE2D7CC6FB4EBF98D31DDF1EAE207D"/>
        <w:category>
          <w:name w:val="Algemeen"/>
          <w:gallery w:val="placeholder"/>
        </w:category>
        <w:types>
          <w:type w:val="bbPlcHdr"/>
        </w:types>
        <w:behaviors>
          <w:behavior w:val="content"/>
        </w:behaviors>
        <w:guid w:val="{19078524-A0DC-4F86-8D5A-05C9FFAF5B9E}"/>
      </w:docPartPr>
      <w:docPartBody>
        <w:p w:rsidR="003E4CC9" w:rsidRDefault="00937349" w:rsidP="00937349">
          <w:pPr>
            <w:pStyle w:val="B1EE2D7CC6FB4EBF98D31DDF1EAE207D"/>
          </w:pPr>
          <w:r w:rsidRPr="00987C2B">
            <w:rPr>
              <w:rStyle w:val="Tekstvantijdelijkeaanduiding"/>
            </w:rPr>
            <w:t>Klik of tik om tekst in te voeren.</w:t>
          </w:r>
        </w:p>
      </w:docPartBody>
    </w:docPart>
    <w:docPart>
      <w:docPartPr>
        <w:name w:val="24A2DEF5F1C34791B422AC8EBEFDDBF6"/>
        <w:category>
          <w:name w:val="Algemeen"/>
          <w:gallery w:val="placeholder"/>
        </w:category>
        <w:types>
          <w:type w:val="bbPlcHdr"/>
        </w:types>
        <w:behaviors>
          <w:behavior w:val="content"/>
        </w:behaviors>
        <w:guid w:val="{DD907D60-A954-4D8F-AD64-C5D1420E9DA3}"/>
      </w:docPartPr>
      <w:docPartBody>
        <w:p w:rsidR="003E4CC9" w:rsidRDefault="00937349" w:rsidP="00937349">
          <w:pPr>
            <w:pStyle w:val="24A2DEF5F1C34791B422AC8EBEFDDBF6"/>
          </w:pPr>
          <w:r w:rsidRPr="00987C2B">
            <w:rPr>
              <w:rStyle w:val="Tekstvantijdelijkeaanduiding"/>
            </w:rPr>
            <w:t>Klik of tik om tekst in te voeren.</w:t>
          </w:r>
        </w:p>
      </w:docPartBody>
    </w:docPart>
    <w:docPart>
      <w:docPartPr>
        <w:name w:val="3A4D71B087F641588B303F05D16C6926"/>
        <w:category>
          <w:name w:val="Algemeen"/>
          <w:gallery w:val="placeholder"/>
        </w:category>
        <w:types>
          <w:type w:val="bbPlcHdr"/>
        </w:types>
        <w:behaviors>
          <w:behavior w:val="content"/>
        </w:behaviors>
        <w:guid w:val="{64430F3D-6C28-48A4-9C10-A4F66277E6D7}"/>
      </w:docPartPr>
      <w:docPartBody>
        <w:p w:rsidR="003E4CC9" w:rsidRDefault="00937349" w:rsidP="00937349">
          <w:pPr>
            <w:pStyle w:val="3A4D71B087F641588B303F05D16C6926"/>
          </w:pPr>
          <w:r w:rsidRPr="00987C2B">
            <w:rPr>
              <w:rStyle w:val="Tekstvantijdelijkeaanduiding"/>
            </w:rPr>
            <w:t>Klik of tik om tekst in te voeren.</w:t>
          </w:r>
        </w:p>
      </w:docPartBody>
    </w:docPart>
    <w:docPart>
      <w:docPartPr>
        <w:name w:val="443BFB17E0564DDF82101972812FF5D8"/>
        <w:category>
          <w:name w:val="Algemeen"/>
          <w:gallery w:val="placeholder"/>
        </w:category>
        <w:types>
          <w:type w:val="bbPlcHdr"/>
        </w:types>
        <w:behaviors>
          <w:behavior w:val="content"/>
        </w:behaviors>
        <w:guid w:val="{05486DFC-0955-41A2-9285-3033CF46F1F0}"/>
      </w:docPartPr>
      <w:docPartBody>
        <w:p w:rsidR="003E4CC9" w:rsidRDefault="00937349" w:rsidP="00937349">
          <w:pPr>
            <w:pStyle w:val="443BFB17E0564DDF82101972812FF5D8"/>
          </w:pPr>
          <w:r w:rsidRPr="00987C2B">
            <w:rPr>
              <w:rStyle w:val="Tekstvantijdelijkeaanduiding"/>
            </w:rPr>
            <w:t>Klik of tik om tekst in te voeren.</w:t>
          </w:r>
        </w:p>
      </w:docPartBody>
    </w:docPart>
    <w:docPart>
      <w:docPartPr>
        <w:name w:val="13275D3ED9E4455EAE2BFE067CB5B19C"/>
        <w:category>
          <w:name w:val="Algemeen"/>
          <w:gallery w:val="placeholder"/>
        </w:category>
        <w:types>
          <w:type w:val="bbPlcHdr"/>
        </w:types>
        <w:behaviors>
          <w:behavior w:val="content"/>
        </w:behaviors>
        <w:guid w:val="{8CAE50CE-76B3-4359-946D-C5256F954029}"/>
      </w:docPartPr>
      <w:docPartBody>
        <w:p w:rsidR="003E4CC9" w:rsidRDefault="00937349" w:rsidP="00937349">
          <w:pPr>
            <w:pStyle w:val="13275D3ED9E4455EAE2BFE067CB5B19C"/>
          </w:pPr>
          <w:r w:rsidRPr="00987C2B">
            <w:rPr>
              <w:rStyle w:val="Tekstvantijdelijkeaanduiding"/>
            </w:rPr>
            <w:t>Klik of tik om tekst in te voeren.</w:t>
          </w:r>
        </w:p>
      </w:docPartBody>
    </w:docPart>
    <w:docPart>
      <w:docPartPr>
        <w:name w:val="6D4AB5E59B2740CC8AB0C085AE780671"/>
        <w:category>
          <w:name w:val="Algemeen"/>
          <w:gallery w:val="placeholder"/>
        </w:category>
        <w:types>
          <w:type w:val="bbPlcHdr"/>
        </w:types>
        <w:behaviors>
          <w:behavior w:val="content"/>
        </w:behaviors>
        <w:guid w:val="{D6A2B163-AC29-46A2-B865-2038735A9E56}"/>
      </w:docPartPr>
      <w:docPartBody>
        <w:p w:rsidR="003E4CC9" w:rsidRDefault="00937349" w:rsidP="00937349">
          <w:pPr>
            <w:pStyle w:val="6D4AB5E59B2740CC8AB0C085AE780671"/>
          </w:pPr>
          <w:r w:rsidRPr="00987C2B">
            <w:rPr>
              <w:rStyle w:val="Tekstvantijdelijkeaanduiding"/>
            </w:rPr>
            <w:t>Klik of tik om tekst in te voeren.</w:t>
          </w:r>
        </w:p>
      </w:docPartBody>
    </w:docPart>
    <w:docPart>
      <w:docPartPr>
        <w:name w:val="41DC6D7E065744F4A195888400B2C59E"/>
        <w:category>
          <w:name w:val="Algemeen"/>
          <w:gallery w:val="placeholder"/>
        </w:category>
        <w:types>
          <w:type w:val="bbPlcHdr"/>
        </w:types>
        <w:behaviors>
          <w:behavior w:val="content"/>
        </w:behaviors>
        <w:guid w:val="{B7B3680E-0352-4E93-94EF-339BA1E9E240}"/>
      </w:docPartPr>
      <w:docPartBody>
        <w:p w:rsidR="003E4CC9" w:rsidRDefault="00937349" w:rsidP="00937349">
          <w:pPr>
            <w:pStyle w:val="41DC6D7E065744F4A195888400B2C59E"/>
          </w:pPr>
          <w:r w:rsidRPr="00987C2B">
            <w:rPr>
              <w:rStyle w:val="Tekstvantijdelijkeaanduiding"/>
            </w:rPr>
            <w:t>Klik of tik om tekst in te voeren.</w:t>
          </w:r>
        </w:p>
      </w:docPartBody>
    </w:docPart>
    <w:docPart>
      <w:docPartPr>
        <w:name w:val="A525E03E236942EABB916FAD51A1FB44"/>
        <w:category>
          <w:name w:val="Algemeen"/>
          <w:gallery w:val="placeholder"/>
        </w:category>
        <w:types>
          <w:type w:val="bbPlcHdr"/>
        </w:types>
        <w:behaviors>
          <w:behavior w:val="content"/>
        </w:behaviors>
        <w:guid w:val="{9F61D2B5-F749-48A6-8F3B-9C01F04FA33F}"/>
      </w:docPartPr>
      <w:docPartBody>
        <w:p w:rsidR="003E4CC9" w:rsidRDefault="00937349" w:rsidP="00937349">
          <w:pPr>
            <w:pStyle w:val="A525E03E236942EABB916FAD51A1FB44"/>
          </w:pPr>
          <w:r w:rsidRPr="00987C2B">
            <w:rPr>
              <w:rStyle w:val="Tekstvantijdelijkeaanduiding"/>
            </w:rPr>
            <w:t>Klik of tik om tekst in te voeren.</w:t>
          </w:r>
        </w:p>
      </w:docPartBody>
    </w:docPart>
    <w:docPart>
      <w:docPartPr>
        <w:name w:val="E788DD1EE36440CEBB140481CCC7A4B5"/>
        <w:category>
          <w:name w:val="Algemeen"/>
          <w:gallery w:val="placeholder"/>
        </w:category>
        <w:types>
          <w:type w:val="bbPlcHdr"/>
        </w:types>
        <w:behaviors>
          <w:behavior w:val="content"/>
        </w:behaviors>
        <w:guid w:val="{3A202365-C5B2-40AB-A2EA-416B4B4CD77D}"/>
      </w:docPartPr>
      <w:docPartBody>
        <w:p w:rsidR="003E4CC9" w:rsidRDefault="00937349" w:rsidP="00937349">
          <w:pPr>
            <w:pStyle w:val="E788DD1EE36440CEBB140481CCC7A4B5"/>
          </w:pPr>
          <w:r w:rsidRPr="00987C2B">
            <w:rPr>
              <w:rStyle w:val="Tekstvantijdelijkeaanduiding"/>
            </w:rPr>
            <w:t>Klik of tik om tekst in te voeren.</w:t>
          </w:r>
        </w:p>
      </w:docPartBody>
    </w:docPart>
    <w:docPart>
      <w:docPartPr>
        <w:name w:val="8FD99B13D1434C20BD07B7410168CE7C"/>
        <w:category>
          <w:name w:val="Algemeen"/>
          <w:gallery w:val="placeholder"/>
        </w:category>
        <w:types>
          <w:type w:val="bbPlcHdr"/>
        </w:types>
        <w:behaviors>
          <w:behavior w:val="content"/>
        </w:behaviors>
        <w:guid w:val="{B4A1DB80-8EF6-41A9-A4E5-CEA4B7FB6B22}"/>
      </w:docPartPr>
      <w:docPartBody>
        <w:p w:rsidR="003E4CC9" w:rsidRDefault="00937349" w:rsidP="00937349">
          <w:pPr>
            <w:pStyle w:val="8FD99B13D1434C20BD07B7410168CE7C"/>
          </w:pPr>
          <w:r w:rsidRPr="00987C2B">
            <w:rPr>
              <w:rStyle w:val="Tekstvantijdelijkeaanduiding"/>
            </w:rPr>
            <w:t>Klik of tik om tekst in te voeren.</w:t>
          </w:r>
        </w:p>
      </w:docPartBody>
    </w:docPart>
    <w:docPart>
      <w:docPartPr>
        <w:name w:val="A9FFF571AFA1444D896C7068D2D23480"/>
        <w:category>
          <w:name w:val="Algemeen"/>
          <w:gallery w:val="placeholder"/>
        </w:category>
        <w:types>
          <w:type w:val="bbPlcHdr"/>
        </w:types>
        <w:behaviors>
          <w:behavior w:val="content"/>
        </w:behaviors>
        <w:guid w:val="{0EF75FBF-2091-4BF7-BC24-FC4D5D143A99}"/>
      </w:docPartPr>
      <w:docPartBody>
        <w:p w:rsidR="003E4CC9" w:rsidRDefault="00937349" w:rsidP="00937349">
          <w:pPr>
            <w:pStyle w:val="A9FFF571AFA1444D896C7068D2D23480"/>
          </w:pPr>
          <w:r w:rsidRPr="00987C2B">
            <w:rPr>
              <w:rStyle w:val="Tekstvantijdelijkeaanduiding"/>
            </w:rPr>
            <w:t>Klik of tik om tekst in te voeren.</w:t>
          </w:r>
        </w:p>
      </w:docPartBody>
    </w:docPart>
    <w:docPart>
      <w:docPartPr>
        <w:name w:val="2EC709AF04ED49DE812DAC0CA263BE0D"/>
        <w:category>
          <w:name w:val="Algemeen"/>
          <w:gallery w:val="placeholder"/>
        </w:category>
        <w:types>
          <w:type w:val="bbPlcHdr"/>
        </w:types>
        <w:behaviors>
          <w:behavior w:val="content"/>
        </w:behaviors>
        <w:guid w:val="{69BFCBB7-1AFA-4AD6-8D3F-E5A342E57F8F}"/>
      </w:docPartPr>
      <w:docPartBody>
        <w:p w:rsidR="003E4CC9" w:rsidRDefault="00937349" w:rsidP="00937349">
          <w:pPr>
            <w:pStyle w:val="2EC709AF04ED49DE812DAC0CA263BE0D"/>
          </w:pPr>
          <w:r w:rsidRPr="00987C2B">
            <w:rPr>
              <w:rStyle w:val="Tekstvantijdelijkeaanduiding"/>
            </w:rPr>
            <w:t>Klik of tik om tekst in te voeren.</w:t>
          </w:r>
        </w:p>
      </w:docPartBody>
    </w:docPart>
    <w:docPart>
      <w:docPartPr>
        <w:name w:val="2D1EF27622EF4933BBABC804B0E0781B"/>
        <w:category>
          <w:name w:val="Algemeen"/>
          <w:gallery w:val="placeholder"/>
        </w:category>
        <w:types>
          <w:type w:val="bbPlcHdr"/>
        </w:types>
        <w:behaviors>
          <w:behavior w:val="content"/>
        </w:behaviors>
        <w:guid w:val="{9191D452-66A3-49E3-A988-5B1A2D4E0DC5}"/>
      </w:docPartPr>
      <w:docPartBody>
        <w:p w:rsidR="003E4CC9" w:rsidRDefault="00937349" w:rsidP="00937349">
          <w:pPr>
            <w:pStyle w:val="2D1EF27622EF4933BBABC804B0E0781B"/>
          </w:pPr>
          <w:r w:rsidRPr="00987C2B">
            <w:rPr>
              <w:rStyle w:val="Tekstvantijdelijkeaanduiding"/>
            </w:rPr>
            <w:t>Klik of tik om tekst in te voeren.</w:t>
          </w:r>
        </w:p>
      </w:docPartBody>
    </w:docPart>
    <w:docPart>
      <w:docPartPr>
        <w:name w:val="243498AA04B04763A7D5820904433788"/>
        <w:category>
          <w:name w:val="Algemeen"/>
          <w:gallery w:val="placeholder"/>
        </w:category>
        <w:types>
          <w:type w:val="bbPlcHdr"/>
        </w:types>
        <w:behaviors>
          <w:behavior w:val="content"/>
        </w:behaviors>
        <w:guid w:val="{081F6E3E-1B29-459E-A9E7-0DE8CB1147C0}"/>
      </w:docPartPr>
      <w:docPartBody>
        <w:p w:rsidR="003E4CC9" w:rsidRDefault="00937349" w:rsidP="00937349">
          <w:pPr>
            <w:pStyle w:val="243498AA04B04763A7D5820904433788"/>
          </w:pPr>
          <w:r w:rsidRPr="00987C2B">
            <w:rPr>
              <w:rStyle w:val="Tekstvantijdelijkeaanduiding"/>
            </w:rPr>
            <w:t>Klik of tik om tekst in te voeren.</w:t>
          </w:r>
        </w:p>
      </w:docPartBody>
    </w:docPart>
    <w:docPart>
      <w:docPartPr>
        <w:name w:val="55CF150DD99546C5A4461BD06A3C13EF"/>
        <w:category>
          <w:name w:val="Algemeen"/>
          <w:gallery w:val="placeholder"/>
        </w:category>
        <w:types>
          <w:type w:val="bbPlcHdr"/>
        </w:types>
        <w:behaviors>
          <w:behavior w:val="content"/>
        </w:behaviors>
        <w:guid w:val="{19B62AF3-D1C9-479A-ACAA-1849ED228D96}"/>
      </w:docPartPr>
      <w:docPartBody>
        <w:p w:rsidR="003E4CC9" w:rsidRDefault="00937349" w:rsidP="00937349">
          <w:pPr>
            <w:pStyle w:val="55CF150DD99546C5A4461BD06A3C13EF"/>
          </w:pPr>
          <w:r w:rsidRPr="00987C2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ource Sans Pro">
    <w:altName w:val="Arial"/>
    <w:charset w:val="00"/>
    <w:family w:val="swiss"/>
    <w:pitch w:val="variable"/>
    <w:sig w:usb0="600002F7" w:usb1="02000001" w:usb2="00000000" w:usb3="00000000" w:csb0="0000019F" w:csb1="00000000"/>
  </w:font>
  <w:font w:name="Oranda BT">
    <w:altName w:val="Times New Roman"/>
    <w:charset w:val="00"/>
    <w:family w:val="roman"/>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8BB"/>
    <w:rsid w:val="00172E29"/>
    <w:rsid w:val="002F5C19"/>
    <w:rsid w:val="00324B72"/>
    <w:rsid w:val="00396F1D"/>
    <w:rsid w:val="003C7B46"/>
    <w:rsid w:val="003D6B68"/>
    <w:rsid w:val="003E4CC9"/>
    <w:rsid w:val="005768BB"/>
    <w:rsid w:val="00616571"/>
    <w:rsid w:val="00691C11"/>
    <w:rsid w:val="00934FFB"/>
    <w:rsid w:val="00937349"/>
    <w:rsid w:val="00AB20F4"/>
    <w:rsid w:val="00AF586A"/>
    <w:rsid w:val="00B36248"/>
    <w:rsid w:val="00B87242"/>
    <w:rsid w:val="00C05D24"/>
    <w:rsid w:val="00C4007E"/>
    <w:rsid w:val="00C56E5F"/>
    <w:rsid w:val="00CB01C8"/>
    <w:rsid w:val="00D32A6A"/>
    <w:rsid w:val="00D35053"/>
    <w:rsid w:val="00EE0DEB"/>
    <w:rsid w:val="00EE4D46"/>
    <w:rsid w:val="00F550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7349"/>
    <w:rPr>
      <w:color w:val="666666"/>
    </w:rPr>
  </w:style>
  <w:style w:type="paragraph" w:customStyle="1" w:styleId="606C4AAE39654EE9A29C8AAC2104E18F">
    <w:name w:val="606C4AAE39654EE9A29C8AAC2104E18F"/>
    <w:rsid w:val="005768BB"/>
    <w:pPr>
      <w:spacing w:after="200" w:line="276" w:lineRule="auto"/>
    </w:pPr>
    <w:rPr>
      <w:kern w:val="0"/>
      <w:sz w:val="22"/>
      <w:szCs w:val="22"/>
      <w:lang w:val="en-US" w:eastAsia="en-US"/>
      <w14:ligatures w14:val="none"/>
    </w:rPr>
  </w:style>
  <w:style w:type="paragraph" w:customStyle="1" w:styleId="DAA35F563B7F40B28291CBF2A54EE1B54">
    <w:name w:val="DAA35F563B7F40B28291CBF2A54EE1B54"/>
    <w:rsid w:val="005768BB"/>
    <w:pPr>
      <w:spacing w:after="200" w:line="276" w:lineRule="auto"/>
    </w:pPr>
    <w:rPr>
      <w:kern w:val="0"/>
      <w:sz w:val="22"/>
      <w:szCs w:val="22"/>
      <w:lang w:val="en-US" w:eastAsia="en-US"/>
      <w14:ligatures w14:val="none"/>
    </w:rPr>
  </w:style>
  <w:style w:type="paragraph" w:customStyle="1" w:styleId="2190A12A528F4A0D98450F498C4DE395">
    <w:name w:val="2190A12A528F4A0D98450F498C4DE395"/>
    <w:rsid w:val="005768BB"/>
    <w:pPr>
      <w:spacing w:after="200" w:line="276" w:lineRule="auto"/>
    </w:pPr>
    <w:rPr>
      <w:kern w:val="0"/>
      <w:sz w:val="22"/>
      <w:szCs w:val="22"/>
      <w:lang w:val="en-US" w:eastAsia="en-US"/>
      <w14:ligatures w14:val="none"/>
    </w:rPr>
  </w:style>
  <w:style w:type="paragraph" w:customStyle="1" w:styleId="606525FF00094027A10254CF89CFDB95">
    <w:name w:val="606525FF00094027A10254CF89CFDB95"/>
    <w:rsid w:val="005768BB"/>
    <w:pPr>
      <w:spacing w:after="200" w:line="276" w:lineRule="auto"/>
    </w:pPr>
    <w:rPr>
      <w:kern w:val="0"/>
      <w:sz w:val="22"/>
      <w:szCs w:val="22"/>
      <w:lang w:val="en-US" w:eastAsia="en-US"/>
      <w14:ligatures w14:val="none"/>
    </w:rPr>
  </w:style>
  <w:style w:type="paragraph" w:customStyle="1" w:styleId="A24ADD2546924EA8BBB04D18A256EAEC">
    <w:name w:val="A24ADD2546924EA8BBB04D18A256EAEC"/>
    <w:rsid w:val="005768BB"/>
    <w:pPr>
      <w:spacing w:after="200" w:line="276" w:lineRule="auto"/>
    </w:pPr>
    <w:rPr>
      <w:kern w:val="0"/>
      <w:sz w:val="22"/>
      <w:szCs w:val="22"/>
      <w:lang w:val="en-US" w:eastAsia="en-US"/>
      <w14:ligatures w14:val="none"/>
    </w:rPr>
  </w:style>
  <w:style w:type="paragraph" w:customStyle="1" w:styleId="0E4BBFF6D45441ED85B82813A1A97AC5">
    <w:name w:val="0E4BBFF6D45441ED85B82813A1A97AC5"/>
    <w:rsid w:val="005768BB"/>
    <w:pPr>
      <w:spacing w:after="200" w:line="276" w:lineRule="auto"/>
    </w:pPr>
    <w:rPr>
      <w:kern w:val="0"/>
      <w:sz w:val="22"/>
      <w:szCs w:val="22"/>
      <w:lang w:val="en-US" w:eastAsia="en-US"/>
      <w14:ligatures w14:val="none"/>
    </w:rPr>
  </w:style>
  <w:style w:type="paragraph" w:customStyle="1" w:styleId="1F7AC78EDAD6430EBB51F6E221C95585">
    <w:name w:val="1F7AC78EDAD6430EBB51F6E221C95585"/>
    <w:rsid w:val="005768BB"/>
    <w:pPr>
      <w:spacing w:after="200" w:line="276" w:lineRule="auto"/>
    </w:pPr>
    <w:rPr>
      <w:kern w:val="0"/>
      <w:sz w:val="22"/>
      <w:szCs w:val="22"/>
      <w:lang w:val="en-US" w:eastAsia="en-US"/>
      <w14:ligatures w14:val="none"/>
    </w:rPr>
  </w:style>
  <w:style w:type="paragraph" w:customStyle="1" w:styleId="65124C4648B341B390AED65BB5BC0598">
    <w:name w:val="65124C4648B341B390AED65BB5BC0598"/>
    <w:rsid w:val="005768BB"/>
    <w:pPr>
      <w:spacing w:after="200" w:line="276" w:lineRule="auto"/>
    </w:pPr>
    <w:rPr>
      <w:kern w:val="0"/>
      <w:sz w:val="22"/>
      <w:szCs w:val="22"/>
      <w:lang w:val="en-US" w:eastAsia="en-US"/>
      <w14:ligatures w14:val="none"/>
    </w:rPr>
  </w:style>
  <w:style w:type="paragraph" w:customStyle="1" w:styleId="4F21C03830BE495AAC213FE005EA7535">
    <w:name w:val="4F21C03830BE495AAC213FE005EA7535"/>
    <w:rsid w:val="00934FFB"/>
  </w:style>
  <w:style w:type="paragraph" w:customStyle="1" w:styleId="4F65399B8FC042808CBCFDA9D365FF01">
    <w:name w:val="4F65399B8FC042808CBCFDA9D365FF01"/>
    <w:rsid w:val="00934FFB"/>
  </w:style>
  <w:style w:type="paragraph" w:customStyle="1" w:styleId="32683F946BAB4428B4AC02D02DBD3328">
    <w:name w:val="32683F946BAB4428B4AC02D02DBD3328"/>
    <w:rsid w:val="00934FFB"/>
  </w:style>
  <w:style w:type="paragraph" w:customStyle="1" w:styleId="19851CBCC25F404C882E89143356E477">
    <w:name w:val="19851CBCC25F404C882E89143356E477"/>
    <w:rsid w:val="00934FFB"/>
  </w:style>
  <w:style w:type="paragraph" w:customStyle="1" w:styleId="2DD18A4AA46D4BBDB4FB0416C46264AA">
    <w:name w:val="2DD18A4AA46D4BBDB4FB0416C46264AA"/>
    <w:rsid w:val="00934FFB"/>
  </w:style>
  <w:style w:type="paragraph" w:customStyle="1" w:styleId="6F10D1954BE44614842C7A51C6235781">
    <w:name w:val="6F10D1954BE44614842C7A51C6235781"/>
    <w:rsid w:val="00934FFB"/>
  </w:style>
  <w:style w:type="paragraph" w:customStyle="1" w:styleId="40C7B7D7000347D5B402ABDA5992F830">
    <w:name w:val="40C7B7D7000347D5B402ABDA5992F830"/>
    <w:rsid w:val="00934FFB"/>
  </w:style>
  <w:style w:type="paragraph" w:customStyle="1" w:styleId="83D9506E97504166B877015153299C88">
    <w:name w:val="83D9506E97504166B877015153299C88"/>
    <w:rsid w:val="00934FFB"/>
  </w:style>
  <w:style w:type="paragraph" w:customStyle="1" w:styleId="3E2DA661E23F493E909F19A6F92E0C3E">
    <w:name w:val="3E2DA661E23F493E909F19A6F92E0C3E"/>
    <w:rsid w:val="00937349"/>
  </w:style>
  <w:style w:type="paragraph" w:customStyle="1" w:styleId="300BEBF2BFAE42F6939D9D477B40ACB5">
    <w:name w:val="300BEBF2BFAE42F6939D9D477B40ACB5"/>
    <w:rsid w:val="00937349"/>
  </w:style>
  <w:style w:type="paragraph" w:customStyle="1" w:styleId="3E5786F6E32C417DA3BFAF616994B915">
    <w:name w:val="3E5786F6E32C417DA3BFAF616994B915"/>
    <w:rsid w:val="00937349"/>
  </w:style>
  <w:style w:type="paragraph" w:customStyle="1" w:styleId="E6CA47E8436946E7983DBF46BD558D73">
    <w:name w:val="E6CA47E8436946E7983DBF46BD558D73"/>
    <w:rsid w:val="00937349"/>
  </w:style>
  <w:style w:type="paragraph" w:customStyle="1" w:styleId="822A58E48DF141228FC76E207D8FA3BF">
    <w:name w:val="822A58E48DF141228FC76E207D8FA3BF"/>
    <w:rsid w:val="00937349"/>
  </w:style>
  <w:style w:type="paragraph" w:customStyle="1" w:styleId="3B2AE09D04564F459CB11ED293B39CF6">
    <w:name w:val="3B2AE09D04564F459CB11ED293B39CF6"/>
    <w:rsid w:val="00937349"/>
  </w:style>
  <w:style w:type="paragraph" w:customStyle="1" w:styleId="50654CFE5CA84A54B9F7BD0FBB522D30">
    <w:name w:val="50654CFE5CA84A54B9F7BD0FBB522D30"/>
    <w:rsid w:val="00937349"/>
  </w:style>
  <w:style w:type="paragraph" w:customStyle="1" w:styleId="63A5F3DA2F3A42EDAE52812D851909F6">
    <w:name w:val="63A5F3DA2F3A42EDAE52812D851909F6"/>
    <w:rsid w:val="00937349"/>
  </w:style>
  <w:style w:type="paragraph" w:customStyle="1" w:styleId="654C21585FD7410BB40085DFCC56E6CC">
    <w:name w:val="654C21585FD7410BB40085DFCC56E6CC"/>
    <w:rsid w:val="00937349"/>
  </w:style>
  <w:style w:type="paragraph" w:customStyle="1" w:styleId="8EB5CA9E57D746AA8588CC799EB53E6C">
    <w:name w:val="8EB5CA9E57D746AA8588CC799EB53E6C"/>
    <w:rsid w:val="00937349"/>
  </w:style>
  <w:style w:type="paragraph" w:customStyle="1" w:styleId="708CD9F398CF4E4E92E95D7276FF645E">
    <w:name w:val="708CD9F398CF4E4E92E95D7276FF645E"/>
    <w:rsid w:val="00937349"/>
  </w:style>
  <w:style w:type="paragraph" w:customStyle="1" w:styleId="58F41DEEFCCE4073B351B1FE01BC3FD5">
    <w:name w:val="58F41DEEFCCE4073B351B1FE01BC3FD5"/>
    <w:rsid w:val="00937349"/>
  </w:style>
  <w:style w:type="paragraph" w:customStyle="1" w:styleId="B1EE2D7CC6FB4EBF98D31DDF1EAE207D">
    <w:name w:val="B1EE2D7CC6FB4EBF98D31DDF1EAE207D"/>
    <w:rsid w:val="00937349"/>
  </w:style>
  <w:style w:type="paragraph" w:customStyle="1" w:styleId="24A2DEF5F1C34791B422AC8EBEFDDBF6">
    <w:name w:val="24A2DEF5F1C34791B422AC8EBEFDDBF6"/>
    <w:rsid w:val="00937349"/>
  </w:style>
  <w:style w:type="paragraph" w:customStyle="1" w:styleId="3A4D71B087F641588B303F05D16C6926">
    <w:name w:val="3A4D71B087F641588B303F05D16C6926"/>
    <w:rsid w:val="00937349"/>
  </w:style>
  <w:style w:type="paragraph" w:customStyle="1" w:styleId="443BFB17E0564DDF82101972812FF5D8">
    <w:name w:val="443BFB17E0564DDF82101972812FF5D8"/>
    <w:rsid w:val="00937349"/>
  </w:style>
  <w:style w:type="paragraph" w:customStyle="1" w:styleId="13275D3ED9E4455EAE2BFE067CB5B19C">
    <w:name w:val="13275D3ED9E4455EAE2BFE067CB5B19C"/>
    <w:rsid w:val="00937349"/>
  </w:style>
  <w:style w:type="paragraph" w:customStyle="1" w:styleId="6D4AB5E59B2740CC8AB0C085AE780671">
    <w:name w:val="6D4AB5E59B2740CC8AB0C085AE780671"/>
    <w:rsid w:val="00937349"/>
  </w:style>
  <w:style w:type="paragraph" w:customStyle="1" w:styleId="41DC6D7E065744F4A195888400B2C59E">
    <w:name w:val="41DC6D7E065744F4A195888400B2C59E"/>
    <w:rsid w:val="00937349"/>
  </w:style>
  <w:style w:type="paragraph" w:customStyle="1" w:styleId="A525E03E236942EABB916FAD51A1FB44">
    <w:name w:val="A525E03E236942EABB916FAD51A1FB44"/>
    <w:rsid w:val="00937349"/>
  </w:style>
  <w:style w:type="paragraph" w:customStyle="1" w:styleId="E788DD1EE36440CEBB140481CCC7A4B5">
    <w:name w:val="E788DD1EE36440CEBB140481CCC7A4B5"/>
    <w:rsid w:val="00937349"/>
  </w:style>
  <w:style w:type="paragraph" w:customStyle="1" w:styleId="8FD99B13D1434C20BD07B7410168CE7C">
    <w:name w:val="8FD99B13D1434C20BD07B7410168CE7C"/>
    <w:rsid w:val="00937349"/>
  </w:style>
  <w:style w:type="paragraph" w:customStyle="1" w:styleId="A9FFF571AFA1444D896C7068D2D23480">
    <w:name w:val="A9FFF571AFA1444D896C7068D2D23480"/>
    <w:rsid w:val="00937349"/>
  </w:style>
  <w:style w:type="paragraph" w:customStyle="1" w:styleId="2EC709AF04ED49DE812DAC0CA263BE0D">
    <w:name w:val="2EC709AF04ED49DE812DAC0CA263BE0D"/>
    <w:rsid w:val="00937349"/>
  </w:style>
  <w:style w:type="paragraph" w:customStyle="1" w:styleId="2D1EF27622EF4933BBABC804B0E0781B">
    <w:name w:val="2D1EF27622EF4933BBABC804B0E0781B"/>
    <w:rsid w:val="00937349"/>
  </w:style>
  <w:style w:type="paragraph" w:customStyle="1" w:styleId="243498AA04B04763A7D5820904433788">
    <w:name w:val="243498AA04B04763A7D5820904433788"/>
    <w:rsid w:val="00937349"/>
  </w:style>
  <w:style w:type="paragraph" w:customStyle="1" w:styleId="55CF150DD99546C5A4461BD06A3C13EF">
    <w:name w:val="55CF150DD99546C5A4461BD06A3C13EF"/>
    <w:rsid w:val="00937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_dlc_DocId xmlns="a5cd52ce-c99f-49f2-897d-4fe3d1c9b95c">FWVQREXT66FX-1343458803-801</_dlc_DocId>
    <Aggregatieniveau xmlns="86369355-6b61-49c1-b1d3-5cc2524499bb">Dossier</Aggregatieniveau>
    <IdentificatiekenmerkTeamsite xmlns="86369355-6b61-49c1-b1d3-5cc2524499bb" xsi:nil="true"/>
    <StatusTeamSite xmlns="86369355-6b61-49c1-b1d3-5cc2524499bb">Actueel</StatusTeamSite>
    <l7904bdd38c54d03b88fc2860555689c xmlns="86369355-6b61-49c1-b1d3-5cc2524499bb">
      <Terms xmlns="http://schemas.microsoft.com/office/infopath/2007/PartnerControls"/>
    </l7904bdd38c54d03b88fc2860555689c>
    <Verantwoordelijke xmlns="86369355-6b61-49c1-b1d3-5cc2524499bb">
      <UserInfo>
        <DisplayName/>
        <AccountId xsi:nil="true"/>
        <AccountType/>
      </UserInfo>
    </Verantwoordelijke>
    <ExternIdentificatiekenmerk xmlns="86369355-6b61-49c1-b1d3-5cc2524499bb" xsi:nil="true"/>
    <_dlc_DocIdUrl xmlns="a5cd52ce-c99f-49f2-897d-4fe3d1c9b95c">
      <Url>https://irvnnijmegen.sharepoint.com/sites/P-TeamJeugdLokaal/_layouts/15/DocIdRedir.aspx?ID=FWVQREXT66FX-1343458803-801</Url>
      <Description>FWVQREXT66FX-1343458803-801</Description>
    </_dlc_DocIdUrl>
    <jc3f68c56f6840beaeb4d148944adba3 xmlns="86369355-6b61-49c1-b1d3-5cc2524499bb">
      <Terms xmlns="http://schemas.microsoft.com/office/infopath/2007/PartnerControls"/>
    </jc3f68c56f6840beaeb4d148944adba3>
    <BevoegdGezag xmlns="86369355-6b61-49c1-b1d3-5cc2524499bb">Gemeente Nijmegen</BevoegdGezag>
    <lcf76f155ced4ddcb4097134ff3c332f xmlns="eb4b4c61-290b-464e-b93d-d2316e3c5627">
      <Terms xmlns="http://schemas.microsoft.com/office/infopath/2007/PartnerControls"/>
    </lcf76f155ced4ddcb4097134ff3c332f>
    <TaxCatchAll xmlns="86369355-6b61-49c1-b1d3-5cc2524499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DEA89A7B2330468CBB1289E8DFF450" ma:contentTypeVersion="11" ma:contentTypeDescription="Create a new document." ma:contentTypeScope="" ma:versionID="e4acb91663b7d431036c0988117de4f7">
  <xsd:schema xmlns:xsd="http://www.w3.org/2001/XMLSchema" xmlns:xs="http://www.w3.org/2001/XMLSchema" xmlns:p="http://schemas.microsoft.com/office/2006/metadata/properties" xmlns:ns1="http://schemas.microsoft.com/sharepoint/v3" xmlns:ns2="a5cd52ce-c99f-49f2-897d-4fe3d1c9b95c" xmlns:ns3="86369355-6b61-49c1-b1d3-5cc2524499bb" xmlns:ns4="eb4b4c61-290b-464e-b93d-d2316e3c5627" targetNamespace="http://schemas.microsoft.com/office/2006/metadata/properties" ma:root="true" ma:fieldsID="333be2313a736a11d4b7585e5c73bb4e" ns1:_="" ns2:_="" ns3:_="" ns4:_="">
    <xsd:import namespace="http://schemas.microsoft.com/sharepoint/v3"/>
    <xsd:import namespace="a5cd52ce-c99f-49f2-897d-4fe3d1c9b95c"/>
    <xsd:import namespace="86369355-6b61-49c1-b1d3-5cc2524499bb"/>
    <xsd:import namespace="eb4b4c61-290b-464e-b93d-d2316e3c562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d52ce-c99f-49f2-897d-4fe3d1c9b9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2a9cc65d-89f4-47f9-8fa0-474b71e3a341}" ma:internalName="TaxCatchAll" ma:showField="CatchAllData" ma:web="a5cd52ce-c99f-49f2-897d-4fe3d1c9b95c">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2a9cc65d-89f4-47f9-8fa0-474b71e3a341}" ma:internalName="TaxCatchAllLabel" ma:readOnly="true" ma:showField="CatchAllDataLabel" ma:web="a5cd52ce-c99f-49f2-897d-4fe3d1c9b95c">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4b4c61-290b-464e-b93d-d2316e3c5627"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67F7C-615A-4A81-8A39-E9042AA52A8E}">
  <ds:schemaRefs>
    <ds:schemaRef ds:uri="http://schemas.microsoft.com/sharepoint/events"/>
  </ds:schemaRefs>
</ds:datastoreItem>
</file>

<file path=customXml/itemProps2.xml><?xml version="1.0" encoding="utf-8"?>
<ds:datastoreItem xmlns:ds="http://schemas.openxmlformats.org/officeDocument/2006/customXml" ds:itemID="{7C35E39B-36F2-424E-873B-ABFD022C54E3}">
  <ds:schemaRefs>
    <ds:schemaRef ds:uri="http://schemas.microsoft.com/sharepoint/v3/contenttype/forms"/>
  </ds:schemaRefs>
</ds:datastoreItem>
</file>

<file path=customXml/itemProps3.xml><?xml version="1.0" encoding="utf-8"?>
<ds:datastoreItem xmlns:ds="http://schemas.openxmlformats.org/officeDocument/2006/customXml" ds:itemID="{08E5282B-187A-454B-BC11-FE82E30A9BA0}">
  <ds:schemaRefs>
    <ds:schemaRef ds:uri="http://schemas.microsoft.com/office/2006/metadata/properties"/>
    <ds:schemaRef ds:uri="http://schemas.microsoft.com/office/infopath/2007/PartnerControls"/>
    <ds:schemaRef ds:uri="http://schemas.microsoft.com/sharepoint/v3"/>
    <ds:schemaRef ds:uri="a5cd52ce-c99f-49f2-897d-4fe3d1c9b95c"/>
    <ds:schemaRef ds:uri="86369355-6b61-49c1-b1d3-5cc2524499bb"/>
    <ds:schemaRef ds:uri="eb4b4c61-290b-464e-b93d-d2316e3c5627"/>
  </ds:schemaRefs>
</ds:datastoreItem>
</file>

<file path=customXml/itemProps4.xml><?xml version="1.0" encoding="utf-8"?>
<ds:datastoreItem xmlns:ds="http://schemas.openxmlformats.org/officeDocument/2006/customXml" ds:itemID="{E05DC683-AE01-472B-B7D1-CA912628C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cd52ce-c99f-49f2-897d-4fe3d1c9b95c"/>
    <ds:schemaRef ds:uri="86369355-6b61-49c1-b1d3-5cc2524499bb"/>
    <ds:schemaRef ds:uri="eb4b4c61-290b-464e-b93d-d2316e3c5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1569</Words>
  <Characters>8634</Characters>
  <Application>Microsoft Office Word</Application>
  <DocSecurity>0</DocSecurity>
  <Lines>71</Lines>
  <Paragraphs>20</Paragraphs>
  <ScaleCrop>false</ScaleCrop>
  <Manager/>
  <Company/>
  <LinksUpToDate>false</LinksUpToDate>
  <CharactersWithSpaces>10183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Mandy Schapendonk</cp:lastModifiedBy>
  <cp:revision>607</cp:revision>
  <dcterms:created xsi:type="dcterms:W3CDTF">2026-04-20T17:17:00Z</dcterms:created>
  <dcterms:modified xsi:type="dcterms:W3CDTF">2026-07-13T13:06:00Z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0x01010098DEA89A7B2330468CBB1289E8DFF450</vt:lpwstr>
  </property>
  <property fmtid="{D5CDD505-2E9C-101B-9397-08002B2CF9AE}" pid="3" name="_dlc_DocIdItemGuid">
    <vt:lpwstr>619b1ac4-83eb-4de8-85d4-41371674d870</vt:lpwstr>
  </property>
  <property fmtid="{D5CDD505-2E9C-101B-9397-08002B2CF9AE}" pid="4" name="Afdeling">
    <vt:lpwstr/>
  </property>
  <property fmtid="{D5CDD505-2E9C-101B-9397-08002B2CF9AE}" pid="5" name="MediaServiceImageTags">
    <vt:lpwstr/>
  </property>
  <property fmtid="{D5CDD505-2E9C-101B-9397-08002B2CF9AE}" pid="6" name="n44ced7fe27645ccaf20ac6542df7133">
    <vt:lpwstr/>
  </property>
  <property fmtid="{D5CDD505-2E9C-101B-9397-08002B2CF9AE}" pid="7" name="Organisatieeenheid">
    <vt:lpwstr/>
  </property>
  <property fmtid="{D5CDD505-2E9C-101B-9397-08002B2CF9AE}" pid="8" name="Thema">
    <vt:lpwstr/>
  </property>
</Properties>
</file>