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63DCC" w14:textId="46215C8F" w:rsidR="00BA3C91" w:rsidRPr="00054FDA" w:rsidRDefault="00E44238" w:rsidP="009C01A0">
      <w:pPr>
        <w:pStyle w:val="Kop1"/>
        <w:spacing w:before="240"/>
        <w:rPr>
          <w:rFonts w:ascii="Oranda BT" w:hAnsi="Oranda BT"/>
          <w:bCs w:val="0"/>
          <w:color w:val="A90A2E"/>
          <w:sz w:val="36"/>
          <w:szCs w:val="36"/>
          <w:lang w:val="nl-NL"/>
        </w:rPr>
      </w:pPr>
      <w:r w:rsidRPr="00054FDA">
        <w:rPr>
          <w:rFonts w:ascii="Oranda BT" w:hAnsi="Oranda BT"/>
          <w:bCs w:val="0"/>
          <w:color w:val="A90A2E"/>
          <w:sz w:val="36"/>
          <w:szCs w:val="36"/>
          <w:lang w:val="nl-NL"/>
        </w:rPr>
        <w:t>Aanvraagformulier Commissie Passende Verwijzing (CPV)</w:t>
      </w:r>
      <w:r w:rsidR="00BD1AD3">
        <w:rPr>
          <w:rFonts w:ascii="Oranda BT" w:hAnsi="Oranda BT"/>
          <w:bCs w:val="0"/>
          <w:color w:val="A90A2E"/>
          <w:sz w:val="36"/>
          <w:szCs w:val="36"/>
          <w:lang w:val="nl-NL"/>
        </w:rPr>
        <w:t xml:space="preserve"> (versiedatum 13 juli 2026)</w:t>
      </w:r>
    </w:p>
    <w:p w14:paraId="02066843" w14:textId="41E89D6B" w:rsidR="00AB6AA7" w:rsidRPr="009E1E56" w:rsidRDefault="00487E14" w:rsidP="00CE4349">
      <w:pPr>
        <w:rPr>
          <w:rFonts w:ascii="Source Sans Pro" w:hAnsi="Source Sans Pro"/>
          <w:sz w:val="19"/>
          <w:szCs w:val="19"/>
          <w:lang w:val="nl-NL"/>
        </w:rPr>
      </w:pPr>
      <w:r>
        <w:rPr>
          <w:lang w:val="nl-NL"/>
        </w:rPr>
        <w:br/>
      </w:r>
      <w:r w:rsidR="00AB6AA7" w:rsidRPr="005D05AF">
        <w:rPr>
          <w:rFonts w:ascii="Source Sans Pro" w:hAnsi="Source Sans Pro"/>
          <w:sz w:val="19"/>
          <w:szCs w:val="19"/>
          <w:lang w:val="nl-NL"/>
        </w:rPr>
        <w:t xml:space="preserve">Een verwijzer kan een aanvraag indienen door dit </w:t>
      </w:r>
      <w:r w:rsidRPr="005D05AF">
        <w:rPr>
          <w:rFonts w:ascii="Source Sans Pro" w:hAnsi="Source Sans Pro"/>
          <w:sz w:val="19"/>
          <w:szCs w:val="19"/>
          <w:lang w:val="nl-NL"/>
        </w:rPr>
        <w:t>formulier</w:t>
      </w:r>
      <w:r w:rsidR="00B120FC">
        <w:rPr>
          <w:rFonts w:ascii="Source Sans Pro" w:hAnsi="Source Sans Pro"/>
          <w:sz w:val="19"/>
          <w:szCs w:val="19"/>
          <w:lang w:val="nl-NL"/>
        </w:rPr>
        <w:t xml:space="preserve"> (</w:t>
      </w:r>
      <w:r w:rsidR="00B120FC" w:rsidRPr="00B120FC">
        <w:rPr>
          <w:rFonts w:ascii="Source Sans Pro" w:hAnsi="Source Sans Pro"/>
          <w:sz w:val="19"/>
          <w:szCs w:val="19"/>
          <w:u w:val="single"/>
          <w:lang w:val="nl-NL"/>
        </w:rPr>
        <w:t>z</w:t>
      </w:r>
      <w:r w:rsidR="00B120FC">
        <w:rPr>
          <w:rFonts w:ascii="Source Sans Pro" w:hAnsi="Source Sans Pro"/>
          <w:sz w:val="19"/>
          <w:szCs w:val="19"/>
          <w:u w:val="single"/>
          <w:lang w:val="nl-NL"/>
        </w:rPr>
        <w:t>o</w:t>
      </w:r>
      <w:r w:rsidR="00B120FC" w:rsidRPr="00B120FC">
        <w:rPr>
          <w:rFonts w:ascii="Source Sans Pro" w:hAnsi="Source Sans Pro"/>
          <w:sz w:val="19"/>
          <w:szCs w:val="19"/>
          <w:u w:val="single"/>
          <w:lang w:val="nl-NL"/>
        </w:rPr>
        <w:t>nder</w:t>
      </w:r>
      <w:r w:rsidR="00B120FC">
        <w:rPr>
          <w:rFonts w:ascii="Source Sans Pro" w:hAnsi="Source Sans Pro"/>
          <w:sz w:val="19"/>
          <w:szCs w:val="19"/>
          <w:lang w:val="nl-NL"/>
        </w:rPr>
        <w:t xml:space="preserve"> bijlagen)</w:t>
      </w:r>
      <w:r w:rsidRPr="005D05AF">
        <w:rPr>
          <w:rFonts w:ascii="Source Sans Pro" w:hAnsi="Source Sans Pro"/>
          <w:sz w:val="19"/>
          <w:szCs w:val="19"/>
          <w:lang w:val="nl-NL"/>
        </w:rPr>
        <w:t xml:space="preserve"> via een beveiligde omgeving </w:t>
      </w:r>
      <w:r w:rsidR="00AB6AA7" w:rsidRPr="005D05AF">
        <w:rPr>
          <w:rFonts w:ascii="Source Sans Pro" w:hAnsi="Source Sans Pro"/>
          <w:sz w:val="19"/>
          <w:szCs w:val="19"/>
          <w:lang w:val="nl-NL"/>
        </w:rPr>
        <w:t xml:space="preserve">te sturen </w:t>
      </w:r>
      <w:r w:rsidRPr="005D05AF">
        <w:rPr>
          <w:rFonts w:ascii="Source Sans Pro" w:hAnsi="Source Sans Pro"/>
          <w:sz w:val="19"/>
          <w:szCs w:val="19"/>
          <w:lang w:val="nl-NL"/>
        </w:rPr>
        <w:t xml:space="preserve">naar </w:t>
      </w:r>
      <w:hyperlink r:id="rId12" w:history="1">
        <w:r w:rsidR="00306131" w:rsidRPr="005D05AF">
          <w:rPr>
            <w:rStyle w:val="Hyperlink"/>
            <w:rFonts w:ascii="Source Sans Pro" w:hAnsi="Source Sans Pro"/>
            <w:sz w:val="19"/>
            <w:szCs w:val="19"/>
            <w:lang w:val="nl-NL"/>
          </w:rPr>
          <w:t>passendeverwijzing@nijmegen.nl</w:t>
        </w:r>
      </w:hyperlink>
      <w:r w:rsidR="009E1E56" w:rsidRPr="009E1E56">
        <w:rPr>
          <w:lang w:val="nl-NL"/>
        </w:rPr>
        <w:t xml:space="preserve"> </w:t>
      </w:r>
    </w:p>
    <w:p w14:paraId="5D9D745A" w14:textId="00DE22F6" w:rsidR="00BA3C91" w:rsidRPr="005D05AF" w:rsidRDefault="00AB6AA7" w:rsidP="00CE4349">
      <w:pPr>
        <w:rPr>
          <w:rFonts w:ascii="Source Sans Pro" w:hAnsi="Source Sans Pro"/>
          <w:sz w:val="19"/>
          <w:szCs w:val="19"/>
          <w:lang w:val="nl-NL"/>
        </w:rPr>
      </w:pPr>
      <w:r w:rsidRPr="005D05AF">
        <w:rPr>
          <w:rFonts w:ascii="Source Sans Pro" w:hAnsi="Source Sans Pro"/>
          <w:sz w:val="19"/>
          <w:szCs w:val="19"/>
          <w:lang w:val="nl-NL"/>
        </w:rPr>
        <w:t>De delen A</w:t>
      </w:r>
      <w:r w:rsidR="00587F60">
        <w:rPr>
          <w:rFonts w:ascii="Source Sans Pro" w:hAnsi="Source Sans Pro"/>
          <w:sz w:val="19"/>
          <w:szCs w:val="19"/>
          <w:lang w:val="nl-NL"/>
        </w:rPr>
        <w:t xml:space="preserve"> en </w:t>
      </w:r>
      <w:r w:rsidR="00E35FA5" w:rsidRPr="005D05AF">
        <w:rPr>
          <w:rFonts w:ascii="Source Sans Pro" w:hAnsi="Source Sans Pro"/>
          <w:sz w:val="19"/>
          <w:szCs w:val="19"/>
          <w:lang w:val="nl-NL"/>
        </w:rPr>
        <w:t xml:space="preserve">B </w:t>
      </w:r>
      <w:r w:rsidRPr="005D05AF">
        <w:rPr>
          <w:rFonts w:ascii="Source Sans Pro" w:hAnsi="Source Sans Pro"/>
          <w:sz w:val="19"/>
          <w:szCs w:val="19"/>
          <w:lang w:val="nl-NL"/>
        </w:rPr>
        <w:t>moet</w:t>
      </w:r>
      <w:r w:rsidR="00E35FA5" w:rsidRPr="005D05AF">
        <w:rPr>
          <w:rFonts w:ascii="Source Sans Pro" w:hAnsi="Source Sans Pro"/>
          <w:sz w:val="19"/>
          <w:szCs w:val="19"/>
          <w:lang w:val="nl-NL"/>
        </w:rPr>
        <w:t>en</w:t>
      </w:r>
      <w:r w:rsidRPr="005D05AF">
        <w:rPr>
          <w:rFonts w:ascii="Source Sans Pro" w:hAnsi="Source Sans Pro"/>
          <w:sz w:val="19"/>
          <w:szCs w:val="19"/>
          <w:lang w:val="nl-NL"/>
        </w:rPr>
        <w:t xml:space="preserve"> volledig en </w:t>
      </w:r>
      <w:r w:rsidRPr="00587F60">
        <w:rPr>
          <w:rFonts w:ascii="Source Sans Pro" w:hAnsi="Source Sans Pro"/>
          <w:sz w:val="19"/>
          <w:szCs w:val="19"/>
          <w:u w:val="single"/>
          <w:lang w:val="nl-NL"/>
        </w:rPr>
        <w:t>geanonimiseerd</w:t>
      </w:r>
      <w:r w:rsidRPr="005D05AF">
        <w:rPr>
          <w:rFonts w:ascii="Source Sans Pro" w:hAnsi="Source Sans Pro"/>
          <w:sz w:val="19"/>
          <w:szCs w:val="19"/>
          <w:lang w:val="nl-NL"/>
        </w:rPr>
        <w:t xml:space="preserve"> worden ingevuld.</w:t>
      </w:r>
      <w:r w:rsidR="00E35FA5" w:rsidRPr="005D05AF">
        <w:rPr>
          <w:rFonts w:ascii="Source Sans Pro" w:hAnsi="Source Sans Pro"/>
          <w:sz w:val="19"/>
          <w:szCs w:val="19"/>
          <w:lang w:val="nl-NL"/>
        </w:rPr>
        <w:t xml:space="preserve"> Deel </w:t>
      </w:r>
      <w:r w:rsidR="00587F60">
        <w:rPr>
          <w:rFonts w:ascii="Source Sans Pro" w:hAnsi="Source Sans Pro"/>
          <w:sz w:val="19"/>
          <w:szCs w:val="19"/>
          <w:lang w:val="nl-NL"/>
        </w:rPr>
        <w:t>C</w:t>
      </w:r>
      <w:r w:rsidR="00E35FA5" w:rsidRPr="005D05AF">
        <w:rPr>
          <w:rFonts w:ascii="Source Sans Pro" w:hAnsi="Source Sans Pro"/>
          <w:sz w:val="19"/>
          <w:szCs w:val="19"/>
          <w:lang w:val="nl-NL"/>
        </w:rPr>
        <w:t xml:space="preserve"> wordt door de CPV ingevuld. </w:t>
      </w:r>
      <w:r w:rsidRPr="005D05AF">
        <w:rPr>
          <w:rFonts w:ascii="Source Sans Pro" w:hAnsi="Source Sans Pro"/>
          <w:sz w:val="19"/>
          <w:szCs w:val="19"/>
          <w:lang w:val="nl-NL"/>
        </w:rPr>
        <w:t xml:space="preserve">   </w:t>
      </w:r>
    </w:p>
    <w:p w14:paraId="08947174" w14:textId="4552C127" w:rsidR="00BA3C91" w:rsidRPr="00C650D7" w:rsidRDefault="00E44238" w:rsidP="00C650D7">
      <w:pPr>
        <w:pStyle w:val="Kop2"/>
        <w:spacing w:before="40"/>
        <w:rPr>
          <w:rFonts w:ascii="Oranda BT" w:hAnsi="Oranda BT"/>
          <w:bCs w:val="0"/>
          <w:color w:val="A90A2E"/>
          <w:sz w:val="28"/>
          <w:lang w:val="nl-NL"/>
        </w:rPr>
      </w:pPr>
      <w:r w:rsidRPr="00C650D7">
        <w:rPr>
          <w:rFonts w:ascii="Oranda BT" w:hAnsi="Oranda BT"/>
          <w:bCs w:val="0"/>
          <w:color w:val="A90A2E"/>
          <w:sz w:val="28"/>
          <w:lang w:val="nl-NL"/>
        </w:rPr>
        <w:t>Deel A – Algemene gegevens</w:t>
      </w:r>
      <w:r w:rsidR="00735771" w:rsidRPr="00C650D7">
        <w:rPr>
          <w:rFonts w:ascii="Oranda BT" w:hAnsi="Oranda BT"/>
          <w:bCs w:val="0"/>
          <w:color w:val="A90A2E"/>
          <w:sz w:val="28"/>
          <w:lang w:val="nl-NL"/>
        </w:rPr>
        <w:t xml:space="preserve"> </w:t>
      </w:r>
      <w:r w:rsidRPr="00C650D7">
        <w:rPr>
          <w:rFonts w:ascii="Oranda BT" w:hAnsi="Oranda BT"/>
          <w:bCs w:val="0"/>
          <w:color w:val="A90A2E"/>
          <w:sz w:val="28"/>
          <w:lang w:val="nl-NL"/>
        </w:rPr>
        <w:t>(voor alle aanvragen)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18"/>
        <w:gridCol w:w="4312"/>
      </w:tblGrid>
      <w:tr w:rsidR="00627254" w:rsidRPr="005C72ED" w14:paraId="6EC06322" w14:textId="77777777" w:rsidTr="1492FD82">
        <w:tc>
          <w:tcPr>
            <w:tcW w:w="8630" w:type="dxa"/>
            <w:gridSpan w:val="2"/>
          </w:tcPr>
          <w:p w14:paraId="6117F289" w14:textId="1E849AC2" w:rsidR="00627254" w:rsidRPr="00CE4349" w:rsidRDefault="00627254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CE4349">
              <w:rPr>
                <w:rFonts w:ascii="Source Sans Pro" w:hAnsi="Source Sans Pro"/>
                <w:b/>
                <w:bCs/>
                <w:sz w:val="19"/>
                <w:szCs w:val="19"/>
                <w:lang w:val="nl-NL"/>
              </w:rPr>
              <w:t>Gegevens aanvrager</w:t>
            </w:r>
          </w:p>
        </w:tc>
      </w:tr>
      <w:tr w:rsidR="00BA3C91" w:rsidRPr="002C6EE2" w14:paraId="243F8502" w14:textId="77777777" w:rsidTr="1492FD82">
        <w:tc>
          <w:tcPr>
            <w:tcW w:w="4318" w:type="dxa"/>
          </w:tcPr>
          <w:p w14:paraId="41D12131" w14:textId="49557EDB" w:rsidR="00BA3C91" w:rsidRPr="00CE4349" w:rsidRDefault="00C31645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>Naam organisatie, verwijzer en telefoonnummer</w:t>
            </w:r>
          </w:p>
        </w:tc>
        <w:sdt>
          <w:sdtPr>
            <w:rPr>
              <w:rFonts w:ascii="Source Sans Pro" w:hAnsi="Source Sans Pro"/>
              <w:sz w:val="19"/>
              <w:szCs w:val="19"/>
              <w:lang w:val="nl-NL"/>
            </w:rPr>
            <w:id w:val="-649364099"/>
            <w:placeholder>
              <w:docPart w:val="606C4AAE39654EE9A29C8AAC2104E18F"/>
            </w:placeholder>
            <w:showingPlcHdr/>
          </w:sdtPr>
          <w:sdtEndPr/>
          <w:sdtContent>
            <w:tc>
              <w:tcPr>
                <w:tcW w:w="4312" w:type="dxa"/>
              </w:tcPr>
              <w:p w14:paraId="0EF33B88" w14:textId="46C49EB5" w:rsidR="00BA3C91" w:rsidRPr="00CE4349" w:rsidRDefault="00987C2B">
                <w:pPr>
                  <w:rPr>
                    <w:rFonts w:ascii="Source Sans Pro" w:hAnsi="Source Sans Pro"/>
                    <w:sz w:val="19"/>
                    <w:szCs w:val="19"/>
                    <w:lang w:val="nl-NL"/>
                  </w:rPr>
                </w:pPr>
                <w:r w:rsidRPr="00987C2B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F97333" w:rsidRPr="00126A20" w14:paraId="35D1D63A" w14:textId="77777777" w:rsidTr="1492FD82">
        <w:tc>
          <w:tcPr>
            <w:tcW w:w="4318" w:type="dxa"/>
          </w:tcPr>
          <w:p w14:paraId="5FDE3100" w14:textId="04D4EC18" w:rsidR="00801F99" w:rsidRPr="00CE4349" w:rsidRDefault="00F97333" w:rsidP="0014404F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Indien verwijzer Buurtteams: </w:t>
            </w: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br/>
              <w:t xml:space="preserve">Is de aanvraag besproken </w:t>
            </w:r>
            <w:r w:rsidR="007C0C11">
              <w:rPr>
                <w:rFonts w:ascii="Source Sans Pro" w:hAnsi="Source Sans Pro"/>
                <w:sz w:val="19"/>
                <w:szCs w:val="19"/>
                <w:lang w:val="nl-NL"/>
              </w:rPr>
              <w:t>met de</w:t>
            </w:r>
            <w:r w:rsidR="00265747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</w:t>
            </w:r>
            <w:r w:rsidR="007C0C11">
              <w:rPr>
                <w:rFonts w:ascii="Source Sans Pro" w:hAnsi="Source Sans Pro"/>
                <w:sz w:val="19"/>
                <w:szCs w:val="19"/>
                <w:lang w:val="nl-NL"/>
              </w:rPr>
              <w:t>interne contactpersoon CPV</w:t>
            </w:r>
            <w:r w:rsidR="002D4538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(Monique Onck)</w:t>
            </w:r>
            <w:r w:rsidR="007C0C11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? </w:t>
            </w:r>
          </w:p>
        </w:tc>
        <w:tc>
          <w:tcPr>
            <w:tcW w:w="4312" w:type="dxa"/>
          </w:tcPr>
          <w:p w14:paraId="51537710" w14:textId="2D2BDC47" w:rsidR="00204394" w:rsidRDefault="005C6BB2" w:rsidP="00A610DB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sdt>
              <w:sdtPr>
                <w:rPr>
                  <w:rFonts w:ascii="Source Sans Pro" w:hAnsi="Source Sans Pro"/>
                  <w:sz w:val="19"/>
                  <w:szCs w:val="19"/>
                  <w:lang w:val="nl-NL"/>
                </w:rPr>
                <w:id w:val="56583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017">
                  <w:rPr>
                    <w:rFonts w:ascii="MS Gothic" w:eastAsia="MS Gothic" w:hAnsi="MS Gothic" w:hint="eastAsia"/>
                    <w:sz w:val="19"/>
                    <w:szCs w:val="19"/>
                    <w:lang w:val="nl-NL"/>
                  </w:rPr>
                  <w:t>☐</w:t>
                </w:r>
              </w:sdtContent>
            </w:sdt>
            <w:r w:rsidR="00690017">
              <w:rPr>
                <w:rFonts w:ascii="Source Sans Pro" w:hAnsi="Source Sans Pro"/>
                <w:sz w:val="19"/>
                <w:szCs w:val="19"/>
                <w:lang w:val="nl-NL"/>
              </w:rPr>
              <w:t>Ja</w:t>
            </w:r>
          </w:p>
          <w:p w14:paraId="6A0AA7BC" w14:textId="777E128A" w:rsidR="00A610DB" w:rsidRPr="00CE4349" w:rsidRDefault="005C6BB2" w:rsidP="00A610DB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sdt>
              <w:sdtPr>
                <w:rPr>
                  <w:rFonts w:ascii="Source Sans Pro" w:hAnsi="Source Sans Pro"/>
                  <w:sz w:val="19"/>
                  <w:szCs w:val="19"/>
                  <w:lang w:val="nl-NL"/>
                </w:rPr>
                <w:id w:val="105450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0DB">
                  <w:rPr>
                    <w:rFonts w:ascii="MS Gothic" w:eastAsia="MS Gothic" w:hAnsi="MS Gothic" w:hint="eastAsia"/>
                    <w:sz w:val="19"/>
                    <w:szCs w:val="19"/>
                    <w:lang w:val="nl-NL"/>
                  </w:rPr>
                  <w:t>☐</w:t>
                </w:r>
              </w:sdtContent>
            </w:sdt>
            <w:r w:rsidR="00A610DB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Nee         </w:t>
            </w:r>
          </w:p>
        </w:tc>
      </w:tr>
      <w:tr w:rsidR="00627254" w:rsidRPr="002C6EE2" w14:paraId="768F1150" w14:textId="77777777" w:rsidTr="1492FD82">
        <w:tc>
          <w:tcPr>
            <w:tcW w:w="8630" w:type="dxa"/>
            <w:gridSpan w:val="2"/>
          </w:tcPr>
          <w:p w14:paraId="6410E0DB" w14:textId="52284A9D" w:rsidR="00627254" w:rsidRPr="00CE4349" w:rsidRDefault="00627254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CE4349">
              <w:rPr>
                <w:rFonts w:ascii="Source Sans Pro" w:hAnsi="Source Sans Pro"/>
                <w:b/>
                <w:bCs/>
                <w:sz w:val="19"/>
                <w:szCs w:val="19"/>
                <w:lang w:val="nl-NL"/>
              </w:rPr>
              <w:t>Hulp waarvoor aanvraag wordt ingediend</w:t>
            </w:r>
          </w:p>
        </w:tc>
      </w:tr>
      <w:tr w:rsidR="00894788" w:rsidRPr="002C6EE2" w14:paraId="25E08242" w14:textId="77777777" w:rsidTr="1492FD82">
        <w:tc>
          <w:tcPr>
            <w:tcW w:w="4318" w:type="dxa"/>
          </w:tcPr>
          <w:p w14:paraId="4C181548" w14:textId="31A6DCA4" w:rsidR="00894788" w:rsidRPr="00CE4349" w:rsidRDefault="00894788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>Naam</w:t>
            </w:r>
            <w:r w:rsidR="00030CA1"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</w:t>
            </w: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>zorgaanbieder met toeleidingstop of -beperking</w:t>
            </w:r>
          </w:p>
        </w:tc>
        <w:sdt>
          <w:sdtPr>
            <w:rPr>
              <w:rFonts w:ascii="Source Sans Pro" w:hAnsi="Source Sans Pro"/>
              <w:sz w:val="19"/>
              <w:szCs w:val="19"/>
              <w:lang w:val="nl-NL"/>
            </w:rPr>
            <w:id w:val="-729305269"/>
            <w:placeholder>
              <w:docPart w:val="2190A12A528F4A0D98450F498C4DE395"/>
            </w:placeholder>
            <w:showingPlcHdr/>
          </w:sdtPr>
          <w:sdtEndPr/>
          <w:sdtContent>
            <w:tc>
              <w:tcPr>
                <w:tcW w:w="4312" w:type="dxa"/>
              </w:tcPr>
              <w:p w14:paraId="52F5418C" w14:textId="13782BF0" w:rsidR="00894788" w:rsidRPr="00CE4349" w:rsidRDefault="00987C2B">
                <w:pPr>
                  <w:rPr>
                    <w:rFonts w:ascii="Source Sans Pro" w:hAnsi="Source Sans Pro"/>
                    <w:sz w:val="19"/>
                    <w:szCs w:val="19"/>
                    <w:lang w:val="nl-NL"/>
                  </w:rPr>
                </w:pPr>
                <w:r w:rsidRPr="00987C2B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FB1EFA" w:rsidRPr="00C20990" w14:paraId="0A821A52" w14:textId="77777777" w:rsidTr="1492FD82">
        <w:tc>
          <w:tcPr>
            <w:tcW w:w="4318" w:type="dxa"/>
          </w:tcPr>
          <w:p w14:paraId="25027FCB" w14:textId="2DBA5922" w:rsidR="00FB1EFA" w:rsidRPr="00CE4349" w:rsidRDefault="00FB1EFA" w:rsidP="00FB1EFA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>
              <w:rPr>
                <w:rFonts w:ascii="Source Sans Pro" w:hAnsi="Source Sans Pro"/>
                <w:sz w:val="19"/>
                <w:szCs w:val="19"/>
                <w:lang w:val="nl-NL"/>
              </w:rPr>
              <w:t xml:space="preserve">Ontvangt de </w:t>
            </w:r>
            <w:r w:rsidR="00C20990">
              <w:rPr>
                <w:rFonts w:ascii="Source Sans Pro" w:hAnsi="Source Sans Pro"/>
                <w:sz w:val="19"/>
                <w:szCs w:val="19"/>
                <w:lang w:val="nl-NL"/>
              </w:rPr>
              <w:t>cliënt</w:t>
            </w:r>
            <w:r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nu </w:t>
            </w:r>
            <w:r w:rsidR="006410CA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aanvullende zorg? </w:t>
            </w:r>
          </w:p>
        </w:tc>
        <w:tc>
          <w:tcPr>
            <w:tcW w:w="4312" w:type="dxa"/>
          </w:tcPr>
          <w:p w14:paraId="1585D049" w14:textId="37954B79" w:rsidR="00C20990" w:rsidRDefault="005C6BB2" w:rsidP="00C20990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sdt>
              <w:sdtPr>
                <w:rPr>
                  <w:rFonts w:ascii="Source Sans Pro" w:hAnsi="Source Sans Pro"/>
                  <w:sz w:val="19"/>
                  <w:szCs w:val="19"/>
                  <w:lang w:val="nl-NL"/>
                </w:rPr>
                <w:id w:val="149722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990">
                  <w:rPr>
                    <w:rFonts w:ascii="MS Gothic" w:eastAsia="MS Gothic" w:hAnsi="MS Gothic" w:hint="eastAsia"/>
                    <w:sz w:val="19"/>
                    <w:szCs w:val="19"/>
                    <w:lang w:val="nl-NL"/>
                  </w:rPr>
                  <w:t>☐</w:t>
                </w:r>
              </w:sdtContent>
            </w:sdt>
            <w:r w:rsidR="00C20990">
              <w:rPr>
                <w:rFonts w:ascii="Source Sans Pro" w:hAnsi="Source Sans Pro"/>
                <w:sz w:val="19"/>
                <w:szCs w:val="19"/>
                <w:lang w:val="nl-NL"/>
              </w:rPr>
              <w:t>Nee</w:t>
            </w:r>
          </w:p>
          <w:p w14:paraId="6BED527B" w14:textId="26215E1A" w:rsidR="00FB1EFA" w:rsidRPr="00CE4349" w:rsidRDefault="005C6BB2" w:rsidP="00C20990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sdt>
              <w:sdtPr>
                <w:rPr>
                  <w:rFonts w:ascii="Source Sans Pro" w:hAnsi="Source Sans Pro"/>
                  <w:sz w:val="19"/>
                  <w:szCs w:val="19"/>
                  <w:lang w:val="nl-NL"/>
                </w:rPr>
                <w:id w:val="102543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990">
                  <w:rPr>
                    <w:rFonts w:ascii="MS Gothic" w:eastAsia="MS Gothic" w:hAnsi="MS Gothic" w:hint="eastAsia"/>
                    <w:sz w:val="19"/>
                    <w:szCs w:val="19"/>
                    <w:lang w:val="nl-NL"/>
                  </w:rPr>
                  <w:t>☐</w:t>
                </w:r>
              </w:sdtContent>
            </w:sdt>
            <w:r w:rsidR="00C20990">
              <w:rPr>
                <w:rFonts w:ascii="Source Sans Pro" w:hAnsi="Source Sans Pro"/>
                <w:sz w:val="19"/>
                <w:szCs w:val="19"/>
                <w:lang w:val="nl-NL"/>
              </w:rPr>
              <w:t>Ja</w:t>
            </w:r>
          </w:p>
        </w:tc>
      </w:tr>
      <w:tr w:rsidR="00FB1EFA" w:rsidRPr="005C72ED" w14:paraId="3AB16F5C" w14:textId="77777777" w:rsidTr="1492FD82">
        <w:tc>
          <w:tcPr>
            <w:tcW w:w="4318" w:type="dxa"/>
          </w:tcPr>
          <w:p w14:paraId="60A953CB" w14:textId="11A3AAD1" w:rsidR="00FB1EFA" w:rsidRPr="00CE4349" w:rsidRDefault="00FB1EFA" w:rsidP="00FB1EFA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>Naam product</w:t>
            </w:r>
          </w:p>
        </w:tc>
        <w:tc>
          <w:tcPr>
            <w:tcW w:w="4312" w:type="dxa"/>
          </w:tcPr>
          <w:p w14:paraId="5B006F0F" w14:textId="463ED824" w:rsidR="00FB1EFA" w:rsidRPr="00CE4349" w:rsidRDefault="00FB1EFA" w:rsidP="00FB1EFA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</w:p>
        </w:tc>
      </w:tr>
      <w:tr w:rsidR="00FB1EFA" w:rsidRPr="002C6EE2" w14:paraId="01D2CA95" w14:textId="77777777" w:rsidTr="1492FD82">
        <w:tc>
          <w:tcPr>
            <w:tcW w:w="4318" w:type="dxa"/>
          </w:tcPr>
          <w:p w14:paraId="4A7F9967" w14:textId="6486F0DD" w:rsidR="00FB1EFA" w:rsidRPr="00CE4349" w:rsidRDefault="00FB1EFA" w:rsidP="00FB1EFA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>Beoogde begin- en einddatum inzet</w:t>
            </w:r>
          </w:p>
        </w:tc>
        <w:sdt>
          <w:sdtPr>
            <w:rPr>
              <w:rFonts w:ascii="Source Sans Pro" w:hAnsi="Source Sans Pro"/>
              <w:sz w:val="19"/>
              <w:szCs w:val="19"/>
              <w:lang w:val="nl-NL"/>
            </w:rPr>
            <w:id w:val="249243171"/>
            <w:placeholder>
              <w:docPart w:val="D23F35DAB4B541F4B950B92030DE45BE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312" w:type="dxa"/>
              </w:tcPr>
              <w:p w14:paraId="1C2CE826" w14:textId="33241C35" w:rsidR="00FB1EFA" w:rsidRPr="00CE4349" w:rsidRDefault="00FB1EFA" w:rsidP="00FB1EFA">
                <w:pPr>
                  <w:rPr>
                    <w:rFonts w:ascii="Source Sans Pro" w:hAnsi="Source Sans Pro"/>
                    <w:sz w:val="19"/>
                    <w:szCs w:val="19"/>
                    <w:lang w:val="nl-NL"/>
                  </w:rPr>
                </w:pPr>
                <w:r w:rsidRPr="00F85AC8">
                  <w:rPr>
                    <w:rStyle w:val="Tekstvantijdelijkeaanduiding"/>
                    <w:lang w:val="nl-NL"/>
                  </w:rPr>
                  <w:t>Klik of tik om een datum in te voeren.</w:t>
                </w:r>
              </w:p>
            </w:tc>
          </w:sdtContent>
        </w:sdt>
      </w:tr>
      <w:tr w:rsidR="00FB1EFA" w:rsidRPr="002C6EE2" w14:paraId="3E633A8D" w14:textId="77777777" w:rsidTr="1492FD82">
        <w:tc>
          <w:tcPr>
            <w:tcW w:w="4318" w:type="dxa"/>
          </w:tcPr>
          <w:p w14:paraId="7A107B05" w14:textId="658E6DD9" w:rsidR="00FB1EFA" w:rsidRPr="00CE4349" w:rsidRDefault="00FB1EFA" w:rsidP="00FB1EFA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>Beoogde inzet eenheden per week</w:t>
            </w:r>
          </w:p>
        </w:tc>
        <w:sdt>
          <w:sdtPr>
            <w:rPr>
              <w:rFonts w:ascii="Source Sans Pro" w:hAnsi="Source Sans Pro"/>
              <w:sz w:val="19"/>
              <w:szCs w:val="19"/>
              <w:lang w:val="nl-NL"/>
            </w:rPr>
            <w:id w:val="1506558151"/>
            <w:placeholder>
              <w:docPart w:val="A3DBA329262B49FCB6A23E43B7B77BBD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312" w:type="dxa"/>
              </w:tcPr>
              <w:p w14:paraId="654C6247" w14:textId="35CF5A11" w:rsidR="00FB1EFA" w:rsidRPr="00CE4349" w:rsidRDefault="00FB1EFA" w:rsidP="00FB1EFA">
                <w:pPr>
                  <w:rPr>
                    <w:rFonts w:ascii="Source Sans Pro" w:hAnsi="Source Sans Pro"/>
                    <w:sz w:val="19"/>
                    <w:szCs w:val="19"/>
                    <w:lang w:val="nl-NL"/>
                  </w:rPr>
                </w:pPr>
                <w:r w:rsidRPr="00F85AC8">
                  <w:rPr>
                    <w:rStyle w:val="Tekstvantijdelijkeaanduiding"/>
                    <w:lang w:val="nl-NL"/>
                  </w:rPr>
                  <w:t>Klik of tik om een datum in te voeren.</w:t>
                </w:r>
              </w:p>
            </w:tc>
          </w:sdtContent>
        </w:sdt>
      </w:tr>
      <w:tr w:rsidR="00FB1EFA" w:rsidRPr="002C6EE2" w14:paraId="74101808" w14:textId="77777777" w:rsidTr="1492FD82">
        <w:tc>
          <w:tcPr>
            <w:tcW w:w="4318" w:type="dxa"/>
          </w:tcPr>
          <w:p w14:paraId="33FCC414" w14:textId="10E03B42" w:rsidR="00FB1EFA" w:rsidRPr="00CE4349" w:rsidRDefault="00FB1EFA" w:rsidP="00FB1EFA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1492FD82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Is deze aanvraag eerder besproken in de CPV? </w:t>
            </w:r>
            <w:r w:rsidRPr="00285687">
              <w:rPr>
                <w:lang w:val="nl-NL"/>
              </w:rPr>
              <w:br/>
            </w:r>
            <w:r w:rsidRPr="1492FD82">
              <w:rPr>
                <w:rFonts w:ascii="Source Sans Pro" w:hAnsi="Source Sans Pro"/>
                <w:sz w:val="19"/>
                <w:szCs w:val="19"/>
                <w:lang w:val="nl-NL"/>
              </w:rPr>
              <w:t>Zo ja: datum, besluit en toelichting wat er anders is aan deze aanvraag.</w:t>
            </w:r>
          </w:p>
        </w:tc>
        <w:tc>
          <w:tcPr>
            <w:tcW w:w="4312" w:type="dxa"/>
          </w:tcPr>
          <w:p w14:paraId="6F7770B3" w14:textId="06FCC9E8" w:rsidR="00FB1EFA" w:rsidRDefault="005C6BB2" w:rsidP="00FB1EFA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sdt>
              <w:sdtPr>
                <w:rPr>
                  <w:rFonts w:ascii="Source Sans Pro" w:hAnsi="Source Sans Pro"/>
                  <w:sz w:val="19"/>
                  <w:szCs w:val="19"/>
                  <w:lang w:val="nl-NL"/>
                </w:rPr>
                <w:id w:val="134729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1EFA">
                  <w:rPr>
                    <w:rFonts w:ascii="MS Gothic" w:eastAsia="MS Gothic" w:hAnsi="MS Gothic" w:hint="eastAsia"/>
                    <w:sz w:val="19"/>
                    <w:szCs w:val="19"/>
                    <w:lang w:val="nl-NL"/>
                  </w:rPr>
                  <w:t>☐</w:t>
                </w:r>
              </w:sdtContent>
            </w:sdt>
            <w:r w:rsidR="00FB1EFA">
              <w:rPr>
                <w:rFonts w:ascii="Source Sans Pro" w:hAnsi="Source Sans Pro"/>
                <w:sz w:val="19"/>
                <w:szCs w:val="19"/>
                <w:lang w:val="nl-NL"/>
              </w:rPr>
              <w:t>Nee</w:t>
            </w:r>
          </w:p>
          <w:p w14:paraId="243AC024" w14:textId="77777777" w:rsidR="00FB1EFA" w:rsidRDefault="00FB1EFA" w:rsidP="00FB1EFA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</w:p>
          <w:p w14:paraId="33FA1C2E" w14:textId="68357391" w:rsidR="00FB1EFA" w:rsidRDefault="005C6BB2" w:rsidP="00FB1EFA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sdt>
              <w:sdtPr>
                <w:rPr>
                  <w:rFonts w:ascii="Source Sans Pro" w:hAnsi="Source Sans Pro"/>
                  <w:sz w:val="19"/>
                  <w:szCs w:val="19"/>
                  <w:lang w:val="nl-NL"/>
                </w:rPr>
                <w:id w:val="43996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1EFA">
                  <w:rPr>
                    <w:rFonts w:ascii="MS Gothic" w:eastAsia="MS Gothic" w:hAnsi="MS Gothic" w:hint="eastAsia"/>
                    <w:sz w:val="19"/>
                    <w:szCs w:val="19"/>
                    <w:lang w:val="nl-NL"/>
                  </w:rPr>
                  <w:t>☐</w:t>
                </w:r>
              </w:sdtContent>
            </w:sdt>
            <w:r w:rsidR="00FB1EFA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Ja, op datum </w:t>
            </w:r>
            <w:sdt>
              <w:sdtPr>
                <w:rPr>
                  <w:rFonts w:ascii="Source Sans Pro" w:hAnsi="Source Sans Pro"/>
                  <w:sz w:val="19"/>
                  <w:szCs w:val="19"/>
                  <w:lang w:val="nl-NL"/>
                </w:rPr>
                <w:id w:val="-212274212"/>
                <w:placeholder>
                  <w:docPart w:val="897B580212084EFA962D6D9BADD5EC0B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FB1EFA" w:rsidRPr="00B317BC">
                  <w:rPr>
                    <w:rStyle w:val="Tekstvantijdelijkeaanduiding"/>
                    <w:lang w:val="nl-NL"/>
                  </w:rPr>
                  <w:t>Klik of tik om een datum in te voeren.</w:t>
                </w:r>
              </w:sdtContent>
            </w:sdt>
            <w:r w:rsidR="00FB1EFA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De aanvraag is eerder </w:t>
            </w:r>
            <w:sdt>
              <w:sdtPr>
                <w:rPr>
                  <w:rFonts w:ascii="Source Sans Pro" w:hAnsi="Source Sans Pro"/>
                  <w:sz w:val="19"/>
                  <w:szCs w:val="19"/>
                  <w:lang w:val="nl-NL"/>
                </w:rPr>
                <w:id w:val="699130669"/>
                <w:placeholder>
                  <w:docPart w:val="FF1D7480B4884E85ADC55F55967D08C0"/>
                </w:placeholder>
                <w:showingPlcHdr/>
                <w:comboBox>
                  <w:listItem w:value="Kies een item."/>
                  <w:listItem w:displayText="Goedgekeurd" w:value="Goedgekeurd"/>
                  <w:listItem w:displayText="Afgekeurd" w:value="Afgekeurd"/>
                  <w:listItem w:displayText="Onvolledig verklaard" w:value="Onvolledig verklaard"/>
                </w:comboBox>
              </w:sdtPr>
              <w:sdtEndPr/>
              <w:sdtContent>
                <w:r w:rsidR="00FB1EFA" w:rsidRPr="004B5AA5">
                  <w:rPr>
                    <w:rStyle w:val="Tekstvantijdelijkeaanduiding"/>
                    <w:lang w:val="nl-NL"/>
                  </w:rPr>
                  <w:t>Kies een item.</w:t>
                </w:r>
              </w:sdtContent>
            </w:sdt>
            <w:r w:rsidR="00FB1EFA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Anders aan deze aanvraag: </w:t>
            </w:r>
            <w:sdt>
              <w:sdtPr>
                <w:rPr>
                  <w:rFonts w:ascii="Source Sans Pro" w:hAnsi="Source Sans Pro"/>
                  <w:sz w:val="19"/>
                  <w:szCs w:val="19"/>
                  <w:lang w:val="nl-NL"/>
                </w:rPr>
                <w:id w:val="219871074"/>
                <w:placeholder>
                  <w:docPart w:val="D1B371B8DA38416D9B262E04FAA63356"/>
                </w:placeholder>
                <w:showingPlcHdr/>
              </w:sdtPr>
              <w:sdtEndPr/>
              <w:sdtContent>
                <w:r w:rsidR="00FB1EFA" w:rsidRPr="00062C1D">
                  <w:rPr>
                    <w:rStyle w:val="Tekstvantijdelijkeaanduiding"/>
                    <w:lang w:val="nl-NL"/>
                  </w:rPr>
                  <w:t>Klik of tik om tekst in te voeren.</w:t>
                </w:r>
              </w:sdtContent>
            </w:sdt>
          </w:p>
          <w:p w14:paraId="02FB0C36" w14:textId="65ABABC3" w:rsidR="00FB1EFA" w:rsidRPr="00CE4349" w:rsidRDefault="00FB1EFA" w:rsidP="00FB1EFA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</w:p>
        </w:tc>
      </w:tr>
    </w:tbl>
    <w:p w14:paraId="310CAC54" w14:textId="7453CC04" w:rsidR="007B5F34" w:rsidRPr="00CE119A" w:rsidRDefault="004317D4" w:rsidP="1CA5C9F9">
      <w:pPr>
        <w:pStyle w:val="Kop2"/>
        <w:spacing w:before="40"/>
        <w:rPr>
          <w:rFonts w:ascii="Oranda BT" w:hAnsi="Oranda BT"/>
          <w:color w:val="A90A2E"/>
          <w:sz w:val="28"/>
          <w:szCs w:val="28"/>
          <w:lang w:val="nl-NL"/>
        </w:rPr>
      </w:pPr>
      <w:r w:rsidRPr="00285687">
        <w:rPr>
          <w:lang w:val="nl-NL"/>
        </w:rPr>
        <w:br/>
      </w:r>
      <w:r w:rsidR="003A8195" w:rsidRPr="1CA5C9F9">
        <w:rPr>
          <w:rFonts w:ascii="Oranda BT" w:hAnsi="Oranda BT"/>
          <w:color w:val="A90A2E"/>
          <w:sz w:val="28"/>
          <w:szCs w:val="28"/>
          <w:lang w:val="nl-NL"/>
        </w:rPr>
        <w:t xml:space="preserve">Deel B – Gegevens concrete situatie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CE119A" w:rsidRPr="00CE4349" w14:paraId="4F93090D" w14:textId="77777777" w:rsidTr="1CA5C9F9">
        <w:tc>
          <w:tcPr>
            <w:tcW w:w="4316" w:type="dxa"/>
          </w:tcPr>
          <w:p w14:paraId="222113CD" w14:textId="62EA95C8" w:rsidR="00CE119A" w:rsidRPr="00CE4349" w:rsidRDefault="00CE119A" w:rsidP="00801A97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CE4349">
              <w:rPr>
                <w:rFonts w:ascii="Source Sans Pro" w:hAnsi="Source Sans Pro"/>
                <w:b/>
                <w:bCs/>
                <w:sz w:val="19"/>
                <w:szCs w:val="19"/>
                <w:lang w:val="nl-NL"/>
              </w:rPr>
              <w:t xml:space="preserve">Situatie, </w:t>
            </w:r>
            <w:r w:rsidR="006C6CAA" w:rsidRPr="00CE4349">
              <w:rPr>
                <w:rFonts w:ascii="Source Sans Pro" w:hAnsi="Source Sans Pro"/>
                <w:b/>
                <w:bCs/>
                <w:sz w:val="19"/>
                <w:szCs w:val="19"/>
                <w:lang w:val="nl-NL"/>
              </w:rPr>
              <w:t>doelen en acties</w:t>
            </w:r>
            <w:r w:rsidRPr="00CE4349">
              <w:rPr>
                <w:rFonts w:ascii="Source Sans Pro" w:hAnsi="Source Sans Pro"/>
                <w:b/>
                <w:bCs/>
                <w:sz w:val="19"/>
                <w:szCs w:val="19"/>
                <w:lang w:val="nl-NL"/>
              </w:rPr>
              <w:t xml:space="preserve"> </w:t>
            </w:r>
          </w:p>
        </w:tc>
        <w:tc>
          <w:tcPr>
            <w:tcW w:w="4314" w:type="dxa"/>
          </w:tcPr>
          <w:p w14:paraId="6A015126" w14:textId="77777777" w:rsidR="00CE119A" w:rsidRPr="00CE4349" w:rsidRDefault="00CE119A" w:rsidP="00801A97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</w:p>
        </w:tc>
      </w:tr>
      <w:tr w:rsidR="00E04A25" w:rsidRPr="002C6EE2" w14:paraId="74F0A276" w14:textId="77777777" w:rsidTr="1CA5C9F9">
        <w:tc>
          <w:tcPr>
            <w:tcW w:w="4316" w:type="dxa"/>
          </w:tcPr>
          <w:p w14:paraId="68E66CF7" w14:textId="01AF2009" w:rsidR="009C30FC" w:rsidRPr="00CE4349" w:rsidRDefault="00E04A25" w:rsidP="00663163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Korte schets van de </w:t>
            </w:r>
            <w:r w:rsidR="002A2880">
              <w:rPr>
                <w:rFonts w:ascii="Source Sans Pro" w:hAnsi="Source Sans Pro"/>
                <w:sz w:val="19"/>
                <w:szCs w:val="19"/>
                <w:lang w:val="nl-NL"/>
              </w:rPr>
              <w:t>leef</w:t>
            </w: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situatie van de </w:t>
            </w:r>
            <w:r w:rsidR="00690017">
              <w:rPr>
                <w:rFonts w:ascii="Source Sans Pro" w:hAnsi="Source Sans Pro"/>
                <w:sz w:val="19"/>
                <w:szCs w:val="19"/>
                <w:lang w:val="nl-NL"/>
              </w:rPr>
              <w:t>cliënt</w:t>
            </w: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en</w:t>
            </w:r>
            <w:r w:rsidR="00285687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</w:t>
            </w:r>
            <w:r w:rsidR="002A2880">
              <w:rPr>
                <w:rFonts w:ascii="Source Sans Pro" w:hAnsi="Source Sans Pro"/>
                <w:sz w:val="19"/>
                <w:szCs w:val="19"/>
                <w:lang w:val="nl-NL"/>
              </w:rPr>
              <w:t>de hulpvraag</w:t>
            </w:r>
          </w:p>
        </w:tc>
        <w:sdt>
          <w:sdtPr>
            <w:rPr>
              <w:rFonts w:ascii="Source Sans Pro" w:hAnsi="Source Sans Pro"/>
              <w:sz w:val="19"/>
              <w:szCs w:val="19"/>
              <w:lang w:val="nl-NL"/>
            </w:rPr>
            <w:id w:val="149720296"/>
            <w:placeholder>
              <w:docPart w:val="A24ADD2546924EA8BBB04D18A256EAEC"/>
            </w:placeholder>
            <w:showingPlcHdr/>
          </w:sdtPr>
          <w:sdtEndPr/>
          <w:sdtContent>
            <w:tc>
              <w:tcPr>
                <w:tcW w:w="4314" w:type="dxa"/>
              </w:tcPr>
              <w:p w14:paraId="6AEF2F26" w14:textId="0811E38E" w:rsidR="00E04A25" w:rsidRPr="00CE4349" w:rsidRDefault="00987C2B" w:rsidP="00801A97">
                <w:pPr>
                  <w:rPr>
                    <w:rFonts w:ascii="Source Sans Pro" w:hAnsi="Source Sans Pro"/>
                    <w:sz w:val="19"/>
                    <w:szCs w:val="19"/>
                    <w:lang w:val="nl-NL"/>
                  </w:rPr>
                </w:pPr>
                <w:r w:rsidRPr="00987C2B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7B5F34" w:rsidRPr="002C6EE2" w14:paraId="4579EA2E" w14:textId="77777777" w:rsidTr="1CA5C9F9">
        <w:tc>
          <w:tcPr>
            <w:tcW w:w="4316" w:type="dxa"/>
          </w:tcPr>
          <w:p w14:paraId="6BA72A06" w14:textId="24039FC5" w:rsidR="007B5F34" w:rsidRPr="00CE4349" w:rsidRDefault="00E04A25" w:rsidP="00801A97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Korte schets van de </w:t>
            </w:r>
            <w:r w:rsidR="00B53D81" w:rsidRPr="00CE4349">
              <w:rPr>
                <w:rFonts w:ascii="Source Sans Pro" w:hAnsi="Source Sans Pro"/>
                <w:sz w:val="19"/>
                <w:szCs w:val="19"/>
                <w:lang w:val="nl-NL"/>
              </w:rPr>
              <w:t>(oorzaak</w:t>
            </w:r>
            <w:r w:rsidR="00C247D4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/achtergrond </w:t>
            </w:r>
            <w:r w:rsidR="00B53D81"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van de) </w:t>
            </w: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>problematiek</w:t>
            </w:r>
            <w:r w:rsidR="00471B01"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</w:t>
            </w:r>
          </w:p>
        </w:tc>
        <w:sdt>
          <w:sdtPr>
            <w:rPr>
              <w:rFonts w:ascii="Source Sans Pro" w:hAnsi="Source Sans Pro"/>
              <w:sz w:val="19"/>
              <w:szCs w:val="19"/>
              <w:lang w:val="nl-NL"/>
            </w:rPr>
            <w:id w:val="-1805684313"/>
            <w:placeholder>
              <w:docPart w:val="CCE90749773B488CB8C955FD7CD8F91C"/>
            </w:placeholder>
            <w:showingPlcHdr/>
          </w:sdtPr>
          <w:sdtEndPr/>
          <w:sdtContent>
            <w:tc>
              <w:tcPr>
                <w:tcW w:w="4314" w:type="dxa"/>
              </w:tcPr>
              <w:p w14:paraId="070427DC" w14:textId="31FF6D25" w:rsidR="007B5F34" w:rsidRPr="00CE4349" w:rsidRDefault="000E5061" w:rsidP="00801A97">
                <w:pPr>
                  <w:rPr>
                    <w:rFonts w:ascii="Source Sans Pro" w:hAnsi="Source Sans Pro"/>
                    <w:sz w:val="19"/>
                    <w:szCs w:val="19"/>
                    <w:lang w:val="nl-NL"/>
                  </w:rPr>
                </w:pPr>
                <w:r w:rsidRPr="00987C2B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DF4699" w:rsidRPr="002C6EE2" w14:paraId="413162EE" w14:textId="77777777" w:rsidTr="1CA5C9F9">
        <w:tc>
          <w:tcPr>
            <w:tcW w:w="4316" w:type="dxa"/>
          </w:tcPr>
          <w:p w14:paraId="123E7979" w14:textId="2F4C7A7B" w:rsidR="00DF4699" w:rsidRPr="00CE4349" w:rsidRDefault="00DF4699" w:rsidP="00DF4699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Welke SMART-doelen zijn </w:t>
            </w:r>
            <w:r w:rsidR="002004F8" w:rsidRPr="00CE4349">
              <w:rPr>
                <w:rFonts w:ascii="Source Sans Pro" w:hAnsi="Source Sans Pro"/>
                <w:sz w:val="19"/>
                <w:szCs w:val="19"/>
                <w:lang w:val="nl-NL"/>
              </w:rPr>
              <w:t>bepaald</w:t>
            </w: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om te werken aan een duurzame oplossing?</w:t>
            </w:r>
            <w:r w:rsidR="00E8380A"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</w:t>
            </w:r>
            <w:r w:rsidR="00D1428D" w:rsidRPr="00CE4349">
              <w:rPr>
                <w:rFonts w:ascii="Source Sans Pro" w:hAnsi="Source Sans Pro"/>
                <w:sz w:val="19"/>
                <w:szCs w:val="19"/>
                <w:lang w:val="nl-NL"/>
              </w:rPr>
              <w:t>Welke acties en voor wie/welke organisatie? (</w:t>
            </w:r>
            <w:r w:rsidR="00185272">
              <w:rPr>
                <w:rFonts w:ascii="Source Sans Pro" w:hAnsi="Source Sans Pro"/>
                <w:sz w:val="19"/>
                <w:szCs w:val="19"/>
                <w:lang w:val="nl-NL"/>
              </w:rPr>
              <w:t>partner/kind</w:t>
            </w:r>
            <w:r w:rsidR="00D1428D"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, </w:t>
            </w:r>
            <w:r w:rsidR="000271F7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hulpbronnen, </w:t>
            </w:r>
            <w:r w:rsidR="00D1428D"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Buurtteam, </w:t>
            </w:r>
            <w:r w:rsidR="006968B1">
              <w:rPr>
                <w:rFonts w:ascii="Source Sans Pro" w:hAnsi="Source Sans Pro"/>
                <w:sz w:val="19"/>
                <w:szCs w:val="19"/>
                <w:lang w:val="nl-NL"/>
              </w:rPr>
              <w:t>GGZ, Wmo-aanbieder</w:t>
            </w:r>
            <w:r w:rsidR="00185272">
              <w:rPr>
                <w:rFonts w:ascii="Source Sans Pro" w:hAnsi="Source Sans Pro"/>
                <w:sz w:val="19"/>
                <w:szCs w:val="19"/>
                <w:lang w:val="nl-NL"/>
              </w:rPr>
              <w:t>, etc.</w:t>
            </w:r>
            <w:r w:rsidR="00D1428D"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) </w:t>
            </w:r>
          </w:p>
        </w:tc>
        <w:tc>
          <w:tcPr>
            <w:tcW w:w="4314" w:type="dxa"/>
          </w:tcPr>
          <w:p w14:paraId="01C6C2F2" w14:textId="278A0C2B" w:rsidR="00E8380A" w:rsidRPr="00CE4349" w:rsidRDefault="00E8380A" w:rsidP="00DF4699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</w:t>
            </w:r>
            <w:sdt>
              <w:sdtPr>
                <w:rPr>
                  <w:rFonts w:ascii="Source Sans Pro" w:hAnsi="Source Sans Pro"/>
                  <w:sz w:val="19"/>
                  <w:szCs w:val="19"/>
                  <w:lang w:val="nl-NL"/>
                </w:rPr>
                <w:id w:val="1350751205"/>
                <w:placeholder>
                  <w:docPart w:val="0D9780D9356F4313A18BA61A36E360C2"/>
                </w:placeholder>
                <w:showingPlcHdr/>
              </w:sdtPr>
              <w:sdtEndPr/>
              <w:sdtContent>
                <w:r w:rsidR="000E5061" w:rsidRPr="00987C2B">
                  <w:rPr>
                    <w:rStyle w:val="Tekstvantijdelijkeaanduiding"/>
                    <w:lang w:val="nl-NL"/>
                  </w:rPr>
                  <w:t>Klik of tik om tekst in te voeren.</w:t>
                </w:r>
              </w:sdtContent>
            </w:sdt>
          </w:p>
        </w:tc>
      </w:tr>
      <w:tr w:rsidR="00185272" w:rsidRPr="002C6EE2" w14:paraId="6BDE8F38" w14:textId="77777777" w:rsidTr="1CA5C9F9">
        <w:tc>
          <w:tcPr>
            <w:tcW w:w="4316" w:type="dxa"/>
          </w:tcPr>
          <w:p w14:paraId="5CC1791C" w14:textId="7CF1E334" w:rsidR="00185272" w:rsidRPr="00CE4349" w:rsidRDefault="00185272" w:rsidP="00185272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Voor de realisatie van welk doel is </w:t>
            </w:r>
            <w:r w:rsidR="00191D94">
              <w:rPr>
                <w:rFonts w:ascii="Source Sans Pro" w:hAnsi="Source Sans Pro"/>
                <w:sz w:val="19"/>
                <w:szCs w:val="19"/>
                <w:lang w:val="nl-NL"/>
              </w:rPr>
              <w:t>aanvullende zorg</w:t>
            </w: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nodig? Wat wordt er bereikt met</w:t>
            </w:r>
            <w:r w:rsidR="00191D94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deze aanvullende zorg</w:t>
            </w: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t>?</w:t>
            </w:r>
          </w:p>
        </w:tc>
        <w:sdt>
          <w:sdtPr>
            <w:rPr>
              <w:rFonts w:ascii="Source Sans Pro" w:hAnsi="Source Sans Pro"/>
              <w:sz w:val="19"/>
              <w:szCs w:val="19"/>
              <w:lang w:val="nl-NL"/>
            </w:rPr>
            <w:id w:val="954448760"/>
            <w:placeholder>
              <w:docPart w:val="90DA5D96BA954D71B190C0C7E76EE66E"/>
            </w:placeholder>
            <w:showingPlcHdr/>
          </w:sdtPr>
          <w:sdtEndPr/>
          <w:sdtContent>
            <w:tc>
              <w:tcPr>
                <w:tcW w:w="4314" w:type="dxa"/>
              </w:tcPr>
              <w:p w14:paraId="05501266" w14:textId="298FC7B1" w:rsidR="00185272" w:rsidRPr="00CE4349" w:rsidRDefault="000E5061" w:rsidP="00185272">
                <w:pPr>
                  <w:rPr>
                    <w:rFonts w:ascii="Source Sans Pro" w:hAnsi="Source Sans Pro"/>
                    <w:sz w:val="19"/>
                    <w:szCs w:val="19"/>
                    <w:lang w:val="nl-NL"/>
                  </w:rPr>
                </w:pPr>
                <w:r w:rsidRPr="00987C2B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5272" w:rsidRPr="002C6EE2" w14:paraId="6EAB6C14" w14:textId="77777777" w:rsidTr="1CA5C9F9">
        <w:tc>
          <w:tcPr>
            <w:tcW w:w="4316" w:type="dxa"/>
          </w:tcPr>
          <w:p w14:paraId="12EF5C81" w14:textId="2FFA6932" w:rsidR="00185272" w:rsidRPr="00CE4349" w:rsidRDefault="00185272" w:rsidP="00185272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1CA5C9F9">
              <w:rPr>
                <w:rFonts w:ascii="Source Sans Pro" w:hAnsi="Source Sans Pro"/>
                <w:sz w:val="19"/>
                <w:szCs w:val="19"/>
                <w:lang w:val="nl-NL"/>
              </w:rPr>
              <w:t>Waarom kan dit doel niet gerealiseerd worden vanuit de basishulp van de Buurtteams</w:t>
            </w:r>
            <w:r w:rsidR="0086286C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(Volwassenen)</w:t>
            </w:r>
            <w:r w:rsidRPr="1CA5C9F9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?  </w:t>
            </w:r>
          </w:p>
        </w:tc>
        <w:sdt>
          <w:sdtPr>
            <w:rPr>
              <w:rFonts w:ascii="Source Sans Pro" w:hAnsi="Source Sans Pro"/>
              <w:sz w:val="19"/>
              <w:szCs w:val="19"/>
              <w:lang w:val="nl-NL"/>
            </w:rPr>
            <w:id w:val="402341527"/>
            <w:placeholder>
              <w:docPart w:val="82059D4E44E04E53BE6C27E75885EC43"/>
            </w:placeholder>
            <w:showingPlcHdr/>
          </w:sdtPr>
          <w:sdtEndPr/>
          <w:sdtContent>
            <w:tc>
              <w:tcPr>
                <w:tcW w:w="4314" w:type="dxa"/>
              </w:tcPr>
              <w:p w14:paraId="03BC6CED" w14:textId="3B29E3D5" w:rsidR="00185272" w:rsidRPr="00CE4349" w:rsidRDefault="000E5061" w:rsidP="00185272">
                <w:pPr>
                  <w:rPr>
                    <w:rFonts w:ascii="Source Sans Pro" w:hAnsi="Source Sans Pro"/>
                    <w:sz w:val="19"/>
                    <w:szCs w:val="19"/>
                    <w:lang w:val="nl-NL"/>
                  </w:rPr>
                </w:pPr>
                <w:r w:rsidRPr="00987C2B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5272" w:rsidRPr="002C6EE2" w14:paraId="495F4E6F" w14:textId="77777777" w:rsidTr="1CA5C9F9">
        <w:tc>
          <w:tcPr>
            <w:tcW w:w="4316" w:type="dxa"/>
          </w:tcPr>
          <w:p w14:paraId="74EE9F25" w14:textId="783CE67C" w:rsidR="00185272" w:rsidRPr="00CE4349" w:rsidRDefault="00185272" w:rsidP="00185272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CE4349">
              <w:rPr>
                <w:rFonts w:ascii="Source Sans Pro" w:hAnsi="Source Sans Pro"/>
                <w:sz w:val="19"/>
                <w:szCs w:val="19"/>
                <w:lang w:val="nl-NL"/>
              </w:rPr>
              <w:lastRenderedPageBreak/>
              <w:t>Welke andere gecontracteerde zorgaanbieders zijn overwogen? Waarom zijn deze niet passend?</w:t>
            </w:r>
          </w:p>
        </w:tc>
        <w:sdt>
          <w:sdtPr>
            <w:rPr>
              <w:rFonts w:ascii="Source Sans Pro" w:hAnsi="Source Sans Pro"/>
              <w:sz w:val="19"/>
              <w:szCs w:val="19"/>
              <w:lang w:val="nl-NL"/>
            </w:rPr>
            <w:id w:val="-151916735"/>
            <w:placeholder>
              <w:docPart w:val="EA0C0B3231B34F9BA5FB6C771ECAB7D0"/>
            </w:placeholder>
            <w:showingPlcHdr/>
          </w:sdtPr>
          <w:sdtEndPr/>
          <w:sdtContent>
            <w:tc>
              <w:tcPr>
                <w:tcW w:w="4314" w:type="dxa"/>
              </w:tcPr>
              <w:p w14:paraId="015C34B9" w14:textId="02DA3921" w:rsidR="00185272" w:rsidRPr="00CE4349" w:rsidRDefault="000E5061" w:rsidP="00185272">
                <w:pPr>
                  <w:rPr>
                    <w:rFonts w:ascii="Source Sans Pro" w:hAnsi="Source Sans Pro"/>
                    <w:sz w:val="19"/>
                    <w:szCs w:val="19"/>
                    <w:lang w:val="nl-NL"/>
                  </w:rPr>
                </w:pPr>
                <w:r w:rsidRPr="00987C2B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EA2A17" w:rsidRPr="002C6EE2" w14:paraId="2F017DFF" w14:textId="77777777" w:rsidTr="00A921B3">
        <w:tc>
          <w:tcPr>
            <w:tcW w:w="4316" w:type="dxa"/>
          </w:tcPr>
          <w:p w14:paraId="79BC1658" w14:textId="7F1FAC38" w:rsidR="00E31E4B" w:rsidRPr="00CE4349" w:rsidRDefault="00E31E4B" w:rsidP="00CE4349">
            <w:pPr>
              <w:spacing w:line="276" w:lineRule="auto"/>
              <w:rPr>
                <w:rFonts w:ascii="Source Sans Pro" w:hAnsi="Source Sans Pro"/>
                <w:sz w:val="19"/>
                <w:szCs w:val="19"/>
                <w:lang w:val="nl-NL"/>
              </w:rPr>
            </w:pPr>
            <w:r>
              <w:rPr>
                <w:rFonts w:ascii="Source Sans Pro" w:hAnsi="Source Sans Pro"/>
                <w:sz w:val="19"/>
                <w:szCs w:val="19"/>
                <w:lang w:val="nl-NL"/>
              </w:rPr>
              <w:t>Kan cliënt op den duur wel over naar de Buurtteams en</w:t>
            </w:r>
            <w:r w:rsidR="00EF5B94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zo ja,</w:t>
            </w:r>
            <w:r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wat is daarvoor nodig? </w:t>
            </w:r>
          </w:p>
        </w:tc>
        <w:sdt>
          <w:sdtPr>
            <w:rPr>
              <w:rFonts w:ascii="Source Sans Pro" w:hAnsi="Source Sans Pro"/>
              <w:sz w:val="19"/>
              <w:szCs w:val="19"/>
              <w:lang w:val="nl-NL"/>
            </w:rPr>
            <w:id w:val="-2026857818"/>
            <w:placeholder>
              <w:docPart w:val="AC77801A634B45CA9D6EDFBD5C8D8767"/>
            </w:placeholder>
            <w:showingPlcHdr/>
          </w:sdtPr>
          <w:sdtEndPr/>
          <w:sdtContent>
            <w:tc>
              <w:tcPr>
                <w:tcW w:w="4314" w:type="dxa"/>
              </w:tcPr>
              <w:p w14:paraId="3FB21CA3" w14:textId="1923693C" w:rsidR="00EA2A17" w:rsidRPr="00CE4349" w:rsidRDefault="000E5061" w:rsidP="00CE4349">
                <w:pPr>
                  <w:spacing w:line="276" w:lineRule="auto"/>
                  <w:rPr>
                    <w:rFonts w:ascii="Source Sans Pro" w:hAnsi="Source Sans Pro"/>
                    <w:sz w:val="19"/>
                    <w:szCs w:val="19"/>
                    <w:lang w:val="nl-NL"/>
                  </w:rPr>
                </w:pPr>
                <w:r w:rsidRPr="00987C2B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</w:tbl>
    <w:p w14:paraId="526D430A" w14:textId="77777777" w:rsidR="00F22DE3" w:rsidRPr="00F817AB" w:rsidRDefault="00F22DE3">
      <w:pPr>
        <w:rPr>
          <w:lang w:val="nl-NL"/>
        </w:rPr>
      </w:pPr>
    </w:p>
    <w:p w14:paraId="7EBA839D" w14:textId="54EA219A" w:rsidR="00BA3C91" w:rsidRPr="00407C38" w:rsidRDefault="00E44238" w:rsidP="00407C38">
      <w:pPr>
        <w:pStyle w:val="Kop2"/>
        <w:spacing w:before="40"/>
        <w:rPr>
          <w:rFonts w:ascii="Oranda BT" w:hAnsi="Oranda BT"/>
          <w:bCs w:val="0"/>
          <w:color w:val="A90A2E"/>
          <w:sz w:val="28"/>
          <w:lang w:val="nl-NL"/>
        </w:rPr>
      </w:pPr>
      <w:r w:rsidRPr="00407C38">
        <w:rPr>
          <w:rFonts w:ascii="Oranda BT" w:hAnsi="Oranda BT"/>
          <w:bCs w:val="0"/>
          <w:color w:val="A90A2E"/>
          <w:sz w:val="28"/>
          <w:lang w:val="nl-NL"/>
        </w:rPr>
        <w:t xml:space="preserve">Deel </w:t>
      </w:r>
      <w:r w:rsidR="00A921B3">
        <w:rPr>
          <w:rFonts w:ascii="Oranda BT" w:hAnsi="Oranda BT"/>
          <w:bCs w:val="0"/>
          <w:color w:val="A90A2E"/>
          <w:sz w:val="28"/>
          <w:lang w:val="nl-NL"/>
        </w:rPr>
        <w:t>C</w:t>
      </w:r>
      <w:r w:rsidRPr="00407C38">
        <w:rPr>
          <w:rFonts w:ascii="Oranda BT" w:hAnsi="Oranda BT"/>
          <w:bCs w:val="0"/>
          <w:color w:val="A90A2E"/>
          <w:sz w:val="28"/>
          <w:lang w:val="nl-NL"/>
        </w:rPr>
        <w:t xml:space="preserve"> – Besluit CPV (in te vullen door CPV)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3F115B" w:rsidRPr="002C6EE2" w14:paraId="3174F7F8" w14:textId="77777777" w:rsidTr="003F115B">
        <w:tc>
          <w:tcPr>
            <w:tcW w:w="4316" w:type="dxa"/>
          </w:tcPr>
          <w:p w14:paraId="37FD7DF4" w14:textId="7C23E79D" w:rsidR="003F115B" w:rsidRPr="00A921B3" w:rsidRDefault="003F115B" w:rsidP="00B7556E">
            <w:pPr>
              <w:spacing w:line="276" w:lineRule="auto"/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A921B3">
              <w:rPr>
                <w:rFonts w:ascii="Source Sans Pro" w:hAnsi="Source Sans Pro"/>
                <w:sz w:val="19"/>
                <w:szCs w:val="19"/>
                <w:lang w:val="nl-NL"/>
              </w:rPr>
              <w:t>Datum aanvraag</w:t>
            </w:r>
          </w:p>
        </w:tc>
        <w:tc>
          <w:tcPr>
            <w:tcW w:w="4314" w:type="dxa"/>
          </w:tcPr>
          <w:p w14:paraId="12D5DC66" w14:textId="47CB4E31" w:rsidR="003F115B" w:rsidRPr="00A921B3" w:rsidRDefault="005C6BB2" w:rsidP="00B7556E">
            <w:pPr>
              <w:spacing w:line="276" w:lineRule="auto"/>
              <w:rPr>
                <w:rFonts w:ascii="Source Sans Pro" w:hAnsi="Source Sans Pro"/>
                <w:sz w:val="19"/>
                <w:szCs w:val="19"/>
                <w:lang w:val="nl-NL"/>
              </w:rPr>
            </w:pPr>
            <w:sdt>
              <w:sdtPr>
                <w:rPr>
                  <w:rFonts w:ascii="Source Sans Pro" w:hAnsi="Source Sans Pro"/>
                  <w:sz w:val="19"/>
                  <w:szCs w:val="19"/>
                  <w:lang w:val="nl-NL"/>
                </w:rPr>
                <w:id w:val="-1116204392"/>
                <w:placeholder>
                  <w:docPart w:val="D4FA1F048F4247AE8135F1DBC0C10953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0E5061" w:rsidRPr="00B317BC">
                  <w:rPr>
                    <w:rStyle w:val="Tekstvantijdelijkeaanduiding"/>
                    <w:lang w:val="nl-NL"/>
                  </w:rPr>
                  <w:t>Klik of tik om een datum in te voeren.</w:t>
                </w:r>
              </w:sdtContent>
            </w:sdt>
          </w:p>
        </w:tc>
      </w:tr>
      <w:tr w:rsidR="003F115B" w:rsidRPr="002C6EE2" w14:paraId="7D7D55C3" w14:textId="77777777" w:rsidTr="003F115B">
        <w:tc>
          <w:tcPr>
            <w:tcW w:w="4316" w:type="dxa"/>
          </w:tcPr>
          <w:p w14:paraId="2E674F2D" w14:textId="242B01B1" w:rsidR="003F115B" w:rsidRPr="00A921B3" w:rsidRDefault="003F115B" w:rsidP="00B7556E">
            <w:pPr>
              <w:spacing w:line="276" w:lineRule="auto"/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A921B3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Identificatienummer aanvraag </w:t>
            </w:r>
          </w:p>
        </w:tc>
        <w:sdt>
          <w:sdtPr>
            <w:rPr>
              <w:rFonts w:ascii="Source Sans Pro" w:hAnsi="Source Sans Pro"/>
              <w:sz w:val="19"/>
              <w:szCs w:val="19"/>
              <w:lang w:val="nl-NL"/>
            </w:rPr>
            <w:id w:val="-1936201239"/>
            <w:placeholder>
              <w:docPart w:val="AE5F28393B284899A8EF005F7EE29A2F"/>
            </w:placeholder>
            <w:showingPlcHdr/>
          </w:sdtPr>
          <w:sdtEndPr/>
          <w:sdtContent>
            <w:tc>
              <w:tcPr>
                <w:tcW w:w="4314" w:type="dxa"/>
              </w:tcPr>
              <w:p w14:paraId="4C553FCC" w14:textId="7D0E48AB" w:rsidR="003F115B" w:rsidRPr="00A921B3" w:rsidRDefault="00AB06A7" w:rsidP="00B7556E">
                <w:pPr>
                  <w:spacing w:line="276" w:lineRule="auto"/>
                  <w:rPr>
                    <w:rFonts w:ascii="Source Sans Pro" w:hAnsi="Source Sans Pro"/>
                    <w:sz w:val="19"/>
                    <w:szCs w:val="19"/>
                    <w:lang w:val="nl-NL"/>
                  </w:rPr>
                </w:pPr>
                <w:r w:rsidRPr="00987C2B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A57EE" w:rsidRPr="002C6EE2" w14:paraId="5EB494F6" w14:textId="77777777" w:rsidTr="003F115B">
        <w:tc>
          <w:tcPr>
            <w:tcW w:w="4316" w:type="dxa"/>
          </w:tcPr>
          <w:p w14:paraId="4BBE2C3B" w14:textId="653857A4" w:rsidR="008A57EE" w:rsidRPr="00B7556E" w:rsidRDefault="008A57EE" w:rsidP="008A57EE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B7556E">
              <w:rPr>
                <w:rFonts w:ascii="Source Sans Pro" w:hAnsi="Source Sans Pro"/>
                <w:sz w:val="19"/>
                <w:szCs w:val="19"/>
                <w:lang w:val="nl-NL"/>
              </w:rPr>
              <w:t>Datum bespreking CPV</w:t>
            </w:r>
          </w:p>
        </w:tc>
        <w:tc>
          <w:tcPr>
            <w:tcW w:w="4314" w:type="dxa"/>
          </w:tcPr>
          <w:p w14:paraId="59B3B85C" w14:textId="59666C6B" w:rsidR="008A57EE" w:rsidRDefault="005C6BB2" w:rsidP="008A57EE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sdt>
              <w:sdtPr>
                <w:rPr>
                  <w:rFonts w:ascii="Source Sans Pro" w:hAnsi="Source Sans Pro"/>
                  <w:sz w:val="19"/>
                  <w:szCs w:val="19"/>
                  <w:lang w:val="nl-NL"/>
                </w:rPr>
                <w:id w:val="2064452528"/>
                <w:placeholder>
                  <w:docPart w:val="8E4044403D1E4F979CC62564ABC087D0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A57EE" w:rsidRPr="00B317BC">
                  <w:rPr>
                    <w:rStyle w:val="Tekstvantijdelijkeaanduiding"/>
                    <w:lang w:val="nl-NL"/>
                  </w:rPr>
                  <w:t>Klik of tik om een datum in te voeren.</w:t>
                </w:r>
              </w:sdtContent>
            </w:sdt>
          </w:p>
        </w:tc>
      </w:tr>
      <w:tr w:rsidR="001C0602" w:rsidRPr="0086286C" w14:paraId="4D68E031" w14:textId="77777777" w:rsidTr="003F115B">
        <w:tc>
          <w:tcPr>
            <w:tcW w:w="4316" w:type="dxa"/>
          </w:tcPr>
          <w:p w14:paraId="375C2510" w14:textId="0B92907A" w:rsidR="001C0602" w:rsidRPr="00B7556E" w:rsidRDefault="001C0602" w:rsidP="00FB7914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 w:rsidRPr="00B7556E">
              <w:rPr>
                <w:rFonts w:ascii="Source Sans Pro" w:hAnsi="Source Sans Pro"/>
                <w:sz w:val="19"/>
                <w:szCs w:val="19"/>
                <w:lang w:val="nl-NL"/>
              </w:rPr>
              <w:t>Besluit CPV</w:t>
            </w:r>
          </w:p>
        </w:tc>
        <w:tc>
          <w:tcPr>
            <w:tcW w:w="4314" w:type="dxa"/>
          </w:tcPr>
          <w:p w14:paraId="6289FDB7" w14:textId="67380C7E" w:rsidR="001C0602" w:rsidRDefault="001C0602" w:rsidP="001C0602">
            <w:pPr>
              <w:suppressAutoHyphens/>
              <w:autoSpaceDN w:val="0"/>
              <w:spacing w:line="276" w:lineRule="auto"/>
              <w:textAlignment w:val="baseline"/>
              <w:rPr>
                <w:rFonts w:ascii="Source Sans Pro" w:eastAsia="Calibri" w:hAnsi="Source Sans Pro" w:cs="Arial"/>
                <w:sz w:val="19"/>
                <w:szCs w:val="19"/>
                <w:lang w:val="nl-NL"/>
              </w:rPr>
            </w:pPr>
            <w:r>
              <w:rPr>
                <w:rFonts w:ascii="Source Sans Pro" w:eastAsia="Calibri" w:hAnsi="Source Sans Pro" w:cs="Arial"/>
                <w:sz w:val="19"/>
                <w:szCs w:val="19"/>
                <w:lang w:val="nl-NL"/>
              </w:rPr>
              <w:t>Kruis aan:</w:t>
            </w:r>
          </w:p>
          <w:p w14:paraId="2E8F5662" w14:textId="06A0D14C" w:rsidR="001C0602" w:rsidRDefault="005C6BB2" w:rsidP="001C0602">
            <w:pPr>
              <w:suppressAutoHyphens/>
              <w:autoSpaceDN w:val="0"/>
              <w:spacing w:line="276" w:lineRule="auto"/>
              <w:textAlignment w:val="baseline"/>
              <w:rPr>
                <w:rFonts w:ascii="Source Sans Pro" w:eastAsia="Calibri" w:hAnsi="Source Sans Pro" w:cs="Arial"/>
                <w:sz w:val="19"/>
                <w:szCs w:val="19"/>
                <w:lang w:val="nl-NL"/>
              </w:rPr>
            </w:pPr>
            <w:sdt>
              <w:sdtPr>
                <w:rPr>
                  <w:rFonts w:ascii="Source Sans Pro" w:eastAsia="Calibri" w:hAnsi="Source Sans Pro" w:cs="Arial"/>
                  <w:sz w:val="19"/>
                  <w:szCs w:val="19"/>
                  <w:lang w:val="nl-NL"/>
                </w:rPr>
                <w:id w:val="80381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602"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sdtContent>
            </w:sdt>
            <w:r w:rsidR="001C0602">
              <w:rPr>
                <w:rFonts w:ascii="Source Sans Pro" w:eastAsia="Calibri" w:hAnsi="Source Sans Pro" w:cs="Arial"/>
                <w:sz w:val="19"/>
                <w:szCs w:val="19"/>
                <w:lang w:val="nl-NL"/>
              </w:rPr>
              <w:t>Goedgekeurd</w:t>
            </w:r>
          </w:p>
          <w:p w14:paraId="4BF1BCF3" w14:textId="77777777" w:rsidR="001C0602" w:rsidRDefault="005C6BB2" w:rsidP="001C0602">
            <w:pPr>
              <w:suppressAutoHyphens/>
              <w:autoSpaceDN w:val="0"/>
              <w:spacing w:line="276" w:lineRule="auto"/>
              <w:textAlignment w:val="baseline"/>
              <w:rPr>
                <w:rFonts w:ascii="Source Sans Pro" w:eastAsia="Calibri" w:hAnsi="Source Sans Pro" w:cs="Arial"/>
                <w:sz w:val="19"/>
                <w:szCs w:val="19"/>
                <w:lang w:val="nl-NL"/>
              </w:rPr>
            </w:pPr>
            <w:sdt>
              <w:sdtPr>
                <w:rPr>
                  <w:rFonts w:ascii="Source Sans Pro" w:eastAsia="Calibri" w:hAnsi="Source Sans Pro" w:cs="Arial"/>
                  <w:sz w:val="19"/>
                  <w:szCs w:val="19"/>
                  <w:lang w:val="nl-NL"/>
                </w:rPr>
                <w:id w:val="212627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602"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sdtContent>
            </w:sdt>
            <w:r w:rsidR="001C0602">
              <w:rPr>
                <w:rFonts w:ascii="Source Sans Pro" w:eastAsia="Calibri" w:hAnsi="Source Sans Pro" w:cs="Arial"/>
                <w:sz w:val="19"/>
                <w:szCs w:val="19"/>
                <w:lang w:val="nl-NL"/>
              </w:rPr>
              <w:t xml:space="preserve"> Afgekeurd</w:t>
            </w:r>
          </w:p>
          <w:p w14:paraId="13EA9DD5" w14:textId="77777777" w:rsidR="001C0602" w:rsidRDefault="005C6BB2" w:rsidP="001C0602">
            <w:pPr>
              <w:suppressAutoHyphens/>
              <w:autoSpaceDN w:val="0"/>
              <w:spacing w:line="276" w:lineRule="auto"/>
              <w:textAlignment w:val="baseline"/>
              <w:rPr>
                <w:rFonts w:ascii="Source Sans Pro" w:eastAsia="Calibri" w:hAnsi="Source Sans Pro" w:cs="Arial"/>
                <w:sz w:val="19"/>
                <w:szCs w:val="19"/>
                <w:lang w:val="nl-NL"/>
              </w:rPr>
            </w:pPr>
            <w:sdt>
              <w:sdtPr>
                <w:rPr>
                  <w:rFonts w:ascii="Source Sans Pro" w:eastAsia="Calibri" w:hAnsi="Source Sans Pro" w:cs="Arial"/>
                  <w:sz w:val="19"/>
                  <w:szCs w:val="19"/>
                  <w:lang w:val="nl-NL"/>
                </w:rPr>
                <w:id w:val="70753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602"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sdtContent>
            </w:sdt>
            <w:r w:rsidR="001C0602">
              <w:rPr>
                <w:rFonts w:ascii="Source Sans Pro" w:eastAsia="Calibri" w:hAnsi="Source Sans Pro" w:cs="Arial"/>
                <w:sz w:val="19"/>
                <w:szCs w:val="19"/>
                <w:lang w:val="nl-NL"/>
              </w:rPr>
              <w:t>Aangehouden</w:t>
            </w:r>
          </w:p>
          <w:p w14:paraId="6506B55F" w14:textId="77777777" w:rsidR="001C0602" w:rsidRDefault="001C0602" w:rsidP="00FB7914">
            <w:pPr>
              <w:suppressAutoHyphens/>
              <w:autoSpaceDN w:val="0"/>
              <w:textAlignment w:val="baseline"/>
              <w:rPr>
                <w:rFonts w:ascii="Source Sans Pro" w:eastAsia="Calibri" w:hAnsi="Source Sans Pro" w:cs="Arial"/>
                <w:sz w:val="19"/>
                <w:szCs w:val="19"/>
                <w:lang w:val="nl-NL"/>
              </w:rPr>
            </w:pPr>
          </w:p>
        </w:tc>
      </w:tr>
      <w:tr w:rsidR="00FB7914" w:rsidRPr="002C6EE2" w14:paraId="5AB81E13" w14:textId="77777777" w:rsidTr="003F115B">
        <w:tc>
          <w:tcPr>
            <w:tcW w:w="4316" w:type="dxa"/>
          </w:tcPr>
          <w:p w14:paraId="49425DFA" w14:textId="177FB5AA" w:rsidR="00FB7914" w:rsidRPr="00B7556E" w:rsidRDefault="001C0602" w:rsidP="00FB7914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>
              <w:rPr>
                <w:rFonts w:ascii="Source Sans Pro" w:hAnsi="Source Sans Pro"/>
                <w:sz w:val="19"/>
                <w:szCs w:val="19"/>
                <w:lang w:val="nl-NL"/>
              </w:rPr>
              <w:t>Motivatie besluit</w:t>
            </w:r>
          </w:p>
        </w:tc>
        <w:tc>
          <w:tcPr>
            <w:tcW w:w="4314" w:type="dxa"/>
          </w:tcPr>
          <w:sdt>
            <w:sdtPr>
              <w:rPr>
                <w:rFonts w:ascii="Source Sans Pro" w:hAnsi="Source Sans Pro"/>
                <w:sz w:val="19"/>
                <w:szCs w:val="19"/>
                <w:lang w:val="nl-NL"/>
              </w:rPr>
              <w:id w:val="-851417427"/>
              <w:placeholder>
                <w:docPart w:val="BB5FB6FA0A6940D0A0F5B7F19D021A1E"/>
              </w:placeholder>
              <w:showingPlcHdr/>
            </w:sdtPr>
            <w:sdtEndPr/>
            <w:sdtContent>
              <w:p w14:paraId="121C1757" w14:textId="326BA3D5" w:rsidR="00FB7914" w:rsidRDefault="00AB06A7" w:rsidP="00FB7914">
                <w:pPr>
                  <w:rPr>
                    <w:rFonts w:ascii="Source Sans Pro" w:hAnsi="Source Sans Pro"/>
                    <w:sz w:val="19"/>
                    <w:szCs w:val="19"/>
                    <w:lang w:val="nl-NL"/>
                  </w:rPr>
                </w:pPr>
                <w:r w:rsidRPr="00987C2B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sdtContent>
          </w:sdt>
        </w:tc>
      </w:tr>
      <w:tr w:rsidR="00A00D02" w:rsidRPr="0086286C" w14:paraId="5C17A9AE" w14:textId="77777777" w:rsidTr="003F115B">
        <w:tc>
          <w:tcPr>
            <w:tcW w:w="4316" w:type="dxa"/>
          </w:tcPr>
          <w:p w14:paraId="4D236DB1" w14:textId="7AAF31E8" w:rsidR="00A00D02" w:rsidRPr="00B7556E" w:rsidRDefault="00A00D02" w:rsidP="00A00D02">
            <w:pPr>
              <w:spacing w:line="276" w:lineRule="auto"/>
              <w:rPr>
                <w:rFonts w:ascii="Source Sans Pro" w:hAnsi="Source Sans Pro"/>
                <w:sz w:val="19"/>
                <w:szCs w:val="19"/>
                <w:lang w:val="nl-NL"/>
              </w:rPr>
            </w:pPr>
            <w:r>
              <w:rPr>
                <w:rFonts w:ascii="Source Sans Pro" w:hAnsi="Source Sans Pro"/>
                <w:sz w:val="19"/>
                <w:szCs w:val="19"/>
                <w:lang w:val="nl-NL"/>
              </w:rPr>
              <w:t xml:space="preserve">Indien aangehouden: </w:t>
            </w:r>
            <w:r w:rsidRPr="00940FC0">
              <w:rPr>
                <w:rFonts w:ascii="Source Sans Pro" w:hAnsi="Source Sans Pro"/>
                <w:sz w:val="19"/>
                <w:szCs w:val="19"/>
                <w:lang w:val="nl-NL"/>
              </w:rPr>
              <w:t>zwaarwegend advies CPV</w:t>
            </w:r>
            <w:r>
              <w:rPr>
                <w:rFonts w:ascii="Source Sans Pro" w:hAnsi="Source Sans Pro"/>
                <w:sz w:val="19"/>
                <w:szCs w:val="19"/>
                <w:lang w:val="nl-NL"/>
              </w:rPr>
              <w:t xml:space="preserve"> én vervolgproces</w:t>
            </w:r>
          </w:p>
        </w:tc>
        <w:tc>
          <w:tcPr>
            <w:tcW w:w="4314" w:type="dxa"/>
          </w:tcPr>
          <w:p w14:paraId="2E1A8306" w14:textId="7272D4C6" w:rsidR="00A00D02" w:rsidRDefault="00A00D02" w:rsidP="00A00D02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>
              <w:rPr>
                <w:rFonts w:ascii="Source Sans Pro" w:hAnsi="Source Sans Pro"/>
                <w:sz w:val="19"/>
                <w:szCs w:val="19"/>
                <w:lang w:val="nl-NL"/>
              </w:rPr>
              <w:t>Zwaarwegend advies:</w:t>
            </w:r>
            <w:r>
              <w:rPr>
                <w:rFonts w:ascii="Source Sans Pro" w:hAnsi="Source Sans Pro"/>
                <w:sz w:val="19"/>
                <w:szCs w:val="19"/>
                <w:lang w:val="nl-NL"/>
              </w:rPr>
              <w:br/>
            </w:r>
            <w:sdt>
              <w:sdtPr>
                <w:rPr>
                  <w:rFonts w:ascii="Source Sans Pro" w:hAnsi="Source Sans Pro"/>
                  <w:sz w:val="19"/>
                  <w:szCs w:val="19"/>
                  <w:lang w:val="nl-NL"/>
                </w:rPr>
                <w:id w:val="2071075823"/>
                <w:placeholder>
                  <w:docPart w:val="CB2426924D894275BF66FDEBCE9ECD1C"/>
                </w:placeholder>
                <w:showingPlcHdr/>
              </w:sdtPr>
              <w:sdtEndPr/>
              <w:sdtContent>
                <w:r w:rsidR="00AB06A7" w:rsidRPr="00987C2B">
                  <w:rPr>
                    <w:rStyle w:val="Tekstvantijdelijkeaanduiding"/>
                    <w:lang w:val="nl-NL"/>
                  </w:rPr>
                  <w:t>Klik of tik om tekst in te voeren.</w:t>
                </w:r>
              </w:sdtContent>
            </w:sdt>
          </w:p>
          <w:p w14:paraId="4A214CD4" w14:textId="77777777" w:rsidR="00A00D02" w:rsidRDefault="00A00D02" w:rsidP="00A00D02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</w:p>
          <w:p w14:paraId="7A8D3E13" w14:textId="77777777" w:rsidR="00A00D02" w:rsidRDefault="00A00D02" w:rsidP="00A00D02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>
              <w:rPr>
                <w:rFonts w:ascii="Source Sans Pro" w:hAnsi="Source Sans Pro"/>
                <w:sz w:val="19"/>
                <w:szCs w:val="19"/>
                <w:lang w:val="nl-NL"/>
              </w:rPr>
              <w:t>Vervolg als verwijzer zwaarwegende advies overneemt:</w:t>
            </w:r>
          </w:p>
          <w:p w14:paraId="17934FAC" w14:textId="77777777" w:rsidR="00A00D02" w:rsidRDefault="005C6BB2" w:rsidP="00A00D02">
            <w:pPr>
              <w:suppressAutoHyphens/>
              <w:autoSpaceDN w:val="0"/>
              <w:spacing w:line="276" w:lineRule="auto"/>
              <w:textAlignment w:val="baseline"/>
              <w:rPr>
                <w:rFonts w:ascii="Source Sans Pro" w:hAnsi="Source Sans Pro"/>
                <w:sz w:val="19"/>
                <w:szCs w:val="19"/>
                <w:lang w:val="nl-NL"/>
              </w:rPr>
            </w:pPr>
            <w:sdt>
              <w:sdtPr>
                <w:rPr>
                  <w:rFonts w:ascii="Source Sans Pro" w:eastAsia="Calibri" w:hAnsi="Source Sans Pro" w:cs="Arial"/>
                  <w:sz w:val="19"/>
                  <w:szCs w:val="19"/>
                  <w:lang w:val="nl-NL"/>
                </w:rPr>
                <w:id w:val="196284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D02"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sdtContent>
            </w:sdt>
            <w:r w:rsidR="00A00D02">
              <w:rPr>
                <w:rFonts w:ascii="Source Sans Pro" w:eastAsia="Calibri" w:hAnsi="Source Sans Pro" w:cs="Arial"/>
                <w:sz w:val="19"/>
                <w:szCs w:val="19"/>
                <w:lang w:val="nl-NL"/>
              </w:rPr>
              <w:t xml:space="preserve"> De verwijzer </w:t>
            </w:r>
            <w:r w:rsidR="00A00D02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moet via de mail terugkoppelen het zwaarwegende advies over te nemen. De aanvraag wordt dan, zonder verdere bespreking, goedgekeurd. </w:t>
            </w:r>
          </w:p>
          <w:p w14:paraId="09643B33" w14:textId="77777777" w:rsidR="00A00D02" w:rsidRDefault="005C6BB2" w:rsidP="00A00D02">
            <w:pPr>
              <w:suppressAutoHyphens/>
              <w:autoSpaceDN w:val="0"/>
              <w:spacing w:line="276" w:lineRule="auto"/>
              <w:textAlignment w:val="baseline"/>
              <w:rPr>
                <w:rFonts w:ascii="Source Sans Pro" w:hAnsi="Source Sans Pro"/>
                <w:sz w:val="19"/>
                <w:szCs w:val="19"/>
                <w:lang w:val="nl-NL"/>
              </w:rPr>
            </w:pPr>
            <w:sdt>
              <w:sdtPr>
                <w:rPr>
                  <w:rFonts w:ascii="Source Sans Pro" w:eastAsia="Calibri" w:hAnsi="Source Sans Pro" w:cs="Arial"/>
                  <w:sz w:val="19"/>
                  <w:szCs w:val="19"/>
                  <w:lang w:val="nl-NL"/>
                </w:rPr>
                <w:id w:val="-211828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D02"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sdtContent>
            </w:sdt>
            <w:r w:rsidR="00A00D02">
              <w:rPr>
                <w:rFonts w:ascii="Source Sans Pro" w:eastAsia="Calibri" w:hAnsi="Source Sans Pro" w:cs="Arial"/>
                <w:sz w:val="19"/>
                <w:szCs w:val="19"/>
                <w:lang w:val="nl-NL"/>
              </w:rPr>
              <w:t xml:space="preserve"> D</w:t>
            </w:r>
            <w:r w:rsidR="00A00D02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e verwijzer moet de aanvraag opnieuw indienen als het zwaarwegende advies is uitgevoerd. De aanvraag wordt dan opnieuw beoordeeld. </w:t>
            </w:r>
          </w:p>
          <w:p w14:paraId="653FD277" w14:textId="77777777" w:rsidR="00A00D02" w:rsidRDefault="00A00D02" w:rsidP="00A00D02">
            <w:pPr>
              <w:suppressAutoHyphens/>
              <w:autoSpaceDN w:val="0"/>
              <w:spacing w:line="276" w:lineRule="auto"/>
              <w:textAlignment w:val="baseline"/>
              <w:rPr>
                <w:rFonts w:ascii="Source Sans Pro" w:hAnsi="Source Sans Pro"/>
                <w:sz w:val="19"/>
                <w:szCs w:val="19"/>
                <w:lang w:val="nl-NL"/>
              </w:rPr>
            </w:pPr>
          </w:p>
          <w:p w14:paraId="5C7A0F3F" w14:textId="77777777" w:rsidR="00A00D02" w:rsidRDefault="00A00D02" w:rsidP="00A00D02">
            <w:pPr>
              <w:suppressAutoHyphens/>
              <w:autoSpaceDN w:val="0"/>
              <w:spacing w:line="276" w:lineRule="auto"/>
              <w:textAlignment w:val="baseline"/>
              <w:rPr>
                <w:rFonts w:ascii="Source Sans Pro" w:hAnsi="Source Sans Pro"/>
                <w:sz w:val="19"/>
                <w:szCs w:val="19"/>
                <w:lang w:val="nl-NL"/>
              </w:rPr>
            </w:pPr>
            <w:r>
              <w:rPr>
                <w:rFonts w:ascii="Source Sans Pro" w:hAnsi="Source Sans Pro"/>
                <w:sz w:val="19"/>
                <w:szCs w:val="19"/>
                <w:lang w:val="nl-NL"/>
              </w:rPr>
              <w:t xml:space="preserve">Vervolg als verwijzer het zwaarwegende advies niet wil overnemen: </w:t>
            </w:r>
          </w:p>
          <w:p w14:paraId="51A7D2EE" w14:textId="77777777" w:rsidR="00A00D02" w:rsidRDefault="005C6BB2" w:rsidP="00A00D02">
            <w:pPr>
              <w:suppressAutoHyphens/>
              <w:autoSpaceDN w:val="0"/>
              <w:spacing w:line="276" w:lineRule="auto"/>
              <w:textAlignment w:val="baseline"/>
              <w:rPr>
                <w:rFonts w:ascii="Source Sans Pro" w:hAnsi="Source Sans Pro"/>
                <w:sz w:val="19"/>
                <w:szCs w:val="19"/>
                <w:lang w:val="nl-NL"/>
              </w:rPr>
            </w:pPr>
            <w:sdt>
              <w:sdtPr>
                <w:rPr>
                  <w:rFonts w:ascii="Source Sans Pro" w:eastAsia="Calibri" w:hAnsi="Source Sans Pro" w:cs="Arial"/>
                  <w:sz w:val="19"/>
                  <w:szCs w:val="19"/>
                  <w:lang w:val="nl-NL"/>
                </w:rPr>
                <w:id w:val="1026217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D02">
                  <w:rPr>
                    <w:rFonts w:ascii="MS Gothic" w:eastAsia="MS Gothic" w:hAnsi="MS Gothic" w:cs="Arial" w:hint="eastAsia"/>
                    <w:sz w:val="19"/>
                    <w:szCs w:val="19"/>
                    <w:lang w:val="nl-NL"/>
                  </w:rPr>
                  <w:t>☐</w:t>
                </w:r>
              </w:sdtContent>
            </w:sdt>
            <w:r w:rsidR="00A00D02">
              <w:rPr>
                <w:rFonts w:ascii="Source Sans Pro" w:eastAsia="Calibri" w:hAnsi="Source Sans Pro" w:cs="Arial"/>
                <w:sz w:val="19"/>
                <w:szCs w:val="19"/>
                <w:lang w:val="nl-NL"/>
              </w:rPr>
              <w:t xml:space="preserve"> D</w:t>
            </w:r>
            <w:r w:rsidR="00A00D02">
              <w:rPr>
                <w:rFonts w:ascii="Source Sans Pro" w:hAnsi="Source Sans Pro"/>
                <w:sz w:val="19"/>
                <w:szCs w:val="19"/>
                <w:lang w:val="nl-NL"/>
              </w:rPr>
              <w:t xml:space="preserve">e verwijzer motiveert via de mail richting de CPV waarom hij het zwaarwegende advies niet wil overnemen. De CPV neemt een besluit op de aanvraag.  </w:t>
            </w:r>
          </w:p>
          <w:p w14:paraId="6333FA56" w14:textId="77777777" w:rsidR="00A00D02" w:rsidRPr="00B7556E" w:rsidRDefault="00A00D02" w:rsidP="00A00D02">
            <w:pPr>
              <w:spacing w:line="276" w:lineRule="auto"/>
              <w:rPr>
                <w:rFonts w:ascii="Source Sans Pro" w:hAnsi="Source Sans Pro"/>
                <w:sz w:val="19"/>
                <w:szCs w:val="19"/>
                <w:lang w:val="nl-NL"/>
              </w:rPr>
            </w:pPr>
          </w:p>
        </w:tc>
      </w:tr>
      <w:tr w:rsidR="00867ADF" w:rsidRPr="002C6EE2" w14:paraId="62F9F651" w14:textId="77777777" w:rsidTr="003F115B">
        <w:tc>
          <w:tcPr>
            <w:tcW w:w="4316" w:type="dxa"/>
          </w:tcPr>
          <w:p w14:paraId="1A22750E" w14:textId="46F825F1" w:rsidR="00867ADF" w:rsidRDefault="00867ADF" w:rsidP="00867ADF">
            <w:pPr>
              <w:rPr>
                <w:rFonts w:ascii="Source Sans Pro" w:hAnsi="Source Sans Pro"/>
                <w:sz w:val="19"/>
                <w:szCs w:val="19"/>
                <w:lang w:val="nl-NL"/>
              </w:rPr>
            </w:pPr>
            <w:r>
              <w:rPr>
                <w:rFonts w:ascii="Source Sans Pro" w:hAnsi="Source Sans Pro"/>
                <w:sz w:val="19"/>
                <w:szCs w:val="19"/>
                <w:lang w:val="nl-NL"/>
              </w:rPr>
              <w:t xml:space="preserve">Opmerkingen, aandachtspunten of afspraken uit de CPV-bespreking </w:t>
            </w:r>
          </w:p>
        </w:tc>
        <w:sdt>
          <w:sdtPr>
            <w:rPr>
              <w:rFonts w:ascii="Source Sans Pro" w:hAnsi="Source Sans Pro"/>
              <w:sz w:val="19"/>
              <w:szCs w:val="19"/>
              <w:lang w:val="nl-NL"/>
            </w:rPr>
            <w:id w:val="2026901679"/>
            <w:placeholder>
              <w:docPart w:val="79E0E7F81EC64A10A74EA32966920E3E"/>
            </w:placeholder>
            <w:showingPlcHdr/>
          </w:sdtPr>
          <w:sdtEndPr/>
          <w:sdtContent>
            <w:tc>
              <w:tcPr>
                <w:tcW w:w="4314" w:type="dxa"/>
              </w:tcPr>
              <w:p w14:paraId="36F15295" w14:textId="23BB2AE5" w:rsidR="00867ADF" w:rsidRDefault="00AB06A7" w:rsidP="00867ADF">
                <w:pPr>
                  <w:rPr>
                    <w:rFonts w:ascii="Source Sans Pro" w:hAnsi="Source Sans Pro"/>
                    <w:sz w:val="19"/>
                    <w:szCs w:val="19"/>
                    <w:lang w:val="nl-NL"/>
                  </w:rPr>
                </w:pPr>
                <w:r w:rsidRPr="00987C2B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</w:tbl>
    <w:p w14:paraId="12D55C65" w14:textId="77777777" w:rsidR="00046B36" w:rsidRPr="00795060" w:rsidRDefault="00046B36">
      <w:pPr>
        <w:rPr>
          <w:lang w:val="nl-NL"/>
        </w:rPr>
      </w:pPr>
    </w:p>
    <w:sectPr w:rsidR="00046B36" w:rsidRPr="0079506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C4DA6" w14:textId="77777777" w:rsidR="005C6BB2" w:rsidRDefault="005C6BB2" w:rsidP="00186AF1">
      <w:pPr>
        <w:spacing w:after="0" w:line="240" w:lineRule="auto"/>
      </w:pPr>
      <w:r>
        <w:separator/>
      </w:r>
    </w:p>
  </w:endnote>
  <w:endnote w:type="continuationSeparator" w:id="0">
    <w:p w14:paraId="11592603" w14:textId="77777777" w:rsidR="005C6BB2" w:rsidRDefault="005C6BB2" w:rsidP="00186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anda BT">
    <w:altName w:val="Times New Roman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EDD15" w14:textId="77777777" w:rsidR="005C6BB2" w:rsidRDefault="005C6BB2" w:rsidP="00186AF1">
      <w:pPr>
        <w:spacing w:after="0" w:line="240" w:lineRule="auto"/>
      </w:pPr>
      <w:r>
        <w:separator/>
      </w:r>
    </w:p>
  </w:footnote>
  <w:footnote w:type="continuationSeparator" w:id="0">
    <w:p w14:paraId="44DA305A" w14:textId="77777777" w:rsidR="005C6BB2" w:rsidRDefault="005C6BB2" w:rsidP="00186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6A0B98"/>
    <w:multiLevelType w:val="multilevel"/>
    <w:tmpl w:val="FE26A4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AC956FA"/>
    <w:multiLevelType w:val="hybridMultilevel"/>
    <w:tmpl w:val="158E6232"/>
    <w:lvl w:ilvl="0" w:tplc="BE1EF82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90D73"/>
    <w:multiLevelType w:val="multilevel"/>
    <w:tmpl w:val="563479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295CEB"/>
    <w:multiLevelType w:val="hybridMultilevel"/>
    <w:tmpl w:val="CA26988C"/>
    <w:lvl w:ilvl="0" w:tplc="BE1EF82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742EF"/>
    <w:multiLevelType w:val="hybridMultilevel"/>
    <w:tmpl w:val="65166A6E"/>
    <w:lvl w:ilvl="0" w:tplc="BE1EF82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F1A"/>
    <w:multiLevelType w:val="hybridMultilevel"/>
    <w:tmpl w:val="5570F9B4"/>
    <w:lvl w:ilvl="0" w:tplc="BE1EF82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463A1E"/>
    <w:multiLevelType w:val="multilevel"/>
    <w:tmpl w:val="A880D092"/>
    <w:lvl w:ilvl="0">
      <w:numFmt w:val="bullet"/>
      <w:lvlText w:val="□"/>
      <w:lvlJc w:val="left"/>
      <w:pPr>
        <w:ind w:left="108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7D213FC4"/>
    <w:multiLevelType w:val="hybridMultilevel"/>
    <w:tmpl w:val="B8C878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384714">
    <w:abstractNumId w:val="8"/>
  </w:num>
  <w:num w:numId="2" w16cid:durableId="981813019">
    <w:abstractNumId w:val="6"/>
  </w:num>
  <w:num w:numId="3" w16cid:durableId="1788499601">
    <w:abstractNumId w:val="5"/>
  </w:num>
  <w:num w:numId="4" w16cid:durableId="424805326">
    <w:abstractNumId w:val="4"/>
  </w:num>
  <w:num w:numId="5" w16cid:durableId="997995658">
    <w:abstractNumId w:val="7"/>
  </w:num>
  <w:num w:numId="6" w16cid:durableId="941760534">
    <w:abstractNumId w:val="3"/>
  </w:num>
  <w:num w:numId="7" w16cid:durableId="1254702669">
    <w:abstractNumId w:val="2"/>
  </w:num>
  <w:num w:numId="8" w16cid:durableId="991715109">
    <w:abstractNumId w:val="1"/>
  </w:num>
  <w:num w:numId="9" w16cid:durableId="2020965384">
    <w:abstractNumId w:val="0"/>
  </w:num>
  <w:num w:numId="10" w16cid:durableId="910889453">
    <w:abstractNumId w:val="13"/>
  </w:num>
  <w:num w:numId="11" w16cid:durableId="306398864">
    <w:abstractNumId w:val="12"/>
  </w:num>
  <w:num w:numId="12" w16cid:durableId="2008632168">
    <w:abstractNumId w:val="14"/>
  </w:num>
  <w:num w:numId="13" w16cid:durableId="449974902">
    <w:abstractNumId w:val="16"/>
  </w:num>
  <w:num w:numId="14" w16cid:durableId="990328455">
    <w:abstractNumId w:val="9"/>
  </w:num>
  <w:num w:numId="15" w16cid:durableId="944189109">
    <w:abstractNumId w:val="10"/>
  </w:num>
  <w:num w:numId="16" w16cid:durableId="18316125">
    <w:abstractNumId w:val="11"/>
  </w:num>
  <w:num w:numId="17" w16cid:durableId="19069904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B5B"/>
    <w:rsid w:val="00005B15"/>
    <w:rsid w:val="00006982"/>
    <w:rsid w:val="00007F9D"/>
    <w:rsid w:val="000265C8"/>
    <w:rsid w:val="000271F7"/>
    <w:rsid w:val="00030CA1"/>
    <w:rsid w:val="00031A17"/>
    <w:rsid w:val="0003311B"/>
    <w:rsid w:val="00034616"/>
    <w:rsid w:val="0004086A"/>
    <w:rsid w:val="000419E5"/>
    <w:rsid w:val="000460A0"/>
    <w:rsid w:val="00046B36"/>
    <w:rsid w:val="00051EAE"/>
    <w:rsid w:val="00054FDA"/>
    <w:rsid w:val="0006063C"/>
    <w:rsid w:val="00062569"/>
    <w:rsid w:val="00062C1D"/>
    <w:rsid w:val="0006600D"/>
    <w:rsid w:val="00072F30"/>
    <w:rsid w:val="00077A54"/>
    <w:rsid w:val="000A2A55"/>
    <w:rsid w:val="000A33B7"/>
    <w:rsid w:val="000B1094"/>
    <w:rsid w:val="000C094F"/>
    <w:rsid w:val="000C136B"/>
    <w:rsid w:val="000C3C1A"/>
    <w:rsid w:val="000D5533"/>
    <w:rsid w:val="000E0D14"/>
    <w:rsid w:val="000E223E"/>
    <w:rsid w:val="000E5061"/>
    <w:rsid w:val="000E53D7"/>
    <w:rsid w:val="000F4569"/>
    <w:rsid w:val="000F5BC7"/>
    <w:rsid w:val="000F6DF7"/>
    <w:rsid w:val="00105745"/>
    <w:rsid w:val="00106E72"/>
    <w:rsid w:val="00110176"/>
    <w:rsid w:val="00110758"/>
    <w:rsid w:val="00125D47"/>
    <w:rsid w:val="0012628A"/>
    <w:rsid w:val="00126A20"/>
    <w:rsid w:val="00127140"/>
    <w:rsid w:val="00127405"/>
    <w:rsid w:val="00132F57"/>
    <w:rsid w:val="00137C69"/>
    <w:rsid w:val="00140905"/>
    <w:rsid w:val="00141CB8"/>
    <w:rsid w:val="00142649"/>
    <w:rsid w:val="0014404F"/>
    <w:rsid w:val="001470B8"/>
    <w:rsid w:val="0015074B"/>
    <w:rsid w:val="0015305E"/>
    <w:rsid w:val="0015798B"/>
    <w:rsid w:val="001638F4"/>
    <w:rsid w:val="001755DA"/>
    <w:rsid w:val="001827B2"/>
    <w:rsid w:val="00185272"/>
    <w:rsid w:val="00186AF1"/>
    <w:rsid w:val="00191CB2"/>
    <w:rsid w:val="00191D94"/>
    <w:rsid w:val="001A22E4"/>
    <w:rsid w:val="001A332C"/>
    <w:rsid w:val="001A5C83"/>
    <w:rsid w:val="001B4212"/>
    <w:rsid w:val="001B4F22"/>
    <w:rsid w:val="001B5CFA"/>
    <w:rsid w:val="001C0602"/>
    <w:rsid w:val="001C15C5"/>
    <w:rsid w:val="001C7B1A"/>
    <w:rsid w:val="001E2888"/>
    <w:rsid w:val="001F022F"/>
    <w:rsid w:val="001F1284"/>
    <w:rsid w:val="001F6453"/>
    <w:rsid w:val="002004F8"/>
    <w:rsid w:val="00202E23"/>
    <w:rsid w:val="00203C5A"/>
    <w:rsid w:val="00204394"/>
    <w:rsid w:val="0022486D"/>
    <w:rsid w:val="00224BA5"/>
    <w:rsid w:val="0022524F"/>
    <w:rsid w:val="002276B8"/>
    <w:rsid w:val="00230186"/>
    <w:rsid w:val="0023227D"/>
    <w:rsid w:val="002356AC"/>
    <w:rsid w:val="00243396"/>
    <w:rsid w:val="00243840"/>
    <w:rsid w:val="00243A9D"/>
    <w:rsid w:val="002465C1"/>
    <w:rsid w:val="00247005"/>
    <w:rsid w:val="00247A3B"/>
    <w:rsid w:val="0025650C"/>
    <w:rsid w:val="0026105F"/>
    <w:rsid w:val="00263A31"/>
    <w:rsid w:val="002640D4"/>
    <w:rsid w:val="00265747"/>
    <w:rsid w:val="00267C54"/>
    <w:rsid w:val="002738C9"/>
    <w:rsid w:val="0027486C"/>
    <w:rsid w:val="00276D27"/>
    <w:rsid w:val="00280462"/>
    <w:rsid w:val="002819A8"/>
    <w:rsid w:val="00281E13"/>
    <w:rsid w:val="00282FA7"/>
    <w:rsid w:val="00285687"/>
    <w:rsid w:val="002857BD"/>
    <w:rsid w:val="0029171A"/>
    <w:rsid w:val="00291ACE"/>
    <w:rsid w:val="0029600F"/>
    <w:rsid w:val="0029639D"/>
    <w:rsid w:val="002A0033"/>
    <w:rsid w:val="002A2880"/>
    <w:rsid w:val="002A30BC"/>
    <w:rsid w:val="002A415F"/>
    <w:rsid w:val="002A519F"/>
    <w:rsid w:val="002A60F5"/>
    <w:rsid w:val="002B107C"/>
    <w:rsid w:val="002B626F"/>
    <w:rsid w:val="002C1B56"/>
    <w:rsid w:val="002C1F02"/>
    <w:rsid w:val="002C3E95"/>
    <w:rsid w:val="002C6EE2"/>
    <w:rsid w:val="002D4538"/>
    <w:rsid w:val="002E1961"/>
    <w:rsid w:val="002E2008"/>
    <w:rsid w:val="002E694C"/>
    <w:rsid w:val="002F2FFD"/>
    <w:rsid w:val="00306131"/>
    <w:rsid w:val="0030615E"/>
    <w:rsid w:val="00311D2A"/>
    <w:rsid w:val="00326F90"/>
    <w:rsid w:val="0033407C"/>
    <w:rsid w:val="0034790A"/>
    <w:rsid w:val="00352AB6"/>
    <w:rsid w:val="00352CC1"/>
    <w:rsid w:val="003569AE"/>
    <w:rsid w:val="003610C5"/>
    <w:rsid w:val="0036295B"/>
    <w:rsid w:val="003725A6"/>
    <w:rsid w:val="00372AC6"/>
    <w:rsid w:val="00374197"/>
    <w:rsid w:val="00374E5B"/>
    <w:rsid w:val="0037631B"/>
    <w:rsid w:val="00376C79"/>
    <w:rsid w:val="003921C5"/>
    <w:rsid w:val="00396796"/>
    <w:rsid w:val="003A0B6B"/>
    <w:rsid w:val="003A0F29"/>
    <w:rsid w:val="003A4CEF"/>
    <w:rsid w:val="003A8195"/>
    <w:rsid w:val="003B4B79"/>
    <w:rsid w:val="003B7ABF"/>
    <w:rsid w:val="003C4CE1"/>
    <w:rsid w:val="003C5455"/>
    <w:rsid w:val="003D6B68"/>
    <w:rsid w:val="003E09D0"/>
    <w:rsid w:val="003E1A04"/>
    <w:rsid w:val="003E5334"/>
    <w:rsid w:val="003E77A0"/>
    <w:rsid w:val="003F115B"/>
    <w:rsid w:val="00402329"/>
    <w:rsid w:val="00407BBE"/>
    <w:rsid w:val="00407C38"/>
    <w:rsid w:val="00427C23"/>
    <w:rsid w:val="004317D4"/>
    <w:rsid w:val="00435DB8"/>
    <w:rsid w:val="00437FCB"/>
    <w:rsid w:val="00440173"/>
    <w:rsid w:val="0044207E"/>
    <w:rsid w:val="00442DD0"/>
    <w:rsid w:val="00445071"/>
    <w:rsid w:val="004604AF"/>
    <w:rsid w:val="004625E4"/>
    <w:rsid w:val="0046441C"/>
    <w:rsid w:val="00471B01"/>
    <w:rsid w:val="00471BA3"/>
    <w:rsid w:val="00471D68"/>
    <w:rsid w:val="00471EB1"/>
    <w:rsid w:val="00483D22"/>
    <w:rsid w:val="00484E51"/>
    <w:rsid w:val="004852EC"/>
    <w:rsid w:val="004853D9"/>
    <w:rsid w:val="00487E14"/>
    <w:rsid w:val="004937F2"/>
    <w:rsid w:val="004939E6"/>
    <w:rsid w:val="004A2F14"/>
    <w:rsid w:val="004A4150"/>
    <w:rsid w:val="004B5AA5"/>
    <w:rsid w:val="004B675B"/>
    <w:rsid w:val="004C0787"/>
    <w:rsid w:val="004C315F"/>
    <w:rsid w:val="004D7C1B"/>
    <w:rsid w:val="004E158D"/>
    <w:rsid w:val="004F5B48"/>
    <w:rsid w:val="0050253E"/>
    <w:rsid w:val="005039A4"/>
    <w:rsid w:val="00505D1B"/>
    <w:rsid w:val="00513AB9"/>
    <w:rsid w:val="00530D9D"/>
    <w:rsid w:val="00530EEC"/>
    <w:rsid w:val="00532A3A"/>
    <w:rsid w:val="00541B18"/>
    <w:rsid w:val="00554BB5"/>
    <w:rsid w:val="00560172"/>
    <w:rsid w:val="005629B3"/>
    <w:rsid w:val="0056779B"/>
    <w:rsid w:val="0057195A"/>
    <w:rsid w:val="005768BB"/>
    <w:rsid w:val="005816C0"/>
    <w:rsid w:val="005830FA"/>
    <w:rsid w:val="00583A8C"/>
    <w:rsid w:val="00583E9D"/>
    <w:rsid w:val="00587D8B"/>
    <w:rsid w:val="00587F60"/>
    <w:rsid w:val="00587FFB"/>
    <w:rsid w:val="00591B81"/>
    <w:rsid w:val="0059576A"/>
    <w:rsid w:val="005A0E5D"/>
    <w:rsid w:val="005A14E5"/>
    <w:rsid w:val="005A2FE3"/>
    <w:rsid w:val="005C6BB2"/>
    <w:rsid w:val="005C72ED"/>
    <w:rsid w:val="005D05AF"/>
    <w:rsid w:val="005D0E69"/>
    <w:rsid w:val="005D1553"/>
    <w:rsid w:val="005D2F55"/>
    <w:rsid w:val="005E2BB9"/>
    <w:rsid w:val="005F1752"/>
    <w:rsid w:val="005F62CB"/>
    <w:rsid w:val="00605285"/>
    <w:rsid w:val="006106A9"/>
    <w:rsid w:val="00610811"/>
    <w:rsid w:val="006157D7"/>
    <w:rsid w:val="006209DC"/>
    <w:rsid w:val="00621723"/>
    <w:rsid w:val="00623698"/>
    <w:rsid w:val="00627254"/>
    <w:rsid w:val="006320D0"/>
    <w:rsid w:val="00636B80"/>
    <w:rsid w:val="00640C80"/>
    <w:rsid w:val="006410CA"/>
    <w:rsid w:val="00663163"/>
    <w:rsid w:val="006653B5"/>
    <w:rsid w:val="00667416"/>
    <w:rsid w:val="006773A3"/>
    <w:rsid w:val="00684FF8"/>
    <w:rsid w:val="00690017"/>
    <w:rsid w:val="006968B1"/>
    <w:rsid w:val="006A08B1"/>
    <w:rsid w:val="006A13BB"/>
    <w:rsid w:val="006A62D9"/>
    <w:rsid w:val="006A74A1"/>
    <w:rsid w:val="006B00FA"/>
    <w:rsid w:val="006B7798"/>
    <w:rsid w:val="006C1771"/>
    <w:rsid w:val="006C6CAA"/>
    <w:rsid w:val="006D3146"/>
    <w:rsid w:val="006D413A"/>
    <w:rsid w:val="006D5611"/>
    <w:rsid w:val="006D5F0F"/>
    <w:rsid w:val="006E373F"/>
    <w:rsid w:val="006E4E1C"/>
    <w:rsid w:val="006E4F10"/>
    <w:rsid w:val="006F2790"/>
    <w:rsid w:val="006F5D04"/>
    <w:rsid w:val="00700543"/>
    <w:rsid w:val="00713E6E"/>
    <w:rsid w:val="007205AA"/>
    <w:rsid w:val="00724669"/>
    <w:rsid w:val="00727F53"/>
    <w:rsid w:val="00731740"/>
    <w:rsid w:val="007332BF"/>
    <w:rsid w:val="00735771"/>
    <w:rsid w:val="007451EE"/>
    <w:rsid w:val="00746EC6"/>
    <w:rsid w:val="00752A66"/>
    <w:rsid w:val="00754BD5"/>
    <w:rsid w:val="00771FF4"/>
    <w:rsid w:val="00784AB6"/>
    <w:rsid w:val="00790B70"/>
    <w:rsid w:val="00795060"/>
    <w:rsid w:val="007A0ABF"/>
    <w:rsid w:val="007A328E"/>
    <w:rsid w:val="007A6663"/>
    <w:rsid w:val="007B1B07"/>
    <w:rsid w:val="007B5F34"/>
    <w:rsid w:val="007B6538"/>
    <w:rsid w:val="007C0C11"/>
    <w:rsid w:val="007C1099"/>
    <w:rsid w:val="007C340C"/>
    <w:rsid w:val="007C7CFE"/>
    <w:rsid w:val="007D1DBB"/>
    <w:rsid w:val="007D2466"/>
    <w:rsid w:val="007D2A50"/>
    <w:rsid w:val="007E4616"/>
    <w:rsid w:val="007E6347"/>
    <w:rsid w:val="007E74AF"/>
    <w:rsid w:val="007F1DAF"/>
    <w:rsid w:val="00800A67"/>
    <w:rsid w:val="00801F99"/>
    <w:rsid w:val="008141C8"/>
    <w:rsid w:val="008156BE"/>
    <w:rsid w:val="00817E31"/>
    <w:rsid w:val="00831D96"/>
    <w:rsid w:val="00833D81"/>
    <w:rsid w:val="00842BB7"/>
    <w:rsid w:val="00843E90"/>
    <w:rsid w:val="00845CBC"/>
    <w:rsid w:val="0085245D"/>
    <w:rsid w:val="00856DF8"/>
    <w:rsid w:val="00856EE5"/>
    <w:rsid w:val="0086286C"/>
    <w:rsid w:val="0086470E"/>
    <w:rsid w:val="00867ADF"/>
    <w:rsid w:val="00872F17"/>
    <w:rsid w:val="008740C9"/>
    <w:rsid w:val="00875707"/>
    <w:rsid w:val="008766D7"/>
    <w:rsid w:val="00886D21"/>
    <w:rsid w:val="00894788"/>
    <w:rsid w:val="00895697"/>
    <w:rsid w:val="00896A44"/>
    <w:rsid w:val="008A2986"/>
    <w:rsid w:val="008A54EC"/>
    <w:rsid w:val="008A57EE"/>
    <w:rsid w:val="008A5AF2"/>
    <w:rsid w:val="008B386E"/>
    <w:rsid w:val="008B608E"/>
    <w:rsid w:val="008B60A6"/>
    <w:rsid w:val="008C1357"/>
    <w:rsid w:val="008D79FD"/>
    <w:rsid w:val="008E2482"/>
    <w:rsid w:val="008E4923"/>
    <w:rsid w:val="008E762C"/>
    <w:rsid w:val="008F11EF"/>
    <w:rsid w:val="00901E41"/>
    <w:rsid w:val="009025F4"/>
    <w:rsid w:val="00905CF6"/>
    <w:rsid w:val="009117CB"/>
    <w:rsid w:val="00914A42"/>
    <w:rsid w:val="0092605F"/>
    <w:rsid w:val="00927872"/>
    <w:rsid w:val="00933401"/>
    <w:rsid w:val="0094076F"/>
    <w:rsid w:val="00940EB9"/>
    <w:rsid w:val="00943BD9"/>
    <w:rsid w:val="00952FDE"/>
    <w:rsid w:val="00965644"/>
    <w:rsid w:val="00972BED"/>
    <w:rsid w:val="00973547"/>
    <w:rsid w:val="00980483"/>
    <w:rsid w:val="009814C0"/>
    <w:rsid w:val="00987C2B"/>
    <w:rsid w:val="009A1576"/>
    <w:rsid w:val="009A6F78"/>
    <w:rsid w:val="009B19E0"/>
    <w:rsid w:val="009C01A0"/>
    <w:rsid w:val="009C30FC"/>
    <w:rsid w:val="009C7CC8"/>
    <w:rsid w:val="009D5EC2"/>
    <w:rsid w:val="009D6692"/>
    <w:rsid w:val="009E1357"/>
    <w:rsid w:val="009E1E56"/>
    <w:rsid w:val="009E38EC"/>
    <w:rsid w:val="00A00D02"/>
    <w:rsid w:val="00A02726"/>
    <w:rsid w:val="00A05004"/>
    <w:rsid w:val="00A06A05"/>
    <w:rsid w:val="00A15336"/>
    <w:rsid w:val="00A2124B"/>
    <w:rsid w:val="00A22524"/>
    <w:rsid w:val="00A2258E"/>
    <w:rsid w:val="00A31B4E"/>
    <w:rsid w:val="00A436E4"/>
    <w:rsid w:val="00A55126"/>
    <w:rsid w:val="00A60D64"/>
    <w:rsid w:val="00A610DB"/>
    <w:rsid w:val="00A673ED"/>
    <w:rsid w:val="00A70571"/>
    <w:rsid w:val="00A71E8D"/>
    <w:rsid w:val="00A765DA"/>
    <w:rsid w:val="00A816F0"/>
    <w:rsid w:val="00A82891"/>
    <w:rsid w:val="00A921B3"/>
    <w:rsid w:val="00AA0727"/>
    <w:rsid w:val="00AA0E43"/>
    <w:rsid w:val="00AA1D8D"/>
    <w:rsid w:val="00AA22D7"/>
    <w:rsid w:val="00AA4684"/>
    <w:rsid w:val="00AA6062"/>
    <w:rsid w:val="00AB06A7"/>
    <w:rsid w:val="00AB1FBD"/>
    <w:rsid w:val="00AB3704"/>
    <w:rsid w:val="00AB6AA7"/>
    <w:rsid w:val="00AB77A9"/>
    <w:rsid w:val="00AD7E0A"/>
    <w:rsid w:val="00AE5DC8"/>
    <w:rsid w:val="00AE5F3D"/>
    <w:rsid w:val="00AF408D"/>
    <w:rsid w:val="00B00BA2"/>
    <w:rsid w:val="00B0241B"/>
    <w:rsid w:val="00B11105"/>
    <w:rsid w:val="00B120FC"/>
    <w:rsid w:val="00B1456D"/>
    <w:rsid w:val="00B15956"/>
    <w:rsid w:val="00B20D04"/>
    <w:rsid w:val="00B211AE"/>
    <w:rsid w:val="00B22FCB"/>
    <w:rsid w:val="00B315A5"/>
    <w:rsid w:val="00B317BC"/>
    <w:rsid w:val="00B456B9"/>
    <w:rsid w:val="00B461EE"/>
    <w:rsid w:val="00B47730"/>
    <w:rsid w:val="00B53396"/>
    <w:rsid w:val="00B53AAB"/>
    <w:rsid w:val="00B53D81"/>
    <w:rsid w:val="00B54F66"/>
    <w:rsid w:val="00B57CEF"/>
    <w:rsid w:val="00B63EC6"/>
    <w:rsid w:val="00B667D7"/>
    <w:rsid w:val="00B6682E"/>
    <w:rsid w:val="00B72199"/>
    <w:rsid w:val="00B72323"/>
    <w:rsid w:val="00B73728"/>
    <w:rsid w:val="00B73EE2"/>
    <w:rsid w:val="00B7556E"/>
    <w:rsid w:val="00B758B8"/>
    <w:rsid w:val="00B93A74"/>
    <w:rsid w:val="00B93C28"/>
    <w:rsid w:val="00BA01AD"/>
    <w:rsid w:val="00BA3C91"/>
    <w:rsid w:val="00BA4A29"/>
    <w:rsid w:val="00BA6821"/>
    <w:rsid w:val="00BB2A42"/>
    <w:rsid w:val="00BC6383"/>
    <w:rsid w:val="00BC6B52"/>
    <w:rsid w:val="00BD1AD3"/>
    <w:rsid w:val="00BD51C1"/>
    <w:rsid w:val="00BE319D"/>
    <w:rsid w:val="00BE7E5D"/>
    <w:rsid w:val="00BF1249"/>
    <w:rsid w:val="00BF53E8"/>
    <w:rsid w:val="00BF7D68"/>
    <w:rsid w:val="00C06D0E"/>
    <w:rsid w:val="00C1262D"/>
    <w:rsid w:val="00C20990"/>
    <w:rsid w:val="00C230D5"/>
    <w:rsid w:val="00C247D4"/>
    <w:rsid w:val="00C278F0"/>
    <w:rsid w:val="00C31645"/>
    <w:rsid w:val="00C31E5A"/>
    <w:rsid w:val="00C335D8"/>
    <w:rsid w:val="00C33B0F"/>
    <w:rsid w:val="00C4007E"/>
    <w:rsid w:val="00C52C88"/>
    <w:rsid w:val="00C566A9"/>
    <w:rsid w:val="00C63774"/>
    <w:rsid w:val="00C650D7"/>
    <w:rsid w:val="00C67A1F"/>
    <w:rsid w:val="00C718F1"/>
    <w:rsid w:val="00C8376F"/>
    <w:rsid w:val="00C912FA"/>
    <w:rsid w:val="00C93C70"/>
    <w:rsid w:val="00C968E2"/>
    <w:rsid w:val="00CA15D4"/>
    <w:rsid w:val="00CB01C8"/>
    <w:rsid w:val="00CB0664"/>
    <w:rsid w:val="00CB12E3"/>
    <w:rsid w:val="00CB35B5"/>
    <w:rsid w:val="00CC08C5"/>
    <w:rsid w:val="00CC6C71"/>
    <w:rsid w:val="00CD3100"/>
    <w:rsid w:val="00CD43D4"/>
    <w:rsid w:val="00CD4895"/>
    <w:rsid w:val="00CD570A"/>
    <w:rsid w:val="00CD6438"/>
    <w:rsid w:val="00CE119A"/>
    <w:rsid w:val="00CE4349"/>
    <w:rsid w:val="00CE4883"/>
    <w:rsid w:val="00CE6393"/>
    <w:rsid w:val="00D00DC3"/>
    <w:rsid w:val="00D01D1B"/>
    <w:rsid w:val="00D13E91"/>
    <w:rsid w:val="00D1428D"/>
    <w:rsid w:val="00D15B0E"/>
    <w:rsid w:val="00D21599"/>
    <w:rsid w:val="00D25F76"/>
    <w:rsid w:val="00D4144B"/>
    <w:rsid w:val="00D451E9"/>
    <w:rsid w:val="00D4752B"/>
    <w:rsid w:val="00D65323"/>
    <w:rsid w:val="00D70309"/>
    <w:rsid w:val="00D73894"/>
    <w:rsid w:val="00D827C4"/>
    <w:rsid w:val="00D905E8"/>
    <w:rsid w:val="00D9524E"/>
    <w:rsid w:val="00DA0847"/>
    <w:rsid w:val="00DA16A6"/>
    <w:rsid w:val="00DA5E24"/>
    <w:rsid w:val="00DA6BD7"/>
    <w:rsid w:val="00DB11EF"/>
    <w:rsid w:val="00DB2294"/>
    <w:rsid w:val="00DB46F3"/>
    <w:rsid w:val="00DB495A"/>
    <w:rsid w:val="00DC5DCA"/>
    <w:rsid w:val="00DD3884"/>
    <w:rsid w:val="00DE72EC"/>
    <w:rsid w:val="00DE7F8D"/>
    <w:rsid w:val="00DF4699"/>
    <w:rsid w:val="00E011C3"/>
    <w:rsid w:val="00E04A25"/>
    <w:rsid w:val="00E07524"/>
    <w:rsid w:val="00E10826"/>
    <w:rsid w:val="00E1179A"/>
    <w:rsid w:val="00E20D3E"/>
    <w:rsid w:val="00E31E4B"/>
    <w:rsid w:val="00E32103"/>
    <w:rsid w:val="00E35FA5"/>
    <w:rsid w:val="00E365E9"/>
    <w:rsid w:val="00E37EBB"/>
    <w:rsid w:val="00E44238"/>
    <w:rsid w:val="00E52E76"/>
    <w:rsid w:val="00E61B29"/>
    <w:rsid w:val="00E62ACB"/>
    <w:rsid w:val="00E75D3E"/>
    <w:rsid w:val="00E815CC"/>
    <w:rsid w:val="00E8380A"/>
    <w:rsid w:val="00E95C69"/>
    <w:rsid w:val="00E95CE0"/>
    <w:rsid w:val="00EA2A17"/>
    <w:rsid w:val="00EB55AA"/>
    <w:rsid w:val="00EB65A2"/>
    <w:rsid w:val="00EB7CE8"/>
    <w:rsid w:val="00EC2200"/>
    <w:rsid w:val="00EC44F0"/>
    <w:rsid w:val="00EC648B"/>
    <w:rsid w:val="00EE1E40"/>
    <w:rsid w:val="00EF5B94"/>
    <w:rsid w:val="00EF7B7F"/>
    <w:rsid w:val="00F005BF"/>
    <w:rsid w:val="00F044B7"/>
    <w:rsid w:val="00F0631C"/>
    <w:rsid w:val="00F07F82"/>
    <w:rsid w:val="00F10770"/>
    <w:rsid w:val="00F11CF4"/>
    <w:rsid w:val="00F13F14"/>
    <w:rsid w:val="00F20AD1"/>
    <w:rsid w:val="00F2294F"/>
    <w:rsid w:val="00F22DE3"/>
    <w:rsid w:val="00F34063"/>
    <w:rsid w:val="00F421C1"/>
    <w:rsid w:val="00F550BF"/>
    <w:rsid w:val="00F62EC4"/>
    <w:rsid w:val="00F62EDB"/>
    <w:rsid w:val="00F72AA8"/>
    <w:rsid w:val="00F768A5"/>
    <w:rsid w:val="00F802D8"/>
    <w:rsid w:val="00F817AB"/>
    <w:rsid w:val="00F85AC8"/>
    <w:rsid w:val="00F87E16"/>
    <w:rsid w:val="00F90CE3"/>
    <w:rsid w:val="00F97333"/>
    <w:rsid w:val="00F97F70"/>
    <w:rsid w:val="00FB1EFA"/>
    <w:rsid w:val="00FB7914"/>
    <w:rsid w:val="00FC12CD"/>
    <w:rsid w:val="00FC2A1D"/>
    <w:rsid w:val="00FC6243"/>
    <w:rsid w:val="00FC693F"/>
    <w:rsid w:val="00FD3383"/>
    <w:rsid w:val="00FD796D"/>
    <w:rsid w:val="00FF1593"/>
    <w:rsid w:val="00FF322D"/>
    <w:rsid w:val="00FF5B71"/>
    <w:rsid w:val="01244DB0"/>
    <w:rsid w:val="01A48D9E"/>
    <w:rsid w:val="061275F1"/>
    <w:rsid w:val="0AC74FDC"/>
    <w:rsid w:val="0D101576"/>
    <w:rsid w:val="0FCF3A49"/>
    <w:rsid w:val="1492FD82"/>
    <w:rsid w:val="14AAFFDD"/>
    <w:rsid w:val="150F3B63"/>
    <w:rsid w:val="17ABA8C9"/>
    <w:rsid w:val="1A957637"/>
    <w:rsid w:val="1CA5C9F9"/>
    <w:rsid w:val="2569A235"/>
    <w:rsid w:val="267DECFF"/>
    <w:rsid w:val="2987D631"/>
    <w:rsid w:val="35EDDA6D"/>
    <w:rsid w:val="3E08D1B9"/>
    <w:rsid w:val="3F906E9D"/>
    <w:rsid w:val="40EBC7CE"/>
    <w:rsid w:val="40F2788A"/>
    <w:rsid w:val="4334EBC8"/>
    <w:rsid w:val="4B8F3174"/>
    <w:rsid w:val="4D1AA4AA"/>
    <w:rsid w:val="4EBDBF3C"/>
    <w:rsid w:val="5031BC09"/>
    <w:rsid w:val="50AD4948"/>
    <w:rsid w:val="515706C1"/>
    <w:rsid w:val="5638525C"/>
    <w:rsid w:val="5DB89AFE"/>
    <w:rsid w:val="5F455EB1"/>
    <w:rsid w:val="618E858A"/>
    <w:rsid w:val="64220A2C"/>
    <w:rsid w:val="65714AED"/>
    <w:rsid w:val="68BC84FE"/>
    <w:rsid w:val="69B71D2A"/>
    <w:rsid w:val="6C63A0D1"/>
    <w:rsid w:val="6E7A414B"/>
    <w:rsid w:val="6E962AE5"/>
    <w:rsid w:val="6EA8BCD7"/>
    <w:rsid w:val="7071A0E4"/>
    <w:rsid w:val="74C37CE5"/>
    <w:rsid w:val="75AFEC11"/>
    <w:rsid w:val="7AEDB842"/>
    <w:rsid w:val="7AF01C38"/>
    <w:rsid w:val="7C2AE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539F3B"/>
  <w14:defaultImageDpi w14:val="330"/>
  <w15:docId w15:val="{50CDAB48-D35F-48FC-9BBE-4CBA92A9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aliases w:val="Kopregel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aliases w:val="Tussenkop 1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qFormat/>
    <w:rsid w:val="00FC693F"/>
    <w:pPr>
      <w:spacing w:after="0" w:line="240" w:lineRule="auto"/>
    </w:pPr>
  </w:style>
  <w:style w:type="character" w:customStyle="1" w:styleId="Kop1Char">
    <w:name w:val="Kop 1 Char"/>
    <w:aliases w:val="Kopregel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aliases w:val="Tussenkop 1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ardalinea-lettertype"/>
    <w:uiPriority w:val="99"/>
    <w:unhideWhenUsed/>
    <w:rsid w:val="0030613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06131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13E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E6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E6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E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E6E"/>
    <w:rPr>
      <w:b/>
      <w:bCs/>
      <w:sz w:val="20"/>
      <w:szCs w:val="20"/>
    </w:rPr>
  </w:style>
  <w:style w:type="paragraph" w:styleId="Eindnoottekst">
    <w:name w:val="endnote text"/>
    <w:basedOn w:val="Standaard"/>
    <w:link w:val="EindnoottekstChar"/>
    <w:rsid w:val="00186AF1"/>
    <w:pPr>
      <w:suppressAutoHyphens/>
      <w:autoSpaceDN w:val="0"/>
      <w:spacing w:after="0" w:line="240" w:lineRule="auto"/>
      <w:textAlignment w:val="baseline"/>
    </w:pPr>
    <w:rPr>
      <w:rFonts w:ascii="Source Sans Pro" w:eastAsia="Calibri" w:hAnsi="Source Sans Pro" w:cs="Arial"/>
      <w:sz w:val="20"/>
      <w:szCs w:val="20"/>
      <w:lang w:val="nl-NL"/>
    </w:rPr>
  </w:style>
  <w:style w:type="character" w:customStyle="1" w:styleId="EindnoottekstChar">
    <w:name w:val="Eindnoottekst Char"/>
    <w:basedOn w:val="Standaardalinea-lettertype"/>
    <w:link w:val="Eindnoottekst"/>
    <w:rsid w:val="00186AF1"/>
    <w:rPr>
      <w:rFonts w:ascii="Source Sans Pro" w:eastAsia="Calibri" w:hAnsi="Source Sans Pro" w:cs="Arial"/>
      <w:sz w:val="20"/>
      <w:szCs w:val="20"/>
      <w:lang w:val="nl-NL"/>
    </w:rPr>
  </w:style>
  <w:style w:type="character" w:styleId="Eindnootmarkering">
    <w:name w:val="endnote reference"/>
    <w:rsid w:val="00186AF1"/>
    <w:rPr>
      <w:position w:val="0"/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281E13"/>
    <w:rPr>
      <w:color w:val="666666"/>
    </w:rPr>
  </w:style>
  <w:style w:type="paragraph" w:styleId="Revisie">
    <w:name w:val="Revision"/>
    <w:hidden/>
    <w:uiPriority w:val="99"/>
    <w:semiHidden/>
    <w:rsid w:val="00554B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assendeverwijzing@nijmegen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6C4AAE39654EE9A29C8AAC2104E1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ED7E19-9389-4BDB-BA04-06FA99DE611A}"/>
      </w:docPartPr>
      <w:docPartBody>
        <w:p w:rsidR="00172E29" w:rsidRDefault="008D2A4E" w:rsidP="008D2A4E">
          <w:pPr>
            <w:pStyle w:val="606C4AAE39654EE9A29C8AAC2104E18F1"/>
          </w:pPr>
          <w:r w:rsidRPr="00987C2B">
            <w:rPr>
              <w:rStyle w:val="Tekstvantijdelijkeaanduiding"/>
              <w:lang w:val="nl-NL"/>
            </w:rPr>
            <w:t>Klik of tik om tekst in te voeren.</w:t>
          </w:r>
        </w:p>
      </w:docPartBody>
    </w:docPart>
    <w:docPart>
      <w:docPartPr>
        <w:name w:val="2190A12A528F4A0D98450F498C4DE3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ECD816-75A9-4196-B735-A5D1C88D8D09}"/>
      </w:docPartPr>
      <w:docPartBody>
        <w:p w:rsidR="00172E29" w:rsidRDefault="008D2A4E" w:rsidP="008D2A4E">
          <w:pPr>
            <w:pStyle w:val="2190A12A528F4A0D98450F498C4DE3951"/>
          </w:pPr>
          <w:r w:rsidRPr="00987C2B">
            <w:rPr>
              <w:rStyle w:val="Tekstvantijdelijkeaanduiding"/>
              <w:lang w:val="nl-NL"/>
            </w:rPr>
            <w:t>Klik of tik om tekst in te voeren.</w:t>
          </w:r>
        </w:p>
      </w:docPartBody>
    </w:docPart>
    <w:docPart>
      <w:docPartPr>
        <w:name w:val="A24ADD2546924EA8BBB04D18A256EA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189E9B-F6B9-4317-8085-863C71545E5B}"/>
      </w:docPartPr>
      <w:docPartBody>
        <w:p w:rsidR="00172E29" w:rsidRDefault="008D2A4E" w:rsidP="008D2A4E">
          <w:pPr>
            <w:pStyle w:val="A24ADD2546924EA8BBB04D18A256EAEC1"/>
          </w:pPr>
          <w:r w:rsidRPr="00987C2B">
            <w:rPr>
              <w:rStyle w:val="Tekstvantijdelijkeaanduiding"/>
              <w:lang w:val="nl-NL"/>
            </w:rPr>
            <w:t>Klik of tik om tekst in te voeren.</w:t>
          </w:r>
        </w:p>
      </w:docPartBody>
    </w:docPart>
    <w:docPart>
      <w:docPartPr>
        <w:name w:val="D23F35DAB4B541F4B950B92030DE45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1DAADA-7919-4A2D-9C3D-101FDD7F4FEF}"/>
      </w:docPartPr>
      <w:docPartBody>
        <w:p w:rsidR="004E3B32" w:rsidRDefault="008D2A4E" w:rsidP="008D2A4E">
          <w:pPr>
            <w:pStyle w:val="D23F35DAB4B541F4B950B92030DE45BE1"/>
          </w:pPr>
          <w:r w:rsidRPr="00F85AC8">
            <w:rPr>
              <w:rStyle w:val="Tekstvantijdelijkeaanduiding"/>
              <w:lang w:val="nl-NL"/>
            </w:rPr>
            <w:t>Klik of tik om een datum in te voeren.</w:t>
          </w:r>
        </w:p>
      </w:docPartBody>
    </w:docPart>
    <w:docPart>
      <w:docPartPr>
        <w:name w:val="A3DBA329262B49FCB6A23E43B7B77B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81BF79-F08A-4B37-8CF6-2A004868E34C}"/>
      </w:docPartPr>
      <w:docPartBody>
        <w:p w:rsidR="004E3B32" w:rsidRDefault="008D2A4E" w:rsidP="008D2A4E">
          <w:pPr>
            <w:pStyle w:val="A3DBA329262B49FCB6A23E43B7B77BBD1"/>
          </w:pPr>
          <w:r w:rsidRPr="00F85AC8">
            <w:rPr>
              <w:rStyle w:val="Tekstvantijdelijkeaanduiding"/>
              <w:lang w:val="nl-NL"/>
            </w:rPr>
            <w:t>Klik of tik om een datum in te voeren.</w:t>
          </w:r>
        </w:p>
      </w:docPartBody>
    </w:docPart>
    <w:docPart>
      <w:docPartPr>
        <w:name w:val="897B580212084EFA962D6D9BADD5EC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ADCBC7-EE80-4491-A3F4-199AA35D13C2}"/>
      </w:docPartPr>
      <w:docPartBody>
        <w:p w:rsidR="004E3B32" w:rsidRDefault="008D2A4E" w:rsidP="008D2A4E">
          <w:pPr>
            <w:pStyle w:val="897B580212084EFA962D6D9BADD5EC0B1"/>
          </w:pPr>
          <w:r w:rsidRPr="00B317BC">
            <w:rPr>
              <w:rStyle w:val="Tekstvantijdelijkeaanduiding"/>
              <w:lang w:val="nl-NL"/>
            </w:rPr>
            <w:t>Klik of tik om een datum in te voeren.</w:t>
          </w:r>
        </w:p>
      </w:docPartBody>
    </w:docPart>
    <w:docPart>
      <w:docPartPr>
        <w:name w:val="FF1D7480B4884E85ADC55F55967D08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B6C5DA-D9D1-4482-A054-36270C0ED259}"/>
      </w:docPartPr>
      <w:docPartBody>
        <w:p w:rsidR="004E3B32" w:rsidRDefault="008D2A4E" w:rsidP="008D2A4E">
          <w:pPr>
            <w:pStyle w:val="FF1D7480B4884E85ADC55F55967D08C01"/>
          </w:pPr>
          <w:r w:rsidRPr="004B5AA5">
            <w:rPr>
              <w:rStyle w:val="Tekstvantijdelijkeaanduiding"/>
              <w:lang w:val="nl-NL"/>
            </w:rPr>
            <w:t>Kies een item.</w:t>
          </w:r>
        </w:p>
      </w:docPartBody>
    </w:docPart>
    <w:docPart>
      <w:docPartPr>
        <w:name w:val="D1B371B8DA38416D9B262E04FAA633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12469A-DA71-45A3-8C73-93DB05894A6B}"/>
      </w:docPartPr>
      <w:docPartBody>
        <w:p w:rsidR="004E3B32" w:rsidRDefault="008D2A4E" w:rsidP="008D2A4E">
          <w:pPr>
            <w:pStyle w:val="D1B371B8DA38416D9B262E04FAA633561"/>
          </w:pPr>
          <w:r w:rsidRPr="00062C1D">
            <w:rPr>
              <w:rStyle w:val="Tekstvantijdelijkeaanduiding"/>
              <w:lang w:val="nl-NL"/>
            </w:rPr>
            <w:t>Klik of tik om tekst in te voeren.</w:t>
          </w:r>
        </w:p>
      </w:docPartBody>
    </w:docPart>
    <w:docPart>
      <w:docPartPr>
        <w:name w:val="CCE90749773B488CB8C955FD7CD8F9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43E829-C1E8-4366-9A43-F0B89E57C14B}"/>
      </w:docPartPr>
      <w:docPartBody>
        <w:p w:rsidR="005E078C" w:rsidRDefault="00930F82" w:rsidP="00930F82">
          <w:pPr>
            <w:pStyle w:val="CCE90749773B488CB8C955FD7CD8F91C"/>
          </w:pPr>
          <w:r w:rsidRPr="00987C2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D9780D9356F4313A18BA61A36E360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63ADC5-A3AC-4469-86A7-B2325779633D}"/>
      </w:docPartPr>
      <w:docPartBody>
        <w:p w:rsidR="005E078C" w:rsidRDefault="00930F82" w:rsidP="00930F82">
          <w:pPr>
            <w:pStyle w:val="0D9780D9356F4313A18BA61A36E360C2"/>
          </w:pPr>
          <w:r w:rsidRPr="00987C2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0DA5D96BA954D71B190C0C7E76EE6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2A6511-18E1-4BA1-9CBA-BB33ECA35E50}"/>
      </w:docPartPr>
      <w:docPartBody>
        <w:p w:rsidR="005E078C" w:rsidRDefault="00930F82" w:rsidP="00930F82">
          <w:pPr>
            <w:pStyle w:val="90DA5D96BA954D71B190C0C7E76EE66E"/>
          </w:pPr>
          <w:r w:rsidRPr="00987C2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2059D4E44E04E53BE6C27E75885EC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13D927-FEA1-4310-AD6C-FA84AE33F936}"/>
      </w:docPartPr>
      <w:docPartBody>
        <w:p w:rsidR="005E078C" w:rsidRDefault="00930F82" w:rsidP="00930F82">
          <w:pPr>
            <w:pStyle w:val="82059D4E44E04E53BE6C27E75885EC43"/>
          </w:pPr>
          <w:r w:rsidRPr="00987C2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A0C0B3231B34F9BA5FB6C771ECAB7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BF55ED-789B-4AA4-8423-7DA1D4AA283A}"/>
      </w:docPartPr>
      <w:docPartBody>
        <w:p w:rsidR="005E078C" w:rsidRDefault="00930F82" w:rsidP="00930F82">
          <w:pPr>
            <w:pStyle w:val="EA0C0B3231B34F9BA5FB6C771ECAB7D0"/>
          </w:pPr>
          <w:r w:rsidRPr="00987C2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C77801A634B45CA9D6EDFBD5C8D87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D2CA63-8F93-4101-9DDE-B54CE9088EF3}"/>
      </w:docPartPr>
      <w:docPartBody>
        <w:p w:rsidR="005E078C" w:rsidRDefault="00930F82" w:rsidP="00930F82">
          <w:pPr>
            <w:pStyle w:val="AC77801A634B45CA9D6EDFBD5C8D8767"/>
          </w:pPr>
          <w:r w:rsidRPr="00987C2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4FA1F048F4247AE8135F1DBC0C109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C68B8E-448C-42D0-AD81-99CCA8C2BCCE}"/>
      </w:docPartPr>
      <w:docPartBody>
        <w:p w:rsidR="005E078C" w:rsidRDefault="00930F82" w:rsidP="00930F82">
          <w:pPr>
            <w:pStyle w:val="D4FA1F048F4247AE8135F1DBC0C10953"/>
          </w:pPr>
          <w:r w:rsidRPr="00B317B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E4044403D1E4F979CC62564ABC087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BCB5F4-6AA4-4EC0-BE56-40E42534F57B}"/>
      </w:docPartPr>
      <w:docPartBody>
        <w:p w:rsidR="0021542B" w:rsidRDefault="00D77DDC" w:rsidP="00D77DDC">
          <w:pPr>
            <w:pStyle w:val="8E4044403D1E4F979CC62564ABC087D0"/>
          </w:pPr>
          <w:r w:rsidRPr="00B317B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AE5F28393B284899A8EF005F7EE29A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781BF1-A031-446B-B846-2DF3E8AC2F08}"/>
      </w:docPartPr>
      <w:docPartBody>
        <w:p w:rsidR="0021542B" w:rsidRDefault="00D77DDC" w:rsidP="00D77DDC">
          <w:pPr>
            <w:pStyle w:val="AE5F28393B284899A8EF005F7EE29A2F"/>
          </w:pPr>
          <w:r w:rsidRPr="00987C2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B5FB6FA0A6940D0A0F5B7F19D021A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7E2701-11C1-4B9F-B772-0091C217A7FD}"/>
      </w:docPartPr>
      <w:docPartBody>
        <w:p w:rsidR="0021542B" w:rsidRDefault="00D77DDC" w:rsidP="00D77DDC">
          <w:pPr>
            <w:pStyle w:val="BB5FB6FA0A6940D0A0F5B7F19D021A1E"/>
          </w:pPr>
          <w:r w:rsidRPr="00987C2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B2426924D894275BF66FDEBCE9EC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84736B-FB38-4D50-A8CB-2E697DA7C0AB}"/>
      </w:docPartPr>
      <w:docPartBody>
        <w:p w:rsidR="0021542B" w:rsidRDefault="00D77DDC" w:rsidP="00D77DDC">
          <w:pPr>
            <w:pStyle w:val="CB2426924D894275BF66FDEBCE9ECD1C"/>
          </w:pPr>
          <w:r w:rsidRPr="00987C2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9E0E7F81EC64A10A74EA32966920E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68382B-A7B1-4143-8B7D-7EDD8DECC6AD}"/>
      </w:docPartPr>
      <w:docPartBody>
        <w:p w:rsidR="0021542B" w:rsidRDefault="00D77DDC" w:rsidP="00D77DDC">
          <w:pPr>
            <w:pStyle w:val="79E0E7F81EC64A10A74EA32966920E3E"/>
          </w:pPr>
          <w:r w:rsidRPr="00987C2B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anda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BB"/>
    <w:rsid w:val="00172E29"/>
    <w:rsid w:val="0021542B"/>
    <w:rsid w:val="003C7B46"/>
    <w:rsid w:val="003D6B68"/>
    <w:rsid w:val="00475B25"/>
    <w:rsid w:val="004E3B32"/>
    <w:rsid w:val="005768BB"/>
    <w:rsid w:val="005E078C"/>
    <w:rsid w:val="00696D3B"/>
    <w:rsid w:val="008D2A4E"/>
    <w:rsid w:val="00930F82"/>
    <w:rsid w:val="00AF408D"/>
    <w:rsid w:val="00C4007E"/>
    <w:rsid w:val="00CB01C8"/>
    <w:rsid w:val="00CE3DE8"/>
    <w:rsid w:val="00D77DDC"/>
    <w:rsid w:val="00F550BF"/>
    <w:rsid w:val="00F8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77DDC"/>
    <w:rPr>
      <w:color w:val="666666"/>
    </w:rPr>
  </w:style>
  <w:style w:type="paragraph" w:customStyle="1" w:styleId="606C4AAE39654EE9A29C8AAC2104E18F1">
    <w:name w:val="606C4AAE39654EE9A29C8AAC2104E18F1"/>
    <w:rsid w:val="008D2A4E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2190A12A528F4A0D98450F498C4DE3951">
    <w:name w:val="2190A12A528F4A0D98450F498C4DE3951"/>
    <w:rsid w:val="008D2A4E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D23F35DAB4B541F4B950B92030DE45BE1">
    <w:name w:val="D23F35DAB4B541F4B950B92030DE45BE1"/>
    <w:rsid w:val="008D2A4E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A3DBA329262B49FCB6A23E43B7B77BBD1">
    <w:name w:val="A3DBA329262B49FCB6A23E43B7B77BBD1"/>
    <w:rsid w:val="008D2A4E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897B580212084EFA962D6D9BADD5EC0B1">
    <w:name w:val="897B580212084EFA962D6D9BADD5EC0B1"/>
    <w:rsid w:val="008D2A4E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FF1D7480B4884E85ADC55F55967D08C01">
    <w:name w:val="FF1D7480B4884E85ADC55F55967D08C01"/>
    <w:rsid w:val="008D2A4E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D1B371B8DA38416D9B262E04FAA633561">
    <w:name w:val="D1B371B8DA38416D9B262E04FAA633561"/>
    <w:rsid w:val="008D2A4E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8E4044403D1E4F979CC62564ABC087D0">
    <w:name w:val="8E4044403D1E4F979CC62564ABC087D0"/>
    <w:rsid w:val="00D77DDC"/>
  </w:style>
  <w:style w:type="paragraph" w:customStyle="1" w:styleId="A24ADD2546924EA8BBB04D18A256EAEC1">
    <w:name w:val="A24ADD2546924EA8BBB04D18A256EAEC1"/>
    <w:rsid w:val="008D2A4E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customStyle="1" w:styleId="CCE90749773B488CB8C955FD7CD8F91C">
    <w:name w:val="CCE90749773B488CB8C955FD7CD8F91C"/>
    <w:rsid w:val="00930F82"/>
  </w:style>
  <w:style w:type="paragraph" w:customStyle="1" w:styleId="0D9780D9356F4313A18BA61A36E360C2">
    <w:name w:val="0D9780D9356F4313A18BA61A36E360C2"/>
    <w:rsid w:val="00930F82"/>
  </w:style>
  <w:style w:type="paragraph" w:customStyle="1" w:styleId="90DA5D96BA954D71B190C0C7E76EE66E">
    <w:name w:val="90DA5D96BA954D71B190C0C7E76EE66E"/>
    <w:rsid w:val="00930F82"/>
  </w:style>
  <w:style w:type="paragraph" w:customStyle="1" w:styleId="82059D4E44E04E53BE6C27E75885EC43">
    <w:name w:val="82059D4E44E04E53BE6C27E75885EC43"/>
    <w:rsid w:val="00930F82"/>
  </w:style>
  <w:style w:type="paragraph" w:customStyle="1" w:styleId="EA0C0B3231B34F9BA5FB6C771ECAB7D0">
    <w:name w:val="EA0C0B3231B34F9BA5FB6C771ECAB7D0"/>
    <w:rsid w:val="00930F82"/>
  </w:style>
  <w:style w:type="paragraph" w:customStyle="1" w:styleId="AC77801A634B45CA9D6EDFBD5C8D8767">
    <w:name w:val="AC77801A634B45CA9D6EDFBD5C8D8767"/>
    <w:rsid w:val="00930F82"/>
  </w:style>
  <w:style w:type="paragraph" w:customStyle="1" w:styleId="D4FA1F048F4247AE8135F1DBC0C10953">
    <w:name w:val="D4FA1F048F4247AE8135F1DBC0C10953"/>
    <w:rsid w:val="00930F82"/>
  </w:style>
  <w:style w:type="paragraph" w:customStyle="1" w:styleId="AE5F28393B284899A8EF005F7EE29A2F">
    <w:name w:val="AE5F28393B284899A8EF005F7EE29A2F"/>
    <w:rsid w:val="00D77DDC"/>
  </w:style>
  <w:style w:type="paragraph" w:customStyle="1" w:styleId="BB5FB6FA0A6940D0A0F5B7F19D021A1E">
    <w:name w:val="BB5FB6FA0A6940D0A0F5B7F19D021A1E"/>
    <w:rsid w:val="00D77DDC"/>
  </w:style>
  <w:style w:type="paragraph" w:customStyle="1" w:styleId="CB2426924D894275BF66FDEBCE9ECD1C">
    <w:name w:val="CB2426924D894275BF66FDEBCE9ECD1C"/>
    <w:rsid w:val="00D77DDC"/>
  </w:style>
  <w:style w:type="paragraph" w:customStyle="1" w:styleId="79E0E7F81EC64A10A74EA32966920E3E">
    <w:name w:val="79E0E7F81EC64A10A74EA32966920E3E"/>
    <w:rsid w:val="00D77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_dlc_DocId xmlns="a5cd52ce-c99f-49f2-897d-4fe3d1c9b95c">FWVQREXT66FX-1343458803-1111</_dlc_DocId>
    <Aggregatieniveau xmlns="86369355-6b61-49c1-b1d3-5cc2524499bb">Dossier</Aggregatieniveau>
    <IdentificatiekenmerkTeamsite xmlns="86369355-6b61-49c1-b1d3-5cc2524499bb" xsi:nil="true"/>
    <StatusTeamSite xmlns="86369355-6b61-49c1-b1d3-5cc2524499bb">Actueel</StatusTeamSite>
    <l7904bdd38c54d03b88fc2860555689c xmlns="86369355-6b61-49c1-b1d3-5cc2524499bb">
      <Terms xmlns="http://schemas.microsoft.com/office/infopath/2007/PartnerControls"/>
    </l7904bdd38c54d03b88fc2860555689c>
    <Verantwoordelijke xmlns="86369355-6b61-49c1-b1d3-5cc2524499bb">
      <UserInfo>
        <DisplayName/>
        <AccountId xsi:nil="true"/>
        <AccountType/>
      </UserInfo>
    </Verantwoordelijke>
    <ExternIdentificatiekenmerk xmlns="86369355-6b61-49c1-b1d3-5cc2524499bb" xsi:nil="true"/>
    <_dlc_DocIdUrl xmlns="a5cd52ce-c99f-49f2-897d-4fe3d1c9b95c">
      <Url>https://irvnnijmegen.sharepoint.com/sites/P-TeamJeugdLokaal/_layouts/15/DocIdRedir.aspx?ID=FWVQREXT66FX-1343458803-1111</Url>
      <Description>FWVQREXT66FX-1343458803-1111</Description>
    </_dlc_DocIdUrl>
    <jc3f68c56f6840beaeb4d148944adba3 xmlns="86369355-6b61-49c1-b1d3-5cc2524499bb">
      <Terms xmlns="http://schemas.microsoft.com/office/infopath/2007/PartnerControls"/>
    </jc3f68c56f6840beaeb4d148944adba3>
    <BevoegdGezag xmlns="86369355-6b61-49c1-b1d3-5cc2524499bb">Gemeente Nijmegen</BevoegdGezag>
    <lcf76f155ced4ddcb4097134ff3c332f xmlns="eb4b4c61-290b-464e-b93d-d2316e3c5627">
      <Terms xmlns="http://schemas.microsoft.com/office/infopath/2007/PartnerControls"/>
    </lcf76f155ced4ddcb4097134ff3c332f>
    <TaxCatchAll xmlns="86369355-6b61-49c1-b1d3-5cc2524499b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EA89A7B2330468CBB1289E8DFF450" ma:contentTypeVersion="11" ma:contentTypeDescription="Create a new document." ma:contentTypeScope="" ma:versionID="e4acb91663b7d431036c0988117de4f7">
  <xsd:schema xmlns:xsd="http://www.w3.org/2001/XMLSchema" xmlns:xs="http://www.w3.org/2001/XMLSchema" xmlns:p="http://schemas.microsoft.com/office/2006/metadata/properties" xmlns:ns1="http://schemas.microsoft.com/sharepoint/v3" xmlns:ns2="a5cd52ce-c99f-49f2-897d-4fe3d1c9b95c" xmlns:ns3="86369355-6b61-49c1-b1d3-5cc2524499bb" xmlns:ns4="eb4b4c61-290b-464e-b93d-d2316e3c5627" targetNamespace="http://schemas.microsoft.com/office/2006/metadata/properties" ma:root="true" ma:fieldsID="333be2313a736a11d4b7585e5c73bb4e" ns1:_="" ns2:_="" ns3:_="" ns4:_="">
    <xsd:import namespace="http://schemas.microsoft.com/sharepoint/v3"/>
    <xsd:import namespace="a5cd52ce-c99f-49f2-897d-4fe3d1c9b95c"/>
    <xsd:import namespace="86369355-6b61-49c1-b1d3-5cc2524499bb"/>
    <xsd:import namespace="eb4b4c61-290b-464e-b93d-d2316e3c56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DocumentSetDescription" minOccurs="0"/>
                <xsd:element ref="ns3:BevoegdGezag" minOccurs="0"/>
                <xsd:element ref="ns3:StatusTeamSite" minOccurs="0"/>
                <xsd:element ref="ns3:l7904bdd38c54d03b88fc2860555689c" minOccurs="0"/>
                <xsd:element ref="ns3:TaxCatchAll" minOccurs="0"/>
                <xsd:element ref="ns3:TaxCatchAllLabel" minOccurs="0"/>
                <xsd:element ref="ns3:Aggregatieniveau" minOccurs="0"/>
                <xsd:element ref="ns3:Verantwoordelijke" minOccurs="0"/>
                <xsd:element ref="ns3:jc3f68c56f6840beaeb4d148944adba3" minOccurs="0"/>
                <xsd:element ref="ns3:IdentificatiekenmerkTeamsite" minOccurs="0"/>
                <xsd:element ref="ns3:ExternIdentificatiekenmerk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1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d52ce-c99f-49f2-897d-4fe3d1c9b95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9355-6b61-49c1-b1d3-5cc2524499bb" elementFormDefault="qualified">
    <xsd:import namespace="http://schemas.microsoft.com/office/2006/documentManagement/types"/>
    <xsd:import namespace="http://schemas.microsoft.com/office/infopath/2007/PartnerControls"/>
    <xsd:element name="BevoegdGezag" ma:index="12" nillable="true" ma:displayName="BevoegdGezag" ma:default="Gemeente Nijmegen" ma:internalName="BevoegdGezag">
      <xsd:simpleType>
        <xsd:restriction base="dms:Text">
          <xsd:maxLength value="255"/>
        </xsd:restriction>
      </xsd:simpleType>
    </xsd:element>
    <xsd:element name="StatusTeamSite" ma:index="13" nillable="true" ma:displayName="StatusTeamSite" ma:default="Actueel" ma:format="Dropdown" ma:internalName="StatusTeamSite">
      <xsd:simpleType>
        <xsd:restriction base="dms:Choice">
          <xsd:enumeration value="Actueel"/>
          <xsd:enumeration value="Gesloten"/>
        </xsd:restriction>
      </xsd:simpleType>
    </xsd:element>
    <xsd:element name="l7904bdd38c54d03b88fc2860555689c" ma:index="14" nillable="true" ma:taxonomy="true" ma:internalName="l7904bdd38c54d03b88fc2860555689c" ma:taxonomyFieldName="Afdeling" ma:displayName="Afdeling" ma:default="" ma:fieldId="{57904bdd-38c5-4d03-b88f-c2860555689c}" ma:sspId="a3752615-5dc8-4bab-8419-2963b087e6a5" ma:termSetId="3eb7be35-dc76-44f8-a2a2-1b37b7782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2a9cc65d-89f4-47f9-8fa0-474b71e3a341}" ma:internalName="TaxCatchAll" ma:showField="CatchAllData" ma:web="a5cd52ce-c99f-49f2-897d-4fe3d1c9b9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2a9cc65d-89f4-47f9-8fa0-474b71e3a341}" ma:internalName="TaxCatchAllLabel" ma:readOnly="true" ma:showField="CatchAllDataLabel" ma:web="a5cd52ce-c99f-49f2-897d-4fe3d1c9b9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ggregatieniveau" ma:index="18" nillable="true" ma:displayName="Aggregatieniveau" ma:default="Dossier" ma:internalName="Aggregatieniveau">
      <xsd:simpleType>
        <xsd:restriction base="dms:Text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c3f68c56f6840beaeb4d148944adba3" ma:index="20" nillable="true" ma:taxonomy="true" ma:internalName="jc3f68c56f6840beaeb4d148944adba3" ma:taxonomyFieldName="Thema" ma:displayName="Thema" ma:default="" ma:fieldId="{3c3f68c5-6f68-40be-aeb4-d148944adba3}" ma:sspId="a3752615-5dc8-4bab-8419-2963b087e6a5" ma:termSetId="2af2695f-4462-4735-8803-6ae650e5f6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entificatiekenmerkTeamsite" ma:index="22" nillable="true" ma:displayName="IdentificatiekenmerkTeamsite" ma:internalName="IdentificatiekenmerkTeamsite">
      <xsd:simpleType>
        <xsd:restriction base="dms:Text">
          <xsd:maxLength value="255"/>
        </xsd:restriction>
      </xsd:simpleType>
    </xsd:element>
    <xsd:element name="ExternIdentificatiekenmerk" ma:index="23" nillable="true" ma:displayName="ExternIdentificatiekenmerk" ma:internalName="ExternIdentificatiekenme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b4c61-290b-464e-b93d-d2316e3c5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a3752615-5dc8-4bab-8419-2963b087e6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E5282B-187A-454B-BC11-FE82E30A9BA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5cd52ce-c99f-49f2-897d-4fe3d1c9b95c"/>
    <ds:schemaRef ds:uri="86369355-6b61-49c1-b1d3-5cc2524499bb"/>
    <ds:schemaRef ds:uri="eb4b4c61-290b-464e-b93d-d2316e3c5627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CB41DC-687D-48F5-9A78-C75CEAFEF5F8}"/>
</file>

<file path=customXml/itemProps4.xml><?xml version="1.0" encoding="utf-8"?>
<ds:datastoreItem xmlns:ds="http://schemas.openxmlformats.org/officeDocument/2006/customXml" ds:itemID="{A0167F7C-615A-4A81-8A39-E9042AA52A8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C35E39B-36F2-424E-873B-ABFD022C54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536</Words>
  <Characters>2950</Characters>
  <Application>Microsoft Office Word</Application>
  <DocSecurity>0</DocSecurity>
  <Lines>24</Lines>
  <Paragraphs>6</Paragraphs>
  <ScaleCrop>false</ScaleCrop>
  <Manager/>
  <Company/>
  <LinksUpToDate>false</LinksUpToDate>
  <CharactersWithSpaces>3480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Mandy Schapendonk</cp:lastModifiedBy>
  <cp:revision>45</cp:revision>
  <dcterms:created xsi:type="dcterms:W3CDTF">2026-05-19T09:29:00Z</dcterms:created>
  <dcterms:modified xsi:type="dcterms:W3CDTF">2026-07-13T13:06:00Z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0x01010098DEA89A7B2330468CBB1289E8DFF450</vt:lpwstr>
  </property>
  <property fmtid="{D5CDD505-2E9C-101B-9397-08002B2CF9AE}" pid="3" name="_dlc_DocIdItemGuid">
    <vt:lpwstr>73d9d3b2-c650-4097-b59a-c15b5f4a1221</vt:lpwstr>
  </property>
  <property fmtid="{D5CDD505-2E9C-101B-9397-08002B2CF9AE}" pid="4" name="Afdeling">
    <vt:lpwstr/>
  </property>
  <property fmtid="{D5CDD505-2E9C-101B-9397-08002B2CF9AE}" pid="5" name="MediaServiceImageTags">
    <vt:lpwstr/>
  </property>
  <property fmtid="{D5CDD505-2E9C-101B-9397-08002B2CF9AE}" pid="6" name="n44ced7fe27645ccaf20ac6542df7133">
    <vt:lpwstr/>
  </property>
  <property fmtid="{D5CDD505-2E9C-101B-9397-08002B2CF9AE}" pid="7" name="Organisatieeenheid">
    <vt:lpwstr/>
  </property>
  <property fmtid="{D5CDD505-2E9C-101B-9397-08002B2CF9AE}" pid="8" name="Thema">
    <vt:lpwstr/>
  </property>
</Properties>
</file>